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DFAEE" w14:textId="77777777" w:rsidR="008C5C52" w:rsidRDefault="00852B42">
      <w:pPr>
        <w:spacing w:before="840"/>
        <w:jc w:val="center"/>
      </w:pPr>
      <w:proofErr w:type="spellStart"/>
      <w:r>
        <w:rPr>
          <w:rFonts w:ascii="Aptos Display" w:hAnsi="Aptos Display"/>
          <w:b/>
          <w:color w:val="173F6B"/>
          <w:sz w:val="56"/>
        </w:rPr>
        <w:t>TeachReadyNC</w:t>
      </w:r>
      <w:proofErr w:type="spellEnd"/>
    </w:p>
    <w:p w14:paraId="1368ED78" w14:textId="77777777" w:rsidR="00110B02" w:rsidRDefault="00110B02">
      <w:pPr>
        <w:jc w:val="center"/>
        <w:rPr>
          <w:b/>
          <w:color w:val="315F98"/>
          <w:sz w:val="32"/>
        </w:rPr>
      </w:pPr>
    </w:p>
    <w:p w14:paraId="097180A4" w14:textId="77777777" w:rsidR="006E5D07" w:rsidRDefault="006E5D07">
      <w:pPr>
        <w:jc w:val="center"/>
        <w:rPr>
          <w:b/>
          <w:color w:val="315F98"/>
          <w:sz w:val="32"/>
        </w:rPr>
      </w:pPr>
    </w:p>
    <w:p w14:paraId="35652D6C" w14:textId="77777777" w:rsidR="006E5D07" w:rsidRDefault="006E5D07">
      <w:pPr>
        <w:jc w:val="center"/>
        <w:rPr>
          <w:b/>
          <w:color w:val="315F98"/>
          <w:sz w:val="32"/>
        </w:rPr>
      </w:pPr>
    </w:p>
    <w:p w14:paraId="56E06DFA" w14:textId="77777777" w:rsidR="008C5C52" w:rsidRDefault="00852B42">
      <w:pPr>
        <w:jc w:val="center"/>
      </w:pPr>
      <w:r>
        <w:rPr>
          <w:b/>
          <w:color w:val="315F98"/>
          <w:sz w:val="32"/>
        </w:rPr>
        <w:t>PROGRAM APPROVAL APPLICATION</w:t>
      </w:r>
    </w:p>
    <w:p w14:paraId="6B754871" w14:textId="77777777" w:rsidR="00110B02" w:rsidRDefault="00110B02">
      <w:pPr>
        <w:jc w:val="center"/>
        <w:rPr>
          <w:sz w:val="22"/>
        </w:rPr>
      </w:pPr>
    </w:p>
    <w:p w14:paraId="7AE7F0D9" w14:textId="76BDB041" w:rsidR="008C5C52" w:rsidRDefault="00852B42">
      <w:pPr>
        <w:jc w:val="center"/>
      </w:pPr>
      <w:r>
        <w:rPr>
          <w:sz w:val="22"/>
        </w:rPr>
        <w:t>For eligible local school administrative units seeking an initial three-year term beginning in the 2027-2028 school year</w:t>
      </w:r>
      <w:r w:rsidR="00AE55FC">
        <w:rPr>
          <w:sz w:val="22"/>
        </w:rPr>
        <w:t>.</w:t>
      </w:r>
    </w:p>
    <w:p w14:paraId="2F0FBDA7" w14:textId="77777777" w:rsidR="008C5C52" w:rsidRDefault="008C5C52"/>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3168"/>
        <w:gridCol w:w="3528"/>
        <w:gridCol w:w="3600"/>
      </w:tblGrid>
      <w:tr w:rsidR="008C5C52" w14:paraId="5C7719E2" w14:textId="77777777">
        <w:trPr>
          <w:jc w:val="center"/>
        </w:trPr>
        <w:tc>
          <w:tcPr>
            <w:tcW w:w="3168" w:type="dxa"/>
            <w:shd w:val="clear" w:color="auto" w:fill="173F6B"/>
            <w:tcMar>
              <w:top w:w="80" w:type="dxa"/>
              <w:left w:w="90" w:type="dxa"/>
              <w:bottom w:w="80" w:type="dxa"/>
              <w:right w:w="90" w:type="dxa"/>
            </w:tcMar>
            <w:vAlign w:val="center"/>
          </w:tcPr>
          <w:p w14:paraId="09EB7D39" w14:textId="77777777" w:rsidR="008C5C52" w:rsidRDefault="00852B42">
            <w:pPr>
              <w:pStyle w:val="TableHeader"/>
              <w:jc w:val="center"/>
            </w:pPr>
            <w:r>
              <w:rPr>
                <w:b w:val="0"/>
              </w:rPr>
              <w:t>Application cycle</w:t>
            </w:r>
          </w:p>
        </w:tc>
        <w:tc>
          <w:tcPr>
            <w:tcW w:w="3528" w:type="dxa"/>
            <w:shd w:val="clear" w:color="auto" w:fill="173F6B"/>
            <w:tcMar>
              <w:top w:w="80" w:type="dxa"/>
              <w:left w:w="90" w:type="dxa"/>
              <w:bottom w:w="80" w:type="dxa"/>
              <w:right w:w="90" w:type="dxa"/>
            </w:tcMar>
            <w:vAlign w:val="center"/>
          </w:tcPr>
          <w:p w14:paraId="2A2FA71C" w14:textId="77777777" w:rsidR="008C5C52" w:rsidRDefault="00852B42">
            <w:pPr>
              <w:pStyle w:val="TableHeader"/>
              <w:jc w:val="center"/>
            </w:pPr>
            <w:r>
              <w:rPr>
                <w:b w:val="0"/>
              </w:rPr>
              <w:t>Authority</w:t>
            </w:r>
          </w:p>
        </w:tc>
        <w:tc>
          <w:tcPr>
            <w:tcW w:w="3600" w:type="dxa"/>
            <w:shd w:val="clear" w:color="auto" w:fill="173F6B"/>
            <w:tcMar>
              <w:top w:w="80" w:type="dxa"/>
              <w:left w:w="90" w:type="dxa"/>
              <w:bottom w:w="80" w:type="dxa"/>
              <w:right w:w="90" w:type="dxa"/>
            </w:tcMar>
            <w:vAlign w:val="center"/>
          </w:tcPr>
          <w:p w14:paraId="012AA7E1" w14:textId="77777777" w:rsidR="008C5C52" w:rsidRDefault="00852B42">
            <w:pPr>
              <w:pStyle w:val="TableHeader"/>
              <w:jc w:val="center"/>
            </w:pPr>
            <w:r>
              <w:rPr>
                <w:b w:val="0"/>
              </w:rPr>
              <w:t>Administering agency</w:t>
            </w:r>
          </w:p>
        </w:tc>
      </w:tr>
      <w:tr w:rsidR="008C5C52" w14:paraId="3EBC14F4" w14:textId="77777777">
        <w:trPr>
          <w:jc w:val="center"/>
        </w:trPr>
        <w:tc>
          <w:tcPr>
            <w:tcW w:w="3168" w:type="dxa"/>
            <w:tcMar>
              <w:top w:w="80" w:type="dxa"/>
              <w:left w:w="90" w:type="dxa"/>
              <w:bottom w:w="80" w:type="dxa"/>
              <w:right w:w="90" w:type="dxa"/>
            </w:tcMar>
            <w:vAlign w:val="center"/>
          </w:tcPr>
          <w:p w14:paraId="6028E751" w14:textId="1B5A3564" w:rsidR="008C5C52" w:rsidRDefault="00852B42">
            <w:pPr>
              <w:pStyle w:val="TableText"/>
            </w:pPr>
            <w:r>
              <w:t xml:space="preserve">Initial RFA issued by </w:t>
            </w:r>
            <w:r w:rsidR="00AE55FC">
              <w:t xml:space="preserve">October </w:t>
            </w:r>
            <w:r>
              <w:t>1, 2026</w:t>
            </w:r>
          </w:p>
        </w:tc>
        <w:tc>
          <w:tcPr>
            <w:tcW w:w="3528" w:type="dxa"/>
            <w:tcMar>
              <w:top w:w="80" w:type="dxa"/>
              <w:left w:w="90" w:type="dxa"/>
              <w:bottom w:w="80" w:type="dxa"/>
              <w:right w:w="90" w:type="dxa"/>
            </w:tcMar>
            <w:vAlign w:val="center"/>
          </w:tcPr>
          <w:p w14:paraId="1C3EE92B" w14:textId="77777777" w:rsidR="008C5C52" w:rsidRDefault="00852B42">
            <w:pPr>
              <w:pStyle w:val="TableText"/>
            </w:pPr>
            <w:r>
              <w:t>S.L. 2026-41, § 7.24; G.S. 115C-269.65 through 115C-269.69</w:t>
            </w:r>
          </w:p>
        </w:tc>
        <w:tc>
          <w:tcPr>
            <w:tcW w:w="3600" w:type="dxa"/>
            <w:tcMar>
              <w:top w:w="80" w:type="dxa"/>
              <w:left w:w="90" w:type="dxa"/>
              <w:bottom w:w="80" w:type="dxa"/>
              <w:right w:w="90" w:type="dxa"/>
            </w:tcMar>
            <w:vAlign w:val="center"/>
          </w:tcPr>
          <w:p w14:paraId="3483C8D3" w14:textId="7229B382" w:rsidR="008C5C52" w:rsidRDefault="00852B42">
            <w:pPr>
              <w:pStyle w:val="TableText"/>
            </w:pPr>
            <w:r>
              <w:t xml:space="preserve">NCDPI, in collaboration with </w:t>
            </w:r>
            <w:proofErr w:type="spellStart"/>
            <w:r>
              <w:t>ApprenticeshipNC</w:t>
            </w:r>
            <w:proofErr w:type="spellEnd"/>
            <w:r w:rsidR="00AE55FC">
              <w:t>.</w:t>
            </w:r>
          </w:p>
        </w:tc>
      </w:tr>
    </w:tbl>
    <w:p w14:paraId="2AFBF8BE" w14:textId="77777777" w:rsidR="008C5C52" w:rsidRDefault="008C5C52"/>
    <w:p w14:paraId="7290AD91" w14:textId="77777777" w:rsidR="008C5C52" w:rsidRDefault="008C5C52"/>
    <w:p w14:paraId="5E69738A" w14:textId="77777777" w:rsidR="006E5D07" w:rsidRDefault="006E5D07"/>
    <w:p w14:paraId="3B4713A9" w14:textId="77777777" w:rsidR="006E5D07" w:rsidRDefault="006E5D07"/>
    <w:p w14:paraId="51B6A7A5" w14:textId="77777777" w:rsidR="006E5D07" w:rsidRDefault="006E5D07"/>
    <w:p w14:paraId="24E1A124" w14:textId="77777777" w:rsidR="006E5D07" w:rsidRDefault="006E5D07"/>
    <w:p w14:paraId="4DC3FB25" w14:textId="77777777" w:rsidR="006E5D07" w:rsidRDefault="006E5D07"/>
    <w:p w14:paraId="333ABA11" w14:textId="77777777" w:rsidR="006E5D07" w:rsidRDefault="006E5D07"/>
    <w:p w14:paraId="110F9BF5" w14:textId="77777777" w:rsidR="006E5D07" w:rsidRDefault="006E5D07"/>
    <w:p w14:paraId="650ACC7D" w14:textId="77777777" w:rsidR="006E5D07" w:rsidRDefault="006E5D07"/>
    <w:p w14:paraId="2802F314" w14:textId="77777777" w:rsidR="006E5D07" w:rsidRDefault="006E5D07"/>
    <w:p w14:paraId="2C989650" w14:textId="77777777" w:rsidR="006E5D07" w:rsidRDefault="006E5D07"/>
    <w:p w14:paraId="354BCD33" w14:textId="77777777" w:rsidR="006E5D07" w:rsidRDefault="006E5D07"/>
    <w:p w14:paraId="39D953F7" w14:textId="77777777" w:rsidR="006E5D07" w:rsidRDefault="006E5D07"/>
    <w:p w14:paraId="2CDD7363" w14:textId="77777777" w:rsidR="006E5D07" w:rsidRDefault="006E5D07"/>
    <w:p w14:paraId="1231AE95" w14:textId="77777777" w:rsidR="006E5D07" w:rsidRDefault="006E5D07"/>
    <w:p w14:paraId="75FCCB56" w14:textId="77777777" w:rsidR="006E5D07" w:rsidRDefault="006E5D07"/>
    <w:p w14:paraId="021C68FF" w14:textId="77777777" w:rsidR="006E5D07" w:rsidRDefault="006E5D07"/>
    <w:p w14:paraId="45DD4323" w14:textId="77777777" w:rsidR="006E5D07" w:rsidRDefault="006E5D07"/>
    <w:p w14:paraId="54CE313A" w14:textId="77777777" w:rsidR="006E5D07" w:rsidRDefault="006E5D07"/>
    <w:p w14:paraId="06A6D3C1" w14:textId="77777777" w:rsidR="006E5D07" w:rsidRDefault="006E5D07"/>
    <w:p w14:paraId="793122E9" w14:textId="77777777" w:rsidR="006E5D07" w:rsidRDefault="006E5D07"/>
    <w:p w14:paraId="607B5322" w14:textId="77777777" w:rsidR="006E5D07" w:rsidRDefault="006E5D07"/>
    <w:p w14:paraId="547DC006" w14:textId="77777777" w:rsidR="006E5D07" w:rsidRDefault="006E5D07"/>
    <w:p w14:paraId="68A5FEDD" w14:textId="77777777" w:rsidR="006E5D07" w:rsidRDefault="006E5D07"/>
    <w:p w14:paraId="71DA2D27" w14:textId="77777777" w:rsidR="008C5C52" w:rsidRDefault="00852B42">
      <w:pPr>
        <w:pStyle w:val="Heading1"/>
      </w:pPr>
      <w:r>
        <w:t>Application Overview and Instructions</w:t>
      </w:r>
    </w:p>
    <w:p w14:paraId="5A033198" w14:textId="77777777" w:rsidR="008C5C52" w:rsidRDefault="008C5C52">
      <w:pPr>
        <w:pBdr>
          <w:bottom w:val="single" w:sz="10" w:space="1" w:color="315F98"/>
        </w:pBdr>
        <w:spacing w:after="40"/>
      </w:pPr>
    </w:p>
    <w:p w14:paraId="47927AF2" w14:textId="77777777" w:rsidR="008C5C52" w:rsidRDefault="00852B42">
      <w:pPr>
        <w:pStyle w:val="Heading2"/>
      </w:pPr>
      <w:r>
        <w:t>1. Purpose</w:t>
      </w:r>
    </w:p>
    <w:p w14:paraId="598370E0" w14:textId="606FAD4D" w:rsidR="008C5C52" w:rsidRDefault="00852B42">
      <w:proofErr w:type="spellStart"/>
      <w:r>
        <w:t>TeachReadyNC</w:t>
      </w:r>
      <w:proofErr w:type="spellEnd"/>
      <w:r>
        <w:t xml:space="preserve"> is</w:t>
      </w:r>
      <w:r w:rsidR="00AE55FC">
        <w:t xml:space="preserve"> teacher apprenticeship program</w:t>
      </w:r>
      <w:r>
        <w:t xml:space="preserve"> established to increase the number of professionally licensed teachers in North Carolina and improve teacher competency, student outcomes, and teacher retention. NCDPI administers the program in collaboration with </w:t>
      </w:r>
      <w:proofErr w:type="spellStart"/>
      <w:r>
        <w:t>ApprenticeshipNC</w:t>
      </w:r>
      <w:proofErr w:type="spellEnd"/>
      <w:r>
        <w:t>.</w:t>
      </w:r>
    </w:p>
    <w:p w14:paraId="228E2ED9" w14:textId="77777777" w:rsidR="008C5C52" w:rsidRDefault="00852B42">
      <w:pPr>
        <w:pStyle w:val="Heading2"/>
      </w:pPr>
      <w:r>
        <w:t>2. Who May Apply</w:t>
      </w:r>
    </w:p>
    <w:p w14:paraId="6AA5D0CC" w14:textId="4631CDB2" w:rsidR="008C5C52" w:rsidRDefault="00852B42">
      <w:r>
        <w:t>An applicant must be a local school administrative unit that is an Advanced Teaching Roles unit as defined in G.S. 115C-310.3(6).</w:t>
      </w:r>
    </w:p>
    <w:p w14:paraId="76481246" w14:textId="2A5CEED7" w:rsidR="008C5C52" w:rsidRDefault="006E5D07">
      <w:pPr>
        <w:pStyle w:val="Heading2"/>
      </w:pPr>
      <w:r>
        <w:t>3</w:t>
      </w:r>
      <w:r w:rsidR="00852B42">
        <w:t>. Initial Approval Standard</w:t>
      </w:r>
    </w:p>
    <w:p w14:paraId="45F20469" w14:textId="4777C834" w:rsidR="008C5C52" w:rsidRDefault="00852B42">
      <w:r>
        <w:t xml:space="preserve">NCDPI </w:t>
      </w:r>
      <w:r w:rsidR="00C80BC2">
        <w:t xml:space="preserve">will </w:t>
      </w:r>
      <w:r>
        <w:t xml:space="preserve">first determine whether the applicant is an eligible unit. NCDPI </w:t>
      </w:r>
      <w:r w:rsidR="00C80BC2">
        <w:t xml:space="preserve">will </w:t>
      </w:r>
      <w:r>
        <w:t xml:space="preserve">then </w:t>
      </w:r>
      <w:proofErr w:type="gramStart"/>
      <w:r>
        <w:t>determines</w:t>
      </w:r>
      <w:proofErr w:type="gramEnd"/>
      <w:r>
        <w:t xml:space="preserve"> whether the application presents a clear strategy addressing each of the six requirements in G.S. 115C-269.67(b). Curable omissions or unclear responses </w:t>
      </w:r>
      <w:r w:rsidR="00C80BC2">
        <w:t xml:space="preserve">may </w:t>
      </w:r>
      <w:r>
        <w:t xml:space="preserve">be addressed through additional information </w:t>
      </w:r>
      <w:r w:rsidR="00C80BC2">
        <w:t xml:space="preserve">from the applicant </w:t>
      </w:r>
      <w:r>
        <w:t>or technical assistance</w:t>
      </w:r>
      <w:r w:rsidR="00C80BC2">
        <w:t>, when available and appropriate,</w:t>
      </w:r>
      <w:r>
        <w:t xml:space="preserve"> rather than competitive scoring.</w:t>
      </w:r>
    </w:p>
    <w:p w14:paraId="70A00915" w14:textId="184808AE" w:rsidR="008C5C52" w:rsidRDefault="006E5D07">
      <w:pPr>
        <w:pStyle w:val="Heading2"/>
      </w:pPr>
      <w:r>
        <w:t>4</w:t>
      </w:r>
      <w:proofErr w:type="gramStart"/>
      <w:r w:rsidR="00852B42">
        <w:t>. Approval</w:t>
      </w:r>
      <w:proofErr w:type="gramEnd"/>
      <w:r w:rsidR="00852B42">
        <w:t xml:space="preserve"> Term and Renewal</w:t>
      </w:r>
    </w:p>
    <w:p w14:paraId="46895BC5" w14:textId="20F5A689" w:rsidR="008C5C52" w:rsidRDefault="00852B42">
      <w:r>
        <w:t xml:space="preserve">Each </w:t>
      </w:r>
      <w:r w:rsidR="14A79085">
        <w:t>eligible applicant</w:t>
      </w:r>
      <w:r w:rsidR="00AE55FC">
        <w:t xml:space="preserve"> </w:t>
      </w:r>
      <w:r w:rsidR="00C80BC2">
        <w:t>that</w:t>
      </w:r>
      <w:r w:rsidR="00AE55FC">
        <w:t xml:space="preserve"> submits a clear and complete application shall</w:t>
      </w:r>
      <w:r>
        <w:t xml:space="preserve"> receive an initial three-year term. A participating unit may later apply for renewal; renewal is discretionary and </w:t>
      </w:r>
      <w:r w:rsidR="00AE55FC">
        <w:t xml:space="preserve">will </w:t>
      </w:r>
      <w:r>
        <w:t>be evaluated separately based on program success and compliance.</w:t>
      </w:r>
    </w:p>
    <w:p w14:paraId="1E927933" w14:textId="3E1888A6" w:rsidR="008C5C52" w:rsidRDefault="00852B42">
      <w:pPr>
        <w:pStyle w:val="Heading2"/>
      </w:pPr>
      <w:r>
        <w:t xml:space="preserve">Submission </w:t>
      </w:r>
      <w:r w:rsidR="00540FC1">
        <w:t>Checklist</w:t>
      </w:r>
    </w:p>
    <w:p w14:paraId="74404AD4" w14:textId="77777777" w:rsidR="008C5C52" w:rsidRDefault="00852B42">
      <w:r>
        <w:t>☐ Completed and signed application</w:t>
      </w:r>
    </w:p>
    <w:p w14:paraId="618394C9" w14:textId="45A62FE1" w:rsidR="008C5C52" w:rsidRDefault="00852B42">
      <w:r>
        <w:t>☐ Evidence of local school administrative unit</w:t>
      </w:r>
      <w:r w:rsidR="00AE55FC">
        <w:t xml:space="preserve">’s </w:t>
      </w:r>
      <w:r>
        <w:t>Advanced Teaching Roles status</w:t>
      </w:r>
    </w:p>
    <w:p w14:paraId="0FEFC0E8" w14:textId="3DD90556" w:rsidR="008C5C52" w:rsidRDefault="00852B42">
      <w:r>
        <w:t>☐ Statutor</w:t>
      </w:r>
      <w:r w:rsidR="00540FC1">
        <w:t>ily required</w:t>
      </w:r>
      <w:r>
        <w:t xml:space="preserve"> responses for G.S. 115C-269.67(b)(1)-(6)</w:t>
      </w:r>
    </w:p>
    <w:p w14:paraId="7BC84E9B" w14:textId="77777777" w:rsidR="008C5C52" w:rsidRDefault="00852B42">
      <w:r>
        <w:t>☐ Apprentice position and annual grant request table, if State funds are requested</w:t>
      </w:r>
    </w:p>
    <w:p w14:paraId="4E7C97B4" w14:textId="77777777" w:rsidR="008C5C52" w:rsidRDefault="00852B42">
      <w:r>
        <w:t>☐ Implementation-readiness supplement and assurances</w:t>
      </w:r>
    </w:p>
    <w:p w14:paraId="1CD4B6EC" w14:textId="77777777" w:rsidR="008C5C52" w:rsidRDefault="00852B42">
      <w:r>
        <w:t xml:space="preserve">☐ Available </w:t>
      </w:r>
      <w:proofErr w:type="spellStart"/>
      <w:r>
        <w:t>ApprenticeshipNC</w:t>
      </w:r>
      <w:proofErr w:type="spellEnd"/>
      <w:r>
        <w:t>/USDOL materials</w:t>
      </w:r>
    </w:p>
    <w:p w14:paraId="277A501B" w14:textId="77777777" w:rsidR="008C5C52" w:rsidRDefault="00852B42">
      <w:r>
        <w:t>☐ Eligible EPP recognition/selection evidence, including executed agreement, letter of intent, or identified pending agreement</w:t>
      </w:r>
    </w:p>
    <w:p w14:paraId="1A5FE385" w14:textId="77777777" w:rsidR="008C5C52" w:rsidRDefault="00852B42">
      <w:r>
        <w:t>☐ Budget and other funding-source documentation</w:t>
      </w:r>
    </w:p>
    <w:p w14:paraId="6BA81245" w14:textId="457A448F" w:rsidR="008C5C52" w:rsidRDefault="00852B42">
      <w:r>
        <w:t xml:space="preserve">☐ </w:t>
      </w:r>
      <w:r w:rsidR="00AE55FC">
        <w:t xml:space="preserve">Apprentice supervisor </w:t>
      </w:r>
      <w:r>
        <w:t>qualifications and proposed supervision structure</w:t>
      </w:r>
    </w:p>
    <w:p w14:paraId="73A4E6D8" w14:textId="76AE3D1A" w:rsidR="008C5C52" w:rsidRDefault="00852B42" w:rsidP="50776988">
      <w:r>
        <w:br w:type="page"/>
      </w:r>
    </w:p>
    <w:p w14:paraId="1838EDCC" w14:textId="32141D17" w:rsidR="008C5C52" w:rsidRDefault="00852B42">
      <w:pPr>
        <w:pStyle w:val="Heading1"/>
      </w:pPr>
      <w:r>
        <w:lastRenderedPageBreak/>
        <w:t xml:space="preserve">Part A. Applicant </w:t>
      </w:r>
      <w:r w:rsidR="00541DFF">
        <w:t>Information and Eligibility Certification</w:t>
      </w:r>
    </w:p>
    <w:p w14:paraId="5B07725D" w14:textId="77777777" w:rsidR="008C5C52" w:rsidRDefault="008C5C52">
      <w:pPr>
        <w:pBdr>
          <w:bottom w:val="single" w:sz="10" w:space="1" w:color="315F98"/>
        </w:pBdr>
        <w:spacing w:after="40"/>
      </w:pPr>
    </w:p>
    <w:p w14:paraId="4775A99F" w14:textId="6F0E95ED" w:rsidR="00AE55FC" w:rsidRDefault="00AE55FC" w:rsidP="002B14C9">
      <w:pPr>
        <w:pStyle w:val="Heading3"/>
        <w:spacing w:before="88" w:line="275" w:lineRule="exact"/>
      </w:pPr>
      <w:r>
        <w:t>Proposal Cover Page</w:t>
      </w:r>
    </w:p>
    <w:p w14:paraId="30B53A28" w14:textId="1CB60083" w:rsidR="633BB414" w:rsidRDefault="633BB414" w:rsidP="26CD7F45">
      <w:pPr>
        <w:rPr>
          <w:b/>
          <w:bCs/>
          <w:i/>
          <w:iCs/>
          <w:sz w:val="24"/>
          <w:szCs w:val="24"/>
        </w:rPr>
      </w:pPr>
      <w:r w:rsidRPr="26CD7F45">
        <w:rPr>
          <w:sz w:val="24"/>
          <w:szCs w:val="24"/>
        </w:rPr>
        <w:t xml:space="preserve">Complete this form </w:t>
      </w:r>
      <w:r w:rsidRPr="26CD7F45">
        <w:rPr>
          <w:b/>
          <w:bCs/>
          <w:i/>
          <w:iCs/>
          <w:sz w:val="24"/>
          <w:szCs w:val="24"/>
        </w:rPr>
        <w:t>and include it in your application package.</w:t>
      </w:r>
    </w:p>
    <w:p w14:paraId="07F91DC5" w14:textId="7258CDED" w:rsidR="00AE55FC" w:rsidRDefault="00541DFF" w:rsidP="26CD7F45">
      <w:pPr>
        <w:spacing w:line="275" w:lineRule="exact"/>
        <w:ind w:left="51" w:right="262"/>
        <w:jc w:val="center"/>
        <w:rPr>
          <w:sz w:val="24"/>
          <w:szCs w:val="24"/>
        </w:rPr>
      </w:pPr>
      <w:r>
        <w:rPr>
          <w:noProof/>
        </w:rPr>
        <mc:AlternateContent>
          <mc:Choice Requires="wps">
            <w:drawing>
              <wp:anchor distT="0" distB="0" distL="0" distR="0" simplePos="0" relativeHeight="251658241" behindDoc="1" locked="0" layoutInCell="1" allowOverlap="1" wp14:anchorId="2DA364A2" wp14:editId="08596AC1">
                <wp:simplePos x="0" y="0"/>
                <wp:positionH relativeFrom="page">
                  <wp:posOffset>826062</wp:posOffset>
                </wp:positionH>
                <wp:positionV relativeFrom="paragraph">
                  <wp:posOffset>2447338</wp:posOffset>
                </wp:positionV>
                <wp:extent cx="6115050" cy="1579880"/>
                <wp:effectExtent l="0" t="0" r="0" b="0"/>
                <wp:wrapTopAndBottom/>
                <wp:docPr id="36" name="Textbox 36">
                  <a:extLst xmlns:a="http://schemas.openxmlformats.org/drawingml/2006/main">
                    <a:ext uri="{FF2B5EF4-FFF2-40B4-BE49-F238E27FC236}">
                      <a16:creationId xmlns:a16="http://schemas.microsoft.com/office/drawing/2014/main" id="{895EEDAF-C36A-4261-8E69-E2A0CF7FAD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1579880"/>
                        </a:xfrm>
                        <a:prstGeom prst="rect">
                          <a:avLst/>
                        </a:prstGeom>
                        <a:ln w="7366">
                          <a:solidFill>
                            <a:srgbClr val="000000"/>
                          </a:solidFill>
                          <a:prstDash val="solid"/>
                        </a:ln>
                      </wps:spPr>
                      <wps:txbx>
                        <w:txbxContent>
                          <w:p w14:paraId="12A33147" w14:textId="77777777" w:rsidR="00AE55FC" w:rsidRDefault="00AE55FC" w:rsidP="00AE55FC">
                            <w:pPr>
                              <w:spacing w:before="21"/>
                              <w:ind w:left="106"/>
                              <w:jc w:val="both"/>
                              <w:rPr>
                                <w:b/>
                                <w:sz w:val="24"/>
                              </w:rPr>
                            </w:pPr>
                            <w:r>
                              <w:rPr>
                                <w:b/>
                                <w:sz w:val="24"/>
                              </w:rPr>
                              <w:t>Section</w:t>
                            </w:r>
                            <w:r>
                              <w:rPr>
                                <w:b/>
                                <w:spacing w:val="-10"/>
                                <w:sz w:val="24"/>
                              </w:rPr>
                              <w:t xml:space="preserve"> </w:t>
                            </w:r>
                            <w:r>
                              <w:rPr>
                                <w:b/>
                                <w:sz w:val="24"/>
                              </w:rPr>
                              <w:t>2.</w:t>
                            </w:r>
                            <w:r>
                              <w:rPr>
                                <w:b/>
                                <w:spacing w:val="-6"/>
                                <w:sz w:val="24"/>
                              </w:rPr>
                              <w:t xml:space="preserve"> </w:t>
                            </w:r>
                            <w:r>
                              <w:rPr>
                                <w:b/>
                                <w:sz w:val="24"/>
                              </w:rPr>
                              <w:t>Project</w:t>
                            </w:r>
                            <w:r>
                              <w:rPr>
                                <w:b/>
                                <w:spacing w:val="-7"/>
                                <w:sz w:val="24"/>
                              </w:rPr>
                              <w:t xml:space="preserve"> </w:t>
                            </w:r>
                            <w:r>
                              <w:rPr>
                                <w:b/>
                                <w:spacing w:val="-2"/>
                                <w:sz w:val="24"/>
                              </w:rPr>
                              <w:t>Information</w:t>
                            </w:r>
                          </w:p>
                          <w:p w14:paraId="19A61C41" w14:textId="0F945789" w:rsidR="00AE55FC" w:rsidRDefault="00AE55FC" w:rsidP="00AE55FC">
                            <w:pPr>
                              <w:pStyle w:val="BodyText"/>
                              <w:tabs>
                                <w:tab w:val="left" w:pos="3527"/>
                                <w:tab w:val="left" w:pos="4444"/>
                                <w:tab w:val="left" w:pos="9368"/>
                                <w:tab w:val="left" w:pos="9450"/>
                              </w:tabs>
                              <w:spacing w:before="195" w:line="396" w:lineRule="auto"/>
                              <w:ind w:left="106" w:right="165"/>
                              <w:jc w:val="both"/>
                            </w:pPr>
                            <w:r>
                              <w:t>Project Director Name and Position (if different</w:t>
                            </w:r>
                            <w:r>
                              <w:rPr>
                                <w:spacing w:val="40"/>
                              </w:rPr>
                              <w:t xml:space="preserve"> </w:t>
                            </w:r>
                            <w:r>
                              <w:t xml:space="preserve">from contact): </w:t>
                            </w:r>
                            <w:r>
                              <w:rPr>
                                <w:u w:val="single"/>
                              </w:rPr>
                              <w:tab/>
                            </w:r>
                            <w:r>
                              <w:rPr>
                                <w:u w:val="single"/>
                              </w:rPr>
                              <w:tab/>
                            </w:r>
                            <w:r>
                              <w:t xml:space="preserve"> </w:t>
                            </w:r>
                            <w:r>
                              <w:rPr>
                                <w:spacing w:val="-2"/>
                              </w:rPr>
                              <w:t>Phone:</w:t>
                            </w:r>
                            <w:r>
                              <w:rPr>
                                <w:u w:val="single"/>
                              </w:rPr>
                              <w:tab/>
                            </w:r>
                            <w:r>
                              <w:t xml:space="preserve">Email: </w:t>
                            </w:r>
                            <w:r>
                              <w:rPr>
                                <w:u w:val="single"/>
                              </w:rPr>
                              <w:tab/>
                            </w:r>
                            <w:r>
                              <w:rPr>
                                <w:u w:val="single"/>
                              </w:rPr>
                              <w:tab/>
                            </w:r>
                            <w:r>
                              <w:rPr>
                                <w:u w:val="single"/>
                              </w:rPr>
                              <w:tab/>
                            </w:r>
                            <w:r>
                              <w:t xml:space="preserve"> Total Project Budget:</w:t>
                            </w:r>
                            <w:r>
                              <w:rPr>
                                <w:u w:val="single"/>
                              </w:rPr>
                              <w:t xml:space="preserve"> _______________ </w:t>
                            </w:r>
                            <w:r>
                              <w:t xml:space="preserve">Requested Grant Amount: </w:t>
                            </w:r>
                            <w:r>
                              <w:rPr>
                                <w:u w:val="single"/>
                              </w:rPr>
                              <w:tab/>
                            </w:r>
                          </w:p>
                          <w:p w14:paraId="1496AA94" w14:textId="12017EAD" w:rsidR="00AE55FC" w:rsidRDefault="00AE55FC" w:rsidP="00AE55FC">
                            <w:pPr>
                              <w:pStyle w:val="BodyText"/>
                              <w:tabs>
                                <w:tab w:val="left" w:pos="4669"/>
                                <w:tab w:val="left" w:pos="9517"/>
                              </w:tabs>
                              <w:spacing w:before="165"/>
                              <w:ind w:left="106"/>
                              <w:jc w:val="both"/>
                            </w:pPr>
                            <w:r>
                              <w:t>Estimated</w:t>
                            </w:r>
                            <w:r>
                              <w:rPr>
                                <w:spacing w:val="-3"/>
                              </w:rPr>
                              <w:t xml:space="preserve"> </w:t>
                            </w:r>
                            <w:r>
                              <w:t xml:space="preserve">Number of </w:t>
                            </w:r>
                            <w:proofErr w:type="gramStart"/>
                            <w:r>
                              <w:t>Apprentices:</w:t>
                            </w:r>
                            <w:r w:rsidR="00816107">
                              <w:t xml:space="preserve"> </w:t>
                            </w:r>
                            <w:r>
                              <w:t>_</w:t>
                            </w:r>
                            <w:proofErr w:type="gramEnd"/>
                            <w:r>
                              <w:t>____________ Estimated</w:t>
                            </w:r>
                            <w:r>
                              <w:rPr>
                                <w:spacing w:val="-3"/>
                              </w:rPr>
                              <w:t xml:space="preserve"> </w:t>
                            </w:r>
                            <w:r>
                              <w:t>Number</w:t>
                            </w:r>
                            <w:r>
                              <w:rPr>
                                <w:spacing w:val="-2"/>
                              </w:rPr>
                              <w:t xml:space="preserve"> </w:t>
                            </w:r>
                            <w:r>
                              <w:t>of</w:t>
                            </w:r>
                            <w:r>
                              <w:rPr>
                                <w:spacing w:val="-3"/>
                              </w:rPr>
                              <w:t xml:space="preserve"> </w:t>
                            </w:r>
                            <w:r>
                              <w:t>Students</w:t>
                            </w:r>
                            <w:r>
                              <w:rPr>
                                <w:spacing w:val="-4"/>
                              </w:rPr>
                              <w:t xml:space="preserve"> </w:t>
                            </w:r>
                            <w:r>
                              <w:t>Impacted:</w:t>
                            </w:r>
                            <w:r>
                              <w:rPr>
                                <w:spacing w:val="-5"/>
                              </w:rPr>
                              <w:t xml:space="preserve"> </w:t>
                            </w:r>
                            <w:r>
                              <w:rPr>
                                <w:u w:val="single"/>
                              </w:rPr>
                              <w:tab/>
                            </w:r>
                          </w:p>
                        </w:txbxContent>
                      </wps:txbx>
                      <wps:bodyPr wrap="square" lIns="0" tIns="0" rIns="0" bIns="0" rtlCol="0">
                        <a:noAutofit/>
                      </wps:bodyPr>
                    </wps:wsp>
                  </a:graphicData>
                </a:graphic>
              </wp:anchor>
            </w:drawing>
          </mc:Choice>
          <mc:Fallback>
            <w:pict>
              <v:shapetype w14:anchorId="2DA364A2" id="_x0000_t202" coordsize="21600,21600" o:spt="202" path="m,l,21600r21600,l21600,xe">
                <v:stroke joinstyle="miter"/>
                <v:path gradientshapeok="t" o:connecttype="rect"/>
              </v:shapetype>
              <v:shape id="Textbox 36" o:spid="_x0000_s1026" type="#_x0000_t202" style="position:absolute;left:0;text-align:left;margin-left:65.05pt;margin-top:192.7pt;width:481.5pt;height:124.4pt;z-index:-25165823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" filled="f" strokeweight=".58pt">
                <v:path arrowok="t"/>
                <v:textbox inset="0,0,0,0">
                  <w:txbxContent>
                    <w:p w14:paraId="12A33147" w14:textId="77777777" w:rsidR="00AE55FC" w:rsidRDefault="00AE55FC" w:rsidP="00AE55FC">
                      <w:pPr>
                        <w:spacing w:before="21"/>
                        <w:ind w:left="106"/>
                        <w:jc w:val="both"/>
                        <w:rPr>
                          <w:b/>
                          <w:sz w:val="24"/>
                        </w:rPr>
                      </w:pPr>
                      <w:r>
                        <w:rPr>
                          <w:b/>
                          <w:sz w:val="24"/>
                        </w:rPr>
                        <w:t>Section</w:t>
                      </w:r>
                      <w:r>
                        <w:rPr>
                          <w:b/>
                          <w:spacing w:val="-10"/>
                          <w:sz w:val="24"/>
                        </w:rPr>
                        <w:t xml:space="preserve"> </w:t>
                      </w:r>
                      <w:r>
                        <w:rPr>
                          <w:b/>
                          <w:sz w:val="24"/>
                        </w:rPr>
                        <w:t>2.</w:t>
                      </w:r>
                      <w:r>
                        <w:rPr>
                          <w:b/>
                          <w:spacing w:val="-6"/>
                          <w:sz w:val="24"/>
                        </w:rPr>
                        <w:t xml:space="preserve"> </w:t>
                      </w:r>
                      <w:r>
                        <w:rPr>
                          <w:b/>
                          <w:sz w:val="24"/>
                        </w:rPr>
                        <w:t>Project</w:t>
                      </w:r>
                      <w:r>
                        <w:rPr>
                          <w:b/>
                          <w:spacing w:val="-7"/>
                          <w:sz w:val="24"/>
                        </w:rPr>
                        <w:t xml:space="preserve"> </w:t>
                      </w:r>
                      <w:r>
                        <w:rPr>
                          <w:b/>
                          <w:spacing w:val="-2"/>
                          <w:sz w:val="24"/>
                        </w:rPr>
                        <w:t>Information</w:t>
                      </w:r>
                    </w:p>
                    <w:p w14:paraId="19A61C41" w14:textId="0F945789" w:rsidR="00AE55FC" w:rsidRDefault="00AE55FC" w:rsidP="00AE55FC">
                      <w:pPr>
                        <w:pStyle w:val="BodyText"/>
                        <w:tabs>
                          <w:tab w:val="left" w:pos="3527"/>
                          <w:tab w:val="left" w:pos="4444"/>
                          <w:tab w:val="left" w:pos="9368"/>
                          <w:tab w:val="left" w:pos="9450"/>
                        </w:tabs>
                        <w:spacing w:before="195" w:line="396" w:lineRule="auto"/>
                        <w:ind w:left="106" w:right="165"/>
                        <w:jc w:val="both"/>
                      </w:pPr>
                      <w:r>
                        <w:t>Project Director Name and Position (if different</w:t>
                      </w:r>
                      <w:r>
                        <w:rPr>
                          <w:spacing w:val="40"/>
                        </w:rPr>
                        <w:t xml:space="preserve"> </w:t>
                      </w:r>
                      <w:r>
                        <w:t xml:space="preserve">from contact): </w:t>
                      </w:r>
                      <w:r>
                        <w:rPr>
                          <w:u w:val="single"/>
                        </w:rPr>
                        <w:tab/>
                      </w:r>
                      <w:r>
                        <w:rPr>
                          <w:u w:val="single"/>
                        </w:rPr>
                        <w:tab/>
                      </w:r>
                      <w:r>
                        <w:t xml:space="preserve"> </w:t>
                      </w:r>
                      <w:r>
                        <w:rPr>
                          <w:spacing w:val="-2"/>
                        </w:rPr>
                        <w:t>Phone:</w:t>
                      </w:r>
                      <w:r>
                        <w:rPr>
                          <w:u w:val="single"/>
                        </w:rPr>
                        <w:tab/>
                      </w:r>
                      <w:r>
                        <w:t xml:space="preserve">Email: </w:t>
                      </w:r>
                      <w:r>
                        <w:rPr>
                          <w:u w:val="single"/>
                        </w:rPr>
                        <w:tab/>
                      </w:r>
                      <w:r>
                        <w:rPr>
                          <w:u w:val="single"/>
                        </w:rPr>
                        <w:tab/>
                      </w:r>
                      <w:r>
                        <w:rPr>
                          <w:u w:val="single"/>
                        </w:rPr>
                        <w:tab/>
                      </w:r>
                      <w:r>
                        <w:t xml:space="preserve"> Total Project Budget:</w:t>
                      </w:r>
                      <w:r>
                        <w:rPr>
                          <w:u w:val="single"/>
                        </w:rPr>
                        <w:t xml:space="preserve"> _______________ </w:t>
                      </w:r>
                      <w:r>
                        <w:t xml:space="preserve">Requested Grant Amount: </w:t>
                      </w:r>
                      <w:r>
                        <w:rPr>
                          <w:u w:val="single"/>
                        </w:rPr>
                        <w:tab/>
                      </w:r>
                    </w:p>
                    <w:p w14:paraId="1496AA94" w14:textId="12017EAD" w:rsidR="00AE55FC" w:rsidRDefault="00AE55FC" w:rsidP="00AE55FC">
                      <w:pPr>
                        <w:pStyle w:val="BodyText"/>
                        <w:tabs>
                          <w:tab w:val="left" w:pos="4669"/>
                          <w:tab w:val="left" w:pos="9517"/>
                        </w:tabs>
                        <w:spacing w:before="165"/>
                        <w:ind w:left="106"/>
                        <w:jc w:val="both"/>
                      </w:pPr>
                      <w:r>
                        <w:t>Estimated</w:t>
                      </w:r>
                      <w:r>
                        <w:rPr>
                          <w:spacing w:val="-3"/>
                        </w:rPr>
                        <w:t xml:space="preserve"> </w:t>
                      </w:r>
                      <w:r>
                        <w:t xml:space="preserve">Number of </w:t>
                      </w:r>
                      <w:proofErr w:type="gramStart"/>
                      <w:r>
                        <w:t>Apprentices:</w:t>
                      </w:r>
                      <w:r w:rsidR="00816107">
                        <w:t xml:space="preserve"> </w:t>
                      </w:r>
                      <w:r>
                        <w:t>_</w:t>
                      </w:r>
                      <w:proofErr w:type="gramEnd"/>
                      <w:r>
                        <w:t>____________ Estimated</w:t>
                      </w:r>
                      <w:r>
                        <w:rPr>
                          <w:spacing w:val="-3"/>
                        </w:rPr>
                        <w:t xml:space="preserve"> </w:t>
                      </w:r>
                      <w:r>
                        <w:t>Number</w:t>
                      </w:r>
                      <w:r>
                        <w:rPr>
                          <w:spacing w:val="-2"/>
                        </w:rPr>
                        <w:t xml:space="preserve"> </w:t>
                      </w:r>
                      <w:r>
                        <w:t>of</w:t>
                      </w:r>
                      <w:r>
                        <w:rPr>
                          <w:spacing w:val="-3"/>
                        </w:rPr>
                        <w:t xml:space="preserve"> </w:t>
                      </w:r>
                      <w:r>
                        <w:t>Students</w:t>
                      </w:r>
                      <w:r>
                        <w:rPr>
                          <w:spacing w:val="-4"/>
                        </w:rPr>
                        <w:t xml:space="preserve"> </w:t>
                      </w:r>
                      <w:r>
                        <w:t>Impacted:</w:t>
                      </w:r>
                      <w:r>
                        <w:rPr>
                          <w:spacing w:val="-5"/>
                        </w:rPr>
                        <w:t xml:space="preserve"> </w:t>
                      </w:r>
                      <w:r>
                        <w:rPr>
                          <w:u w:val="single"/>
                        </w:rPr>
                        <w:tab/>
                      </w:r>
                    </w:p>
                  </w:txbxContent>
                </v:textbox>
                <w10:wrap type="topAndBottom" anchorx="page"/>
              </v:shape>
            </w:pict>
          </mc:Fallback>
        </mc:AlternateContent>
      </w:r>
      <w:r>
        <w:rPr>
          <w:noProof/>
        </w:rPr>
        <mc:AlternateContent>
          <mc:Choice Requires="wps">
            <w:drawing>
              <wp:anchor distT="0" distB="0" distL="0" distR="0" simplePos="0" relativeHeight="251658240" behindDoc="1" locked="0" layoutInCell="1" allowOverlap="1" wp14:anchorId="24426700" wp14:editId="5C7DA8D1">
                <wp:simplePos x="0" y="0"/>
                <wp:positionH relativeFrom="page">
                  <wp:posOffset>844550</wp:posOffset>
                </wp:positionH>
                <wp:positionV relativeFrom="paragraph">
                  <wp:posOffset>351790</wp:posOffset>
                </wp:positionV>
                <wp:extent cx="6105525" cy="1985010"/>
                <wp:effectExtent l="0" t="0" r="28575" b="15240"/>
                <wp:wrapTopAndBottom/>
                <wp:docPr id="35" name="Textbox 35">
                  <a:extLst xmlns:a="http://schemas.openxmlformats.org/drawingml/2006/main">
                    <a:ext uri="{FF2B5EF4-FFF2-40B4-BE49-F238E27FC236}">
                      <a16:creationId xmlns:a16="http://schemas.microsoft.com/office/drawing/2014/main" id="{91464D80-ABED-423B-9757-4EDB68C088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5525" cy="1985010"/>
                        </a:xfrm>
                        <a:prstGeom prst="rect">
                          <a:avLst/>
                        </a:prstGeom>
                        <a:ln w="7366">
                          <a:solidFill>
                            <a:srgbClr val="000000"/>
                          </a:solidFill>
                          <a:prstDash val="solid"/>
                        </a:ln>
                      </wps:spPr>
                      <wps:txbx>
                        <w:txbxContent>
                          <w:p w14:paraId="7D807191" w14:textId="77777777" w:rsidR="00AE55FC" w:rsidRDefault="00AE55FC" w:rsidP="00AE55FC">
                            <w:pPr>
                              <w:spacing w:before="21"/>
                              <w:ind w:left="108"/>
                              <w:jc w:val="both"/>
                              <w:rPr>
                                <w:b/>
                                <w:sz w:val="24"/>
                              </w:rPr>
                            </w:pPr>
                            <w:r>
                              <w:rPr>
                                <w:b/>
                                <w:sz w:val="24"/>
                              </w:rPr>
                              <w:t>Section</w:t>
                            </w:r>
                            <w:r>
                              <w:rPr>
                                <w:b/>
                                <w:spacing w:val="-5"/>
                                <w:sz w:val="24"/>
                              </w:rPr>
                              <w:t xml:space="preserve"> </w:t>
                            </w:r>
                            <w:r>
                              <w:rPr>
                                <w:b/>
                                <w:sz w:val="24"/>
                              </w:rPr>
                              <w:t>1.</w:t>
                            </w:r>
                            <w:r>
                              <w:rPr>
                                <w:b/>
                                <w:spacing w:val="-3"/>
                                <w:sz w:val="24"/>
                              </w:rPr>
                              <w:t xml:space="preserve"> </w:t>
                            </w:r>
                            <w:r>
                              <w:rPr>
                                <w:b/>
                                <w:sz w:val="24"/>
                              </w:rPr>
                              <w:t>Applicant</w:t>
                            </w:r>
                            <w:r>
                              <w:rPr>
                                <w:b/>
                                <w:spacing w:val="-2"/>
                                <w:sz w:val="24"/>
                              </w:rPr>
                              <w:t xml:space="preserve"> Information</w:t>
                            </w:r>
                          </w:p>
                          <w:p w14:paraId="4391D25E" w14:textId="1FF17634" w:rsidR="00AE55FC" w:rsidRDefault="0082705F" w:rsidP="00AE55FC">
                            <w:pPr>
                              <w:pStyle w:val="BodyText"/>
                              <w:tabs>
                                <w:tab w:val="left" w:pos="5375"/>
                                <w:tab w:val="left" w:pos="5688"/>
                                <w:tab w:val="left" w:pos="5928"/>
                                <w:tab w:val="left" w:pos="9164"/>
                                <w:tab w:val="left" w:pos="9203"/>
                              </w:tabs>
                              <w:spacing w:before="194" w:line="398" w:lineRule="auto"/>
                              <w:ind w:left="108" w:right="398"/>
                              <w:jc w:val="both"/>
                            </w:pPr>
                            <w:r>
                              <w:rPr>
                                <w:spacing w:val="-4"/>
                              </w:rPr>
                              <w:t>LSAU</w:t>
                            </w:r>
                            <w:proofErr w:type="gramStart"/>
                            <w:r w:rsidR="00AE55FC">
                              <w:rPr>
                                <w:spacing w:val="-4"/>
                              </w:rPr>
                              <w:t>:</w:t>
                            </w:r>
                            <w:r w:rsidR="00AE55FC">
                              <w:rPr>
                                <w:u w:val="single"/>
                              </w:rPr>
                              <w:tab/>
                            </w:r>
                            <w:r w:rsidR="00AE55FC">
                              <w:rPr>
                                <w:u w:val="single"/>
                              </w:rPr>
                              <w:tab/>
                            </w:r>
                            <w:r w:rsidR="00AE55FC">
                              <w:t>Tax</w:t>
                            </w:r>
                            <w:proofErr w:type="gramEnd"/>
                            <w:r w:rsidR="00AE55FC">
                              <w:t xml:space="preserve"> ID/EIN: </w:t>
                            </w:r>
                            <w:r w:rsidR="00AE55FC">
                              <w:rPr>
                                <w:u w:val="single"/>
                              </w:rPr>
                              <w:tab/>
                            </w:r>
                            <w:r w:rsidR="00AE55FC">
                              <w:t xml:space="preserve"> </w:t>
                            </w:r>
                            <w:r w:rsidR="00AE55FC">
                              <w:rPr>
                                <w:spacing w:val="-2"/>
                              </w:rPr>
                              <w:t>Website:</w:t>
                            </w:r>
                            <w:r w:rsidR="00AE55FC">
                              <w:rPr>
                                <w:u w:val="single"/>
                              </w:rPr>
                              <w:tab/>
                            </w:r>
                            <w:r w:rsidR="00AE55FC">
                              <w:rPr>
                                <w:u w:val="single"/>
                              </w:rPr>
                              <w:tab/>
                            </w:r>
                            <w:r w:rsidR="00AE55FC">
                              <w:rPr>
                                <w:u w:val="single"/>
                              </w:rPr>
                              <w:tab/>
                            </w:r>
                            <w:r w:rsidR="00AE55FC">
                              <w:t xml:space="preserve">Fax: </w:t>
                            </w:r>
                            <w:r w:rsidR="00AE55FC">
                              <w:rPr>
                                <w:u w:val="single"/>
                              </w:rPr>
                              <w:tab/>
                            </w:r>
                            <w:r w:rsidR="00AE55FC">
                              <w:t xml:space="preserve"> Mailing Address:</w:t>
                            </w:r>
                            <w:r w:rsidR="00AE55FC">
                              <w:rPr>
                                <w:u w:val="single"/>
                              </w:rPr>
                              <w:tab/>
                            </w:r>
                            <w:r w:rsidR="00AE55FC">
                              <w:t xml:space="preserve">City/State/Zip: </w:t>
                            </w:r>
                            <w:r w:rsidR="00AE55FC">
                              <w:rPr>
                                <w:u w:val="single"/>
                              </w:rPr>
                              <w:tab/>
                            </w:r>
                            <w:r w:rsidR="00AE55FC">
                              <w:rPr>
                                <w:u w:val="single"/>
                              </w:rPr>
                              <w:tab/>
                            </w:r>
                            <w:r w:rsidR="00AE55FC">
                              <w:t xml:space="preserve"> </w:t>
                            </w:r>
                            <w:r w:rsidR="00AE55FC">
                              <w:rPr>
                                <w:spacing w:val="16"/>
                              </w:rPr>
                              <w:t>RFA</w:t>
                            </w:r>
                            <w:r w:rsidR="00AE55FC">
                              <w:rPr>
                                <w:spacing w:val="53"/>
                              </w:rPr>
                              <w:t xml:space="preserve"> </w:t>
                            </w:r>
                            <w:r w:rsidR="00AE55FC">
                              <w:t>Contact</w:t>
                            </w:r>
                            <w:r w:rsidR="00AE55FC">
                              <w:rPr>
                                <w:spacing w:val="-2"/>
                              </w:rPr>
                              <w:t xml:space="preserve"> </w:t>
                            </w:r>
                            <w:r w:rsidR="00AE55FC">
                              <w:t>Name</w:t>
                            </w:r>
                            <w:r w:rsidR="00AE55FC">
                              <w:rPr>
                                <w:spacing w:val="-2"/>
                              </w:rPr>
                              <w:t xml:space="preserve"> </w:t>
                            </w:r>
                            <w:r w:rsidR="00AE55FC">
                              <w:t>and Position:</w:t>
                            </w:r>
                            <w:r w:rsidR="00AE55FC">
                              <w:rPr>
                                <w:spacing w:val="-3"/>
                              </w:rPr>
                              <w:t xml:space="preserve"> </w:t>
                            </w:r>
                            <w:r w:rsidR="00AE55FC">
                              <w:rPr>
                                <w:u w:val="single"/>
                              </w:rPr>
                              <w:tab/>
                            </w:r>
                            <w:r w:rsidR="00AE55FC">
                              <w:rPr>
                                <w:u w:val="single"/>
                              </w:rPr>
                              <w:tab/>
                            </w:r>
                            <w:r w:rsidR="00AE55FC">
                              <w:rPr>
                                <w:u w:val="single"/>
                              </w:rPr>
                              <w:tab/>
                            </w:r>
                            <w:r w:rsidR="00AE55FC">
                              <w:rPr>
                                <w:u w:val="single"/>
                              </w:rPr>
                              <w:tab/>
                            </w:r>
                            <w:r w:rsidR="00AE55FC">
                              <w:rPr>
                                <w:u w:val="single"/>
                              </w:rPr>
                              <w:tab/>
                            </w:r>
                          </w:p>
                          <w:p w14:paraId="4C404261" w14:textId="77777777" w:rsidR="00AE55FC" w:rsidRDefault="00AE55FC" w:rsidP="00AE55FC">
                            <w:pPr>
                              <w:pStyle w:val="BodyText"/>
                              <w:tabs>
                                <w:tab w:val="left" w:pos="3529"/>
                                <w:tab w:val="left" w:pos="9150"/>
                              </w:tabs>
                              <w:spacing w:before="160"/>
                              <w:ind w:left="108"/>
                              <w:jc w:val="both"/>
                              <w:rPr>
                                <w:u w:val="single"/>
                              </w:rPr>
                            </w:pPr>
                            <w:r>
                              <w:rPr>
                                <w:spacing w:val="-2"/>
                              </w:rPr>
                              <w:t>Phone:</w:t>
                            </w:r>
                            <w:r>
                              <w:rPr>
                                <w:u w:val="single"/>
                              </w:rPr>
                              <w:tab/>
                            </w:r>
                            <w:r>
                              <w:t xml:space="preserve">Email: </w:t>
                            </w:r>
                            <w:r>
                              <w:rPr>
                                <w:u w:val="single"/>
                              </w:rPr>
                              <w:tab/>
                            </w:r>
                          </w:p>
                          <w:p w14:paraId="7654FE1B" w14:textId="7C01AB53" w:rsidR="00541DFF" w:rsidRDefault="00541DFF" w:rsidP="00AE55FC">
                            <w:pPr>
                              <w:pStyle w:val="BodyText"/>
                              <w:tabs>
                                <w:tab w:val="left" w:pos="3529"/>
                                <w:tab w:val="left" w:pos="9150"/>
                              </w:tabs>
                              <w:spacing w:before="160"/>
                              <w:ind w:left="108"/>
                              <w:jc w:val="both"/>
                            </w:pPr>
                            <w:r>
                              <w:rPr>
                                <w:u w:val="single"/>
                              </w:rPr>
                              <w:t xml:space="preserve">Year </w:t>
                            </w:r>
                            <w:r w:rsidR="0082705F">
                              <w:rPr>
                                <w:u w:val="single"/>
                              </w:rPr>
                              <w:t>LSAU</w:t>
                            </w:r>
                            <w:r>
                              <w:rPr>
                                <w:u w:val="single"/>
                              </w:rPr>
                              <w:t xml:space="preserve"> was Approved as an ATR District:</w:t>
                            </w:r>
                            <w:r w:rsidRPr="00014994">
                              <w:t xml:space="preserve"> </w:t>
                            </w:r>
                            <w:r>
                              <w:rPr>
                                <w:u w:val="single"/>
                              </w:rPr>
                              <w:t>____________________</w:t>
                            </w:r>
                          </w:p>
                        </w:txbxContent>
                      </wps:txbx>
                      <wps:bodyPr wrap="square" lIns="0" tIns="0" rIns="0" bIns="0" rtlCol="0">
                        <a:noAutofit/>
                      </wps:bodyPr>
                    </wps:wsp>
                  </a:graphicData>
                </a:graphic>
                <wp14:sizeRelV relativeFrom="margin">
                  <wp14:pctHeight>0</wp14:pctHeight>
                </wp14:sizeRelV>
              </wp:anchor>
            </w:drawing>
          </mc:Choice>
          <mc:Fallback>
            <w:pict>
              <v:shape w14:anchorId="24426700" id="Textbox 35" o:spid="_x0000_s1027" type="#_x0000_t202" style="position:absolute;left:0;text-align:left;margin-left:66.5pt;margin-top:27.7pt;width:480.75pt;height:156.3pt;z-index:-2516582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" filled="f" strokeweight=".58pt">
                <v:path arrowok="t"/>
                <v:textbox inset="0,0,0,0">
                  <w:txbxContent>
                    <w:p w14:paraId="7D807191" w14:textId="77777777" w:rsidR="00AE55FC" w:rsidRDefault="00AE55FC" w:rsidP="00AE55FC">
                      <w:pPr>
                        <w:spacing w:before="21"/>
                        <w:ind w:left="108"/>
                        <w:jc w:val="both"/>
                        <w:rPr>
                          <w:b/>
                          <w:sz w:val="24"/>
                        </w:rPr>
                      </w:pPr>
                      <w:r>
                        <w:rPr>
                          <w:b/>
                          <w:sz w:val="24"/>
                        </w:rPr>
                        <w:t>Section</w:t>
                      </w:r>
                      <w:r>
                        <w:rPr>
                          <w:b/>
                          <w:spacing w:val="-5"/>
                          <w:sz w:val="24"/>
                        </w:rPr>
                        <w:t xml:space="preserve"> </w:t>
                      </w:r>
                      <w:r>
                        <w:rPr>
                          <w:b/>
                          <w:sz w:val="24"/>
                        </w:rPr>
                        <w:t>1.</w:t>
                      </w:r>
                      <w:r>
                        <w:rPr>
                          <w:b/>
                          <w:spacing w:val="-3"/>
                          <w:sz w:val="24"/>
                        </w:rPr>
                        <w:t xml:space="preserve"> </w:t>
                      </w:r>
                      <w:r>
                        <w:rPr>
                          <w:b/>
                          <w:sz w:val="24"/>
                        </w:rPr>
                        <w:t>Applicant</w:t>
                      </w:r>
                      <w:r>
                        <w:rPr>
                          <w:b/>
                          <w:spacing w:val="-2"/>
                          <w:sz w:val="24"/>
                        </w:rPr>
                        <w:t xml:space="preserve"> Information</w:t>
                      </w:r>
                    </w:p>
                    <w:p w14:paraId="4391D25E" w14:textId="1FF17634" w:rsidR="00AE55FC" w:rsidRDefault="0082705F" w:rsidP="00AE55FC">
                      <w:pPr>
                        <w:pStyle w:val="BodyText"/>
                        <w:tabs>
                          <w:tab w:val="left" w:pos="5375"/>
                          <w:tab w:val="left" w:pos="5688"/>
                          <w:tab w:val="left" w:pos="5928"/>
                          <w:tab w:val="left" w:pos="9164"/>
                          <w:tab w:val="left" w:pos="9203"/>
                        </w:tabs>
                        <w:spacing w:before="194" w:line="398" w:lineRule="auto"/>
                        <w:ind w:left="108" w:right="398"/>
                        <w:jc w:val="both"/>
                      </w:pPr>
                      <w:r>
                        <w:rPr>
                          <w:spacing w:val="-4"/>
                        </w:rPr>
                        <w:t>LSAU</w:t>
                      </w:r>
                      <w:proofErr w:type="gramStart"/>
                      <w:r w:rsidR="00AE55FC">
                        <w:rPr>
                          <w:spacing w:val="-4"/>
                        </w:rPr>
                        <w:t>:</w:t>
                      </w:r>
                      <w:r w:rsidR="00AE55FC">
                        <w:rPr>
                          <w:u w:val="single"/>
                        </w:rPr>
                        <w:tab/>
                      </w:r>
                      <w:r w:rsidR="00AE55FC">
                        <w:rPr>
                          <w:u w:val="single"/>
                        </w:rPr>
                        <w:tab/>
                      </w:r>
                      <w:r w:rsidR="00AE55FC">
                        <w:t>Tax</w:t>
                      </w:r>
                      <w:proofErr w:type="gramEnd"/>
                      <w:r w:rsidR="00AE55FC">
                        <w:t xml:space="preserve"> ID/EIN: </w:t>
                      </w:r>
                      <w:r w:rsidR="00AE55FC">
                        <w:rPr>
                          <w:u w:val="single"/>
                        </w:rPr>
                        <w:tab/>
                      </w:r>
                      <w:r w:rsidR="00AE55FC">
                        <w:t xml:space="preserve"> </w:t>
                      </w:r>
                      <w:r w:rsidR="00AE55FC">
                        <w:rPr>
                          <w:spacing w:val="-2"/>
                        </w:rPr>
                        <w:t>Website:</w:t>
                      </w:r>
                      <w:r w:rsidR="00AE55FC">
                        <w:rPr>
                          <w:u w:val="single"/>
                        </w:rPr>
                        <w:tab/>
                      </w:r>
                      <w:r w:rsidR="00AE55FC">
                        <w:rPr>
                          <w:u w:val="single"/>
                        </w:rPr>
                        <w:tab/>
                      </w:r>
                      <w:r w:rsidR="00AE55FC">
                        <w:rPr>
                          <w:u w:val="single"/>
                        </w:rPr>
                        <w:tab/>
                      </w:r>
                      <w:r w:rsidR="00AE55FC">
                        <w:t xml:space="preserve">Fax: </w:t>
                      </w:r>
                      <w:r w:rsidR="00AE55FC">
                        <w:rPr>
                          <w:u w:val="single"/>
                        </w:rPr>
                        <w:tab/>
                      </w:r>
                      <w:r w:rsidR="00AE55FC">
                        <w:t xml:space="preserve"> Mailing Address:</w:t>
                      </w:r>
                      <w:r w:rsidR="00AE55FC">
                        <w:rPr>
                          <w:u w:val="single"/>
                        </w:rPr>
                        <w:tab/>
                      </w:r>
                      <w:r w:rsidR="00AE55FC">
                        <w:t xml:space="preserve">City/State/Zip: </w:t>
                      </w:r>
                      <w:r w:rsidR="00AE55FC">
                        <w:rPr>
                          <w:u w:val="single"/>
                        </w:rPr>
                        <w:tab/>
                      </w:r>
                      <w:r w:rsidR="00AE55FC">
                        <w:rPr>
                          <w:u w:val="single"/>
                        </w:rPr>
                        <w:tab/>
                      </w:r>
                      <w:r w:rsidR="00AE55FC">
                        <w:t xml:space="preserve"> </w:t>
                      </w:r>
                      <w:r w:rsidR="00AE55FC">
                        <w:rPr>
                          <w:spacing w:val="16"/>
                        </w:rPr>
                        <w:t>RFA</w:t>
                      </w:r>
                      <w:r w:rsidR="00AE55FC">
                        <w:rPr>
                          <w:spacing w:val="53"/>
                        </w:rPr>
                        <w:t xml:space="preserve"> </w:t>
                      </w:r>
                      <w:r w:rsidR="00AE55FC">
                        <w:t>Contact</w:t>
                      </w:r>
                      <w:r w:rsidR="00AE55FC">
                        <w:rPr>
                          <w:spacing w:val="-2"/>
                        </w:rPr>
                        <w:t xml:space="preserve"> </w:t>
                      </w:r>
                      <w:r w:rsidR="00AE55FC">
                        <w:t>Name</w:t>
                      </w:r>
                      <w:r w:rsidR="00AE55FC">
                        <w:rPr>
                          <w:spacing w:val="-2"/>
                        </w:rPr>
                        <w:t xml:space="preserve"> </w:t>
                      </w:r>
                      <w:r w:rsidR="00AE55FC">
                        <w:t>and Position:</w:t>
                      </w:r>
                      <w:r w:rsidR="00AE55FC">
                        <w:rPr>
                          <w:spacing w:val="-3"/>
                        </w:rPr>
                        <w:t xml:space="preserve"> </w:t>
                      </w:r>
                      <w:r w:rsidR="00AE55FC">
                        <w:rPr>
                          <w:u w:val="single"/>
                        </w:rPr>
                        <w:tab/>
                      </w:r>
                      <w:r w:rsidR="00AE55FC">
                        <w:rPr>
                          <w:u w:val="single"/>
                        </w:rPr>
                        <w:tab/>
                      </w:r>
                      <w:r w:rsidR="00AE55FC">
                        <w:rPr>
                          <w:u w:val="single"/>
                        </w:rPr>
                        <w:tab/>
                      </w:r>
                      <w:r w:rsidR="00AE55FC">
                        <w:rPr>
                          <w:u w:val="single"/>
                        </w:rPr>
                        <w:tab/>
                      </w:r>
                      <w:r w:rsidR="00AE55FC">
                        <w:rPr>
                          <w:u w:val="single"/>
                        </w:rPr>
                        <w:tab/>
                      </w:r>
                    </w:p>
                    <w:p w14:paraId="4C404261" w14:textId="77777777" w:rsidR="00AE55FC" w:rsidRDefault="00AE55FC" w:rsidP="00AE55FC">
                      <w:pPr>
                        <w:pStyle w:val="BodyText"/>
                        <w:tabs>
                          <w:tab w:val="left" w:pos="3529"/>
                          <w:tab w:val="left" w:pos="9150"/>
                        </w:tabs>
                        <w:spacing w:before="160"/>
                        <w:ind w:left="108"/>
                        <w:jc w:val="both"/>
                        <w:rPr>
                          <w:u w:val="single"/>
                        </w:rPr>
                      </w:pPr>
                      <w:r>
                        <w:rPr>
                          <w:spacing w:val="-2"/>
                        </w:rPr>
                        <w:t>Phone:</w:t>
                      </w:r>
                      <w:r>
                        <w:rPr>
                          <w:u w:val="single"/>
                        </w:rPr>
                        <w:tab/>
                      </w:r>
                      <w:r>
                        <w:t xml:space="preserve">Email: </w:t>
                      </w:r>
                      <w:r>
                        <w:rPr>
                          <w:u w:val="single"/>
                        </w:rPr>
                        <w:tab/>
                      </w:r>
                    </w:p>
                    <w:p w14:paraId="7654FE1B" w14:textId="7C01AB53" w:rsidR="00541DFF" w:rsidRDefault="00541DFF" w:rsidP="00AE55FC">
                      <w:pPr>
                        <w:pStyle w:val="BodyText"/>
                        <w:tabs>
                          <w:tab w:val="left" w:pos="3529"/>
                          <w:tab w:val="left" w:pos="9150"/>
                        </w:tabs>
                        <w:spacing w:before="160"/>
                        <w:ind w:left="108"/>
                        <w:jc w:val="both"/>
                      </w:pPr>
                      <w:r>
                        <w:rPr>
                          <w:u w:val="single"/>
                        </w:rPr>
                        <w:t xml:space="preserve">Year </w:t>
                      </w:r>
                      <w:r w:rsidR="0082705F">
                        <w:rPr>
                          <w:u w:val="single"/>
                        </w:rPr>
                        <w:t>LSAU</w:t>
                      </w:r>
                      <w:r>
                        <w:rPr>
                          <w:u w:val="single"/>
                        </w:rPr>
                        <w:t xml:space="preserve"> was Approved as an ATR District:</w:t>
                      </w:r>
                      <w:r w:rsidRPr="00014994">
                        <w:t xml:space="preserve"> </w:t>
                      </w:r>
                      <w:r>
                        <w:rPr>
                          <w:u w:val="single"/>
                        </w:rPr>
                        <w:t>____________________</w:t>
                      </w:r>
                    </w:p>
                  </w:txbxContent>
                </v:textbox>
                <w10:wrap type="topAndBottom" anchorx="page"/>
              </v:shape>
            </w:pict>
          </mc:Fallback>
        </mc:AlternateContent>
      </w:r>
    </w:p>
    <w:p w14:paraId="0D017B80" w14:textId="2419614D" w:rsidR="00AE55FC" w:rsidRDefault="00AE55FC" w:rsidP="00AE55FC">
      <w:pPr>
        <w:pStyle w:val="BodyText"/>
        <w:spacing w:before="5"/>
        <w:rPr>
          <w:sz w:val="14"/>
        </w:rPr>
      </w:pPr>
    </w:p>
    <w:p w14:paraId="450B8E25" w14:textId="77380D62" w:rsidR="00AE55FC" w:rsidRDefault="00AE55FC" w:rsidP="00AE55FC">
      <w:pPr>
        <w:spacing w:before="102"/>
        <w:ind w:left="239"/>
      </w:pPr>
      <w:r>
        <w:t xml:space="preserve">By signing below, I assure NCDPI that I am an official of the organization and authorized to bind the organization. I certify the following </w:t>
      </w:r>
      <w:r w:rsidRPr="50776988">
        <w:rPr>
          <w:i/>
          <w:iCs/>
        </w:rPr>
        <w:t xml:space="preserve">(check each box </w:t>
      </w:r>
      <w:proofErr w:type="gramStart"/>
      <w:r w:rsidRPr="50776988">
        <w:rPr>
          <w:i/>
          <w:iCs/>
        </w:rPr>
        <w:t>so as to</w:t>
      </w:r>
      <w:proofErr w:type="gramEnd"/>
      <w:r w:rsidRPr="50776988">
        <w:rPr>
          <w:i/>
          <w:iCs/>
        </w:rPr>
        <w:t xml:space="preserve"> indicate your review and certification)</w:t>
      </w:r>
      <w:r>
        <w:t>:</w:t>
      </w:r>
    </w:p>
    <w:p w14:paraId="6947B9F5" w14:textId="2553A254" w:rsidR="00541DFF" w:rsidRDefault="00541DFF" w:rsidP="00AE55FC">
      <w:pPr>
        <w:pStyle w:val="ListParagraph"/>
        <w:widowControl w:val="0"/>
        <w:numPr>
          <w:ilvl w:val="0"/>
          <w:numId w:val="11"/>
        </w:numPr>
        <w:tabs>
          <w:tab w:val="left" w:pos="1018"/>
        </w:tabs>
        <w:autoSpaceDE w:val="0"/>
        <w:autoSpaceDN w:val="0"/>
        <w:spacing w:before="180" w:after="0" w:line="346" w:lineRule="exact"/>
        <w:ind w:left="1018" w:hanging="359"/>
        <w:contextualSpacing w:val="0"/>
      </w:pPr>
      <w:r>
        <w:t xml:space="preserve">The applicant is an eligible Advanced Teaching Roles district. </w:t>
      </w:r>
    </w:p>
    <w:p w14:paraId="67590A6A" w14:textId="1CC9156D" w:rsidR="00AE55FC" w:rsidRDefault="00AE55FC" w:rsidP="00AE55FC">
      <w:pPr>
        <w:pStyle w:val="ListParagraph"/>
        <w:widowControl w:val="0"/>
        <w:numPr>
          <w:ilvl w:val="0"/>
          <w:numId w:val="11"/>
        </w:numPr>
        <w:tabs>
          <w:tab w:val="left" w:pos="1018"/>
        </w:tabs>
        <w:autoSpaceDE w:val="0"/>
        <w:autoSpaceDN w:val="0"/>
        <w:spacing w:before="180" w:after="0" w:line="346" w:lineRule="exact"/>
        <w:ind w:left="1018" w:hanging="359"/>
        <w:contextualSpacing w:val="0"/>
      </w:pPr>
      <w:r>
        <w:t>The information provided in this application is correct and complete.</w:t>
      </w:r>
    </w:p>
    <w:p w14:paraId="5DF170B4" w14:textId="1EAEC4A9" w:rsidR="00AE55FC" w:rsidRDefault="00AE55FC" w:rsidP="00AE55FC">
      <w:pPr>
        <w:pStyle w:val="ListParagraph"/>
        <w:widowControl w:val="0"/>
        <w:numPr>
          <w:ilvl w:val="0"/>
          <w:numId w:val="11"/>
        </w:numPr>
        <w:tabs>
          <w:tab w:val="left" w:pos="1018"/>
        </w:tabs>
        <w:autoSpaceDE w:val="0"/>
        <w:autoSpaceDN w:val="0"/>
        <w:spacing w:after="0" w:line="334" w:lineRule="exact"/>
        <w:ind w:left="1018" w:hanging="359"/>
        <w:contextualSpacing w:val="0"/>
      </w:pPr>
      <w:r>
        <w:t>The applicant understands that this application and all attachments submitted are public records.</w:t>
      </w:r>
    </w:p>
    <w:p w14:paraId="127D8E52" w14:textId="145BB099" w:rsidR="00AE55FC" w:rsidRDefault="00AE55FC" w:rsidP="00AE55FC">
      <w:pPr>
        <w:pStyle w:val="ListParagraph"/>
        <w:widowControl w:val="0"/>
        <w:numPr>
          <w:ilvl w:val="0"/>
          <w:numId w:val="11"/>
        </w:numPr>
        <w:tabs>
          <w:tab w:val="left" w:pos="1018"/>
        </w:tabs>
        <w:autoSpaceDE w:val="0"/>
        <w:autoSpaceDN w:val="0"/>
        <w:spacing w:after="0" w:line="339" w:lineRule="exact"/>
        <w:ind w:left="1018" w:hanging="359"/>
        <w:contextualSpacing w:val="0"/>
      </w:pPr>
      <w:r>
        <w:t>The applicant understands that if approved, it will be required to:</w:t>
      </w:r>
    </w:p>
    <w:p w14:paraId="75C9ACF6" w14:textId="77777777" w:rsidR="00AE55FC" w:rsidRDefault="00AE55FC" w:rsidP="00AE55FC">
      <w:pPr>
        <w:pStyle w:val="ListParagraph"/>
        <w:widowControl w:val="0"/>
        <w:numPr>
          <w:ilvl w:val="1"/>
          <w:numId w:val="11"/>
        </w:numPr>
        <w:tabs>
          <w:tab w:val="left" w:pos="1319"/>
        </w:tabs>
        <w:autoSpaceDE w:val="0"/>
        <w:autoSpaceDN w:val="0"/>
        <w:spacing w:before="8" w:after="0" w:line="223" w:lineRule="auto"/>
        <w:ind w:right="546"/>
        <w:contextualSpacing w:val="0"/>
      </w:pPr>
      <w:r>
        <w:t>Participate in all evaluation activities, including collection, recording, and reporting of data, as required by NCDPI, NCSBE, or third-party evaluators, in compliance with relevant privacy laws.</w:t>
      </w:r>
    </w:p>
    <w:p w14:paraId="54FD5D04" w14:textId="77777777" w:rsidR="00AE55FC" w:rsidRDefault="00AE55FC" w:rsidP="00AE55FC">
      <w:pPr>
        <w:pStyle w:val="ListParagraph"/>
        <w:widowControl w:val="0"/>
        <w:numPr>
          <w:ilvl w:val="1"/>
          <w:numId w:val="11"/>
        </w:numPr>
        <w:tabs>
          <w:tab w:val="left" w:pos="1318"/>
        </w:tabs>
        <w:autoSpaceDE w:val="0"/>
        <w:autoSpaceDN w:val="0"/>
        <w:spacing w:before="2" w:after="0" w:line="261" w:lineRule="exact"/>
        <w:ind w:left="1318" w:hanging="359"/>
        <w:contextualSpacing w:val="0"/>
      </w:pPr>
      <w:r>
        <w:t>Submit required financial and performance reports to NCDPI.</w:t>
      </w:r>
    </w:p>
    <w:p w14:paraId="16E641D7" w14:textId="77777777" w:rsidR="00AE55FC" w:rsidRDefault="00AE55FC" w:rsidP="00AE55FC">
      <w:pPr>
        <w:pStyle w:val="ListParagraph"/>
        <w:widowControl w:val="0"/>
        <w:numPr>
          <w:ilvl w:val="1"/>
          <w:numId w:val="11"/>
        </w:numPr>
        <w:tabs>
          <w:tab w:val="left" w:pos="1319"/>
        </w:tabs>
        <w:autoSpaceDE w:val="0"/>
        <w:autoSpaceDN w:val="0"/>
        <w:spacing w:before="2" w:after="0" w:line="223" w:lineRule="auto"/>
        <w:ind w:right="549"/>
        <w:contextualSpacing w:val="0"/>
      </w:pPr>
      <w:r>
        <w:t>Comply with the North Carolina General Statutes, the North Carolina Administrative Code, and any other rules or regulations that may govern the performance and oversight of this program.</w:t>
      </w:r>
    </w:p>
    <w:p w14:paraId="1A78915A" w14:textId="77777777" w:rsidR="00AE55FC" w:rsidRPr="002A43F5" w:rsidRDefault="00AE55FC" w:rsidP="00AE55FC">
      <w:pPr>
        <w:pStyle w:val="ListParagraph"/>
        <w:widowControl w:val="0"/>
        <w:numPr>
          <w:ilvl w:val="1"/>
          <w:numId w:val="11"/>
        </w:numPr>
        <w:tabs>
          <w:tab w:val="left" w:pos="1318"/>
        </w:tabs>
        <w:autoSpaceDE w:val="0"/>
        <w:autoSpaceDN w:val="0"/>
        <w:spacing w:before="12" w:after="0" w:line="240" w:lineRule="auto"/>
        <w:ind w:left="1318" w:hanging="359"/>
        <w:contextualSpacing w:val="0"/>
      </w:pPr>
      <w:r>
        <w:t>Begin serving participants on or after July 1, 2027.</w:t>
      </w:r>
    </w:p>
    <w:p w14:paraId="1E6CDEAC" w14:textId="77777777" w:rsidR="00AE55FC" w:rsidRDefault="00AE55FC" w:rsidP="00AE55FC">
      <w:pPr>
        <w:pStyle w:val="BodyText"/>
        <w:spacing w:before="143"/>
        <w:rPr>
          <w:sz w:val="22"/>
        </w:rPr>
      </w:pPr>
    </w:p>
    <w:p w14:paraId="51A73012" w14:textId="251C515C" w:rsidR="00AE55FC" w:rsidRDefault="00514B01" w:rsidP="50776988">
      <w:pPr>
        <w:tabs>
          <w:tab w:val="left" w:pos="9311"/>
        </w:tabs>
        <w:ind w:left="239"/>
        <w:rPr>
          <w:sz w:val="24"/>
          <w:szCs w:val="24"/>
        </w:rPr>
      </w:pPr>
      <w:r>
        <w:rPr>
          <w:b/>
          <w:bCs/>
          <w:sz w:val="24"/>
          <w:szCs w:val="24"/>
        </w:rPr>
        <w:t xml:space="preserve">Name: ________________________________    </w:t>
      </w:r>
      <w:r w:rsidR="00AE55FC" w:rsidRPr="50776988">
        <w:rPr>
          <w:b/>
          <w:bCs/>
          <w:sz w:val="24"/>
          <w:szCs w:val="24"/>
        </w:rPr>
        <w:t>Signature</w:t>
      </w:r>
      <w:r w:rsidR="004E345B">
        <w:rPr>
          <w:b/>
          <w:bCs/>
          <w:sz w:val="24"/>
          <w:szCs w:val="24"/>
        </w:rPr>
        <w:t>: _________________</w:t>
      </w:r>
      <w:r>
        <w:rPr>
          <w:b/>
          <w:bCs/>
          <w:sz w:val="24"/>
          <w:szCs w:val="24"/>
        </w:rPr>
        <w:t>___________________</w:t>
      </w:r>
      <w:r w:rsidR="00AE55FC">
        <w:tab/>
      </w:r>
    </w:p>
    <w:p w14:paraId="15EBF63D" w14:textId="77777777" w:rsidR="00AE55FC" w:rsidRDefault="00AE55FC" w:rsidP="00AE55FC">
      <w:pPr>
        <w:pStyle w:val="BodyText"/>
        <w:spacing w:before="5"/>
      </w:pPr>
    </w:p>
    <w:p w14:paraId="18523185" w14:textId="62DD8C9F" w:rsidR="00AE55FC" w:rsidRDefault="00AE55FC" w:rsidP="00AE55FC">
      <w:pPr>
        <w:tabs>
          <w:tab w:val="left" w:pos="4991"/>
          <w:tab w:val="left" w:pos="9311"/>
        </w:tabs>
        <w:ind w:left="239"/>
      </w:pPr>
      <w:r w:rsidRPr="50776988">
        <w:rPr>
          <w:b/>
          <w:bCs/>
          <w:sz w:val="24"/>
          <w:szCs w:val="24"/>
        </w:rPr>
        <w:t>Title:</w:t>
      </w:r>
      <w:r w:rsidR="00514B01">
        <w:rPr>
          <w:b/>
          <w:bCs/>
          <w:sz w:val="24"/>
          <w:szCs w:val="24"/>
        </w:rPr>
        <w:t xml:space="preserve"> _____________________________________</w:t>
      </w:r>
      <w:r>
        <w:tab/>
      </w:r>
      <w:r w:rsidR="00514B01">
        <w:rPr>
          <w:b/>
          <w:bCs/>
          <w:sz w:val="24"/>
          <w:szCs w:val="24"/>
        </w:rPr>
        <w:t>Date: _______________________________________</w:t>
      </w:r>
      <w:r>
        <w:tab/>
      </w:r>
    </w:p>
    <w:p w14:paraId="1DC7855A" w14:textId="77777777" w:rsidR="00AE55FC" w:rsidRDefault="00AE55FC"/>
    <w:p w14:paraId="138B220D" w14:textId="77777777" w:rsidR="008C5C52" w:rsidRDefault="00852B42">
      <w:r>
        <w:br w:type="page"/>
      </w:r>
    </w:p>
    <w:p w14:paraId="5BA5F9AE" w14:textId="706729C1" w:rsidR="008C5C52" w:rsidRDefault="00852B42">
      <w:pPr>
        <w:pStyle w:val="Heading1"/>
      </w:pPr>
      <w:r>
        <w:lastRenderedPageBreak/>
        <w:t xml:space="preserve">Part B. </w:t>
      </w:r>
      <w:r w:rsidR="00541DFF">
        <w:t>Apprenticeship Program Description</w:t>
      </w:r>
    </w:p>
    <w:p w14:paraId="09686FD2" w14:textId="77777777" w:rsidR="008C5C52" w:rsidRDefault="008C5C52">
      <w:pPr>
        <w:pBdr>
          <w:bottom w:val="single" w:sz="10" w:space="1" w:color="315F98"/>
        </w:pBdr>
        <w:spacing w:after="40"/>
      </w:pPr>
    </w:p>
    <w:p w14:paraId="58207995" w14:textId="44AA9611" w:rsidR="008C5C52" w:rsidRPr="00605F2F" w:rsidRDefault="00EE64BD" w:rsidP="00EE64BD">
      <w:pPr>
        <w:pStyle w:val="Question"/>
        <w:keepNext/>
        <w:spacing w:after="40"/>
        <w:rPr>
          <w:color w:val="auto"/>
        </w:rPr>
      </w:pPr>
      <w:r w:rsidRPr="00605F2F">
        <w:rPr>
          <w:color w:val="auto"/>
        </w:rPr>
        <w:t xml:space="preserve"> </w:t>
      </w:r>
      <w:r w:rsidR="00541DFF" w:rsidRPr="00605F2F">
        <w:rPr>
          <w:color w:val="auto"/>
        </w:rPr>
        <w:t>Executive Summar</w:t>
      </w:r>
      <w:r w:rsidR="009D4D0E" w:rsidRPr="00605F2F">
        <w:rPr>
          <w:color w:val="auto"/>
        </w:rPr>
        <w:t>y</w:t>
      </w:r>
      <w:r w:rsidR="002B14C9" w:rsidRPr="00605F2F">
        <w:rPr>
          <w:color w:val="auto"/>
        </w:rPr>
        <w:t xml:space="preserve">: </w:t>
      </w:r>
      <w:r w:rsidR="002B14C9" w:rsidRPr="002D1F1A">
        <w:rPr>
          <w:color w:val="auto"/>
        </w:rPr>
        <w:t>B</w:t>
      </w:r>
      <w:r w:rsidRPr="002D1F1A">
        <w:rPr>
          <w:color w:val="auto"/>
        </w:rPr>
        <w:t xml:space="preserve">riefly describe the structure of the </w:t>
      </w:r>
      <w:r w:rsidR="002B14C9" w:rsidRPr="002D1F1A">
        <w:rPr>
          <w:color w:val="auto"/>
        </w:rPr>
        <w:t>local school administrative unit</w:t>
      </w:r>
      <w:r w:rsidRPr="002D1F1A">
        <w:rPr>
          <w:color w:val="auto"/>
        </w:rPr>
        <w:t xml:space="preserve">’s proposed teacher apprenticeship program, including the number of proposed apprenticeship positions, how the positions will be embedded in the </w:t>
      </w:r>
      <w:r w:rsidR="002B14C9" w:rsidRPr="002D1F1A">
        <w:rPr>
          <w:color w:val="auto"/>
        </w:rPr>
        <w:t>local school administrative unit’s</w:t>
      </w:r>
      <w:r w:rsidRPr="002D1F1A">
        <w:rPr>
          <w:color w:val="auto"/>
        </w:rPr>
        <w:t xml:space="preserve"> ATR model, and the proposed educator preparation program partners. S</w:t>
      </w:r>
      <w:r w:rsidR="00852B42" w:rsidRPr="002D1F1A">
        <w:rPr>
          <w:color w:val="auto"/>
        </w:rPr>
        <w:t>ummarize how the</w:t>
      </w:r>
      <w:r w:rsidR="0037007B" w:rsidRPr="002D1F1A">
        <w:rPr>
          <w:color w:val="auto"/>
        </w:rPr>
        <w:t xml:space="preserve"> </w:t>
      </w:r>
      <w:r w:rsidR="00852B42" w:rsidRPr="002D1F1A">
        <w:rPr>
          <w:color w:val="auto"/>
        </w:rPr>
        <w:t xml:space="preserve">program will </w:t>
      </w:r>
      <w:r w:rsidR="0037007B" w:rsidRPr="002D1F1A">
        <w:rPr>
          <w:color w:val="auto"/>
        </w:rPr>
        <w:t>help strengthen the district’s teacher pipe</w:t>
      </w:r>
      <w:r w:rsidRPr="002D1F1A">
        <w:rPr>
          <w:color w:val="auto"/>
        </w:rPr>
        <w:t xml:space="preserve">line. </w:t>
      </w:r>
      <w:r w:rsidR="098CB7ED" w:rsidRPr="002D1F1A">
        <w:rPr>
          <w:color w:val="auto"/>
        </w:rPr>
        <w:t>A</w:t>
      </w:r>
      <w:r w:rsidR="00852B42" w:rsidRPr="002D1F1A">
        <w:rPr>
          <w:color w:val="auto"/>
        </w:rPr>
        <w:t>ddress the six requirements in G.S. 115C-269.67(b), including the workforce need, proposed apprentice positions, EPP participation, ATR integration, candidate recruitment, and funding approach.</w:t>
      </w:r>
    </w:p>
    <w:p w14:paraId="3BD4CDCF" w14:textId="77777777" w:rsidR="00F12D33" w:rsidRDefault="00F12D33" w:rsidP="00EE64BD">
      <w:pPr>
        <w:pStyle w:val="Question"/>
        <w:keepNext/>
        <w:spacing w:after="40"/>
      </w:pPr>
    </w:p>
    <w:p w14:paraId="6907E5C6" w14:textId="77777777" w:rsidR="00F12D33" w:rsidRDefault="00F12D33" w:rsidP="00EE64BD">
      <w:pPr>
        <w:pStyle w:val="Question"/>
        <w:keepNext/>
        <w:spacing w:after="40"/>
      </w:pPr>
    </w:p>
    <w:p w14:paraId="2CD87B73" w14:textId="77777777" w:rsidR="00F12D33" w:rsidRDefault="00F12D33" w:rsidP="00EE64BD">
      <w:pPr>
        <w:pStyle w:val="Question"/>
        <w:keepNext/>
        <w:spacing w:after="40"/>
      </w:pPr>
    </w:p>
    <w:p w14:paraId="7DF89781" w14:textId="77777777" w:rsidR="00F12D33" w:rsidRDefault="00F12D33" w:rsidP="00EE64BD">
      <w:pPr>
        <w:pStyle w:val="Question"/>
        <w:keepNext/>
        <w:spacing w:after="40"/>
      </w:pPr>
    </w:p>
    <w:p w14:paraId="7479DD6F" w14:textId="77777777" w:rsidR="00F12D33" w:rsidRDefault="00F12D33" w:rsidP="00EE64BD">
      <w:pPr>
        <w:pStyle w:val="Question"/>
        <w:keepNext/>
        <w:spacing w:after="40"/>
      </w:pPr>
    </w:p>
    <w:p w14:paraId="5BE1AC16" w14:textId="77777777" w:rsidR="00F12D33" w:rsidRDefault="00F12D33" w:rsidP="00EE64BD">
      <w:pPr>
        <w:pStyle w:val="Question"/>
        <w:keepNext/>
        <w:spacing w:after="40"/>
      </w:pPr>
    </w:p>
    <w:p w14:paraId="0AB37BDB" w14:textId="77777777" w:rsidR="00F12D33" w:rsidRDefault="00F12D33" w:rsidP="00EE64BD">
      <w:pPr>
        <w:pStyle w:val="Question"/>
        <w:keepNext/>
        <w:spacing w:after="40"/>
      </w:pPr>
    </w:p>
    <w:p w14:paraId="341041F3" w14:textId="77777777" w:rsidR="00F12D33" w:rsidRDefault="00F12D33" w:rsidP="00EE64BD">
      <w:pPr>
        <w:pStyle w:val="Question"/>
        <w:keepNext/>
        <w:spacing w:after="40"/>
      </w:pPr>
    </w:p>
    <w:p w14:paraId="55908918" w14:textId="52A7F068" w:rsidR="008C5C52" w:rsidRDefault="00852B42">
      <w:pPr>
        <w:pStyle w:val="Heading2"/>
      </w:pPr>
      <w:r>
        <w:t xml:space="preserve">B1. </w:t>
      </w:r>
      <w:proofErr w:type="spellStart"/>
      <w:r w:rsidR="007B5085">
        <w:t>TeachReadyNC</w:t>
      </w:r>
      <w:proofErr w:type="spellEnd"/>
      <w:r>
        <w:t xml:space="preserve"> Plan</w:t>
      </w:r>
    </w:p>
    <w:p w14:paraId="46386C09" w14:textId="3089EDDE" w:rsidR="00EE64BD" w:rsidRPr="003717F2" w:rsidRDefault="007B5085" w:rsidP="003717F2">
      <w:pPr>
        <w:pStyle w:val="ListParagraph"/>
        <w:numPr>
          <w:ilvl w:val="0"/>
          <w:numId w:val="7"/>
        </w:numPr>
        <w:rPr>
          <w:b/>
          <w:bCs/>
        </w:rPr>
      </w:pPr>
      <w:r>
        <w:rPr>
          <w:b/>
          <w:bCs/>
        </w:rPr>
        <w:t>Has the</w:t>
      </w:r>
      <w:r w:rsidR="00EE64BD" w:rsidRPr="003717F2">
        <w:rPr>
          <w:b/>
          <w:bCs/>
        </w:rPr>
        <w:t xml:space="preserve"> </w:t>
      </w:r>
      <w:r w:rsidR="00AD722F">
        <w:rPr>
          <w:b/>
          <w:bCs/>
        </w:rPr>
        <w:t>local school administrative unit</w:t>
      </w:r>
      <w:r w:rsidR="00EE64BD" w:rsidRPr="003717F2">
        <w:rPr>
          <w:b/>
          <w:bCs/>
        </w:rPr>
        <w:t xml:space="preserve"> </w:t>
      </w:r>
      <w:r>
        <w:rPr>
          <w:b/>
          <w:bCs/>
        </w:rPr>
        <w:t xml:space="preserve">read the requirements of the </w:t>
      </w:r>
      <w:proofErr w:type="spellStart"/>
      <w:r>
        <w:rPr>
          <w:b/>
          <w:bCs/>
        </w:rPr>
        <w:t>TeachReadyNC</w:t>
      </w:r>
      <w:proofErr w:type="spellEnd"/>
      <w:r>
        <w:rPr>
          <w:b/>
          <w:bCs/>
        </w:rPr>
        <w:t xml:space="preserve"> program </w:t>
      </w:r>
      <w:r w:rsidR="00F12D33" w:rsidRPr="003717F2">
        <w:rPr>
          <w:b/>
          <w:bCs/>
        </w:rPr>
        <w:t xml:space="preserve">as described in </w:t>
      </w:r>
      <w:hyperlink r:id="rId11" w:history="1">
        <w:r w:rsidR="005C26D5" w:rsidRPr="001E4928">
          <w:rPr>
            <w:rStyle w:val="Hyperlink"/>
            <w:b/>
            <w:bCs/>
          </w:rPr>
          <w:t>NC Session Law 2026-41</w:t>
        </w:r>
      </w:hyperlink>
      <w:r w:rsidR="005C26D5">
        <w:rPr>
          <w:b/>
          <w:bCs/>
        </w:rPr>
        <w:t xml:space="preserve">, </w:t>
      </w:r>
      <w:r w:rsidR="00F77173">
        <w:rPr>
          <w:b/>
          <w:bCs/>
        </w:rPr>
        <w:t>pp</w:t>
      </w:r>
      <w:r w:rsidR="001E4928">
        <w:rPr>
          <w:b/>
          <w:bCs/>
        </w:rPr>
        <w:t>. 123-128.</w:t>
      </w:r>
    </w:p>
    <w:p w14:paraId="32D7B412" w14:textId="77777777" w:rsidR="00EE64BD" w:rsidRPr="003717F2" w:rsidRDefault="00EE64BD" w:rsidP="00EE64BD">
      <w:pPr>
        <w:pStyle w:val="ListParagraph"/>
        <w:rPr>
          <w:b/>
          <w:bCs/>
        </w:rPr>
      </w:pPr>
    </w:p>
    <w:p w14:paraId="657983C8" w14:textId="1EFC0548" w:rsidR="00EE64BD" w:rsidRPr="003717F2" w:rsidRDefault="00EE64BD">
      <w:pPr>
        <w:pStyle w:val="ListParagraph"/>
        <w:rPr>
          <w:b/>
          <w:bCs/>
        </w:rPr>
      </w:pPr>
      <w:r w:rsidRPr="003717F2">
        <w:rPr>
          <w:b/>
          <w:bCs/>
        </w:rPr>
        <w:t>________</w:t>
      </w:r>
      <w:proofErr w:type="gramStart"/>
      <w:r w:rsidR="00F12D33" w:rsidRPr="003717F2">
        <w:rPr>
          <w:b/>
          <w:bCs/>
        </w:rPr>
        <w:t>Yes</w:t>
      </w:r>
      <w:proofErr w:type="gramEnd"/>
      <w:r w:rsidR="00F12D33" w:rsidRPr="003717F2">
        <w:rPr>
          <w:b/>
          <w:bCs/>
        </w:rPr>
        <w:t xml:space="preserve"> </w:t>
      </w:r>
      <w:r w:rsidR="00F12D33" w:rsidRPr="003717F2">
        <w:rPr>
          <w:b/>
          <w:bCs/>
          <w:u w:val="single"/>
        </w:rPr>
        <w:tab/>
      </w:r>
      <w:r w:rsidR="003717F2" w:rsidRPr="003717F2">
        <w:rPr>
          <w:b/>
          <w:bCs/>
          <w:u w:val="single"/>
        </w:rPr>
        <w:t>__</w:t>
      </w:r>
      <w:r w:rsidRPr="003717F2">
        <w:rPr>
          <w:b/>
          <w:bCs/>
        </w:rPr>
        <w:t>No</w:t>
      </w:r>
    </w:p>
    <w:p w14:paraId="0541BA75" w14:textId="77777777" w:rsidR="00F12D33" w:rsidRPr="003717F2" w:rsidRDefault="00F12D33" w:rsidP="00F12D33">
      <w:pPr>
        <w:pStyle w:val="ListParagraph"/>
        <w:rPr>
          <w:b/>
          <w:bCs/>
          <w:u w:val="single"/>
        </w:rPr>
      </w:pPr>
    </w:p>
    <w:p w14:paraId="6F901101" w14:textId="4166908A" w:rsidR="00EE64BD" w:rsidRDefault="00EE64BD">
      <w:pPr>
        <w:spacing w:after="40"/>
      </w:pPr>
    </w:p>
    <w:p w14:paraId="10B05025" w14:textId="77777777" w:rsidR="00EE64BD" w:rsidRDefault="00EE64BD">
      <w:pPr>
        <w:spacing w:after="40"/>
      </w:pPr>
    </w:p>
    <w:p w14:paraId="2D75D712" w14:textId="77777777" w:rsidR="00EE64BD" w:rsidRDefault="00EE64BD">
      <w:pPr>
        <w:spacing w:after="40"/>
      </w:pPr>
    </w:p>
    <w:p w14:paraId="277BE5ED" w14:textId="77777777" w:rsidR="00EE64BD" w:rsidRDefault="00EE64BD">
      <w:pPr>
        <w:spacing w:after="40"/>
      </w:pPr>
    </w:p>
    <w:p w14:paraId="2C866BCA" w14:textId="77777777" w:rsidR="00EE64BD" w:rsidRDefault="00EE64BD">
      <w:pPr>
        <w:spacing w:after="40"/>
      </w:pPr>
    </w:p>
    <w:p w14:paraId="76999C98" w14:textId="77777777" w:rsidR="004B76B4" w:rsidRDefault="004B76B4">
      <w:pPr>
        <w:spacing w:after="40"/>
      </w:pPr>
    </w:p>
    <w:p w14:paraId="34FB9D77" w14:textId="77777777" w:rsidR="004B76B4" w:rsidRDefault="004B76B4">
      <w:pPr>
        <w:spacing w:after="40"/>
      </w:pPr>
    </w:p>
    <w:p w14:paraId="04AF7EB5" w14:textId="10C1EA92" w:rsidR="004B76B4" w:rsidRPr="004B76B4" w:rsidRDefault="004B76B4" w:rsidP="004B76B4">
      <w:pPr>
        <w:pStyle w:val="ListParagraph"/>
        <w:numPr>
          <w:ilvl w:val="0"/>
          <w:numId w:val="7"/>
        </w:numPr>
        <w:spacing w:after="40"/>
        <w:rPr>
          <w:b/>
          <w:bCs/>
        </w:rPr>
      </w:pPr>
      <w:r w:rsidRPr="004B76B4">
        <w:rPr>
          <w:b/>
          <w:bCs/>
        </w:rPr>
        <w:t xml:space="preserve">Describe the specific subject areas and grade levels that will be served by teacher apprentice positions and </w:t>
      </w:r>
      <w:r>
        <w:rPr>
          <w:b/>
          <w:bCs/>
        </w:rPr>
        <w:t xml:space="preserve">why the </w:t>
      </w:r>
      <w:r w:rsidR="003717F2">
        <w:rPr>
          <w:b/>
          <w:bCs/>
        </w:rPr>
        <w:t>local school administrative unit</w:t>
      </w:r>
      <w:r>
        <w:rPr>
          <w:b/>
          <w:bCs/>
        </w:rPr>
        <w:t xml:space="preserve"> has chosen to focus on these areas. Districts must p</w:t>
      </w:r>
      <w:r w:rsidRPr="004B76B4">
        <w:rPr>
          <w:b/>
          <w:bCs/>
        </w:rPr>
        <w:t xml:space="preserve">rovide </w:t>
      </w:r>
      <w:r>
        <w:rPr>
          <w:b/>
          <w:bCs/>
        </w:rPr>
        <w:t xml:space="preserve">data and </w:t>
      </w:r>
      <w:r w:rsidRPr="004B76B4">
        <w:rPr>
          <w:b/>
          <w:bCs/>
        </w:rPr>
        <w:t xml:space="preserve">evidence that </w:t>
      </w:r>
      <w:r>
        <w:rPr>
          <w:b/>
          <w:bCs/>
        </w:rPr>
        <w:t>identified</w:t>
      </w:r>
      <w:r w:rsidRPr="004B76B4">
        <w:rPr>
          <w:b/>
          <w:bCs/>
        </w:rPr>
        <w:t xml:space="preserve"> subject areas and grade levels have teacher shortages. </w:t>
      </w:r>
    </w:p>
    <w:p w14:paraId="55A2C13A" w14:textId="77777777" w:rsidR="004B76B4" w:rsidRDefault="004B76B4">
      <w:pPr>
        <w:spacing w:after="40"/>
      </w:pPr>
    </w:p>
    <w:p w14:paraId="11EF28FC" w14:textId="77777777" w:rsidR="004B76B4" w:rsidRDefault="004B76B4">
      <w:pPr>
        <w:pStyle w:val="FormLabel"/>
        <w:keepNext/>
      </w:pPr>
    </w:p>
    <w:p w14:paraId="526991E4" w14:textId="77777777" w:rsidR="007C0013" w:rsidRDefault="007C0013">
      <w:pPr>
        <w:pStyle w:val="FormLabel"/>
        <w:keepNext/>
      </w:pPr>
    </w:p>
    <w:p w14:paraId="0AE0E78A" w14:textId="77777777" w:rsidR="007C0013" w:rsidRDefault="007C0013" w:rsidP="007C0013">
      <w:pPr>
        <w:pStyle w:val="FormLabel"/>
        <w:keepNext/>
        <w:spacing w:after="0"/>
      </w:pPr>
    </w:p>
    <w:p w14:paraId="7E4F2208" w14:textId="77777777" w:rsidR="00CE4093" w:rsidRDefault="00CE4093" w:rsidP="007C0013">
      <w:pPr>
        <w:pStyle w:val="FormLabel"/>
        <w:keepNext/>
        <w:spacing w:after="0"/>
      </w:pPr>
    </w:p>
    <w:p w14:paraId="63C61743" w14:textId="77777777" w:rsidR="007C0013" w:rsidRDefault="007C0013">
      <w:pPr>
        <w:pStyle w:val="FormLabel"/>
        <w:keepNext/>
      </w:pPr>
    </w:p>
    <w:p w14:paraId="2CA4F520" w14:textId="5FD910FF" w:rsidR="004B76B4" w:rsidRPr="00605F2F" w:rsidRDefault="004B76B4" w:rsidP="004B76B4">
      <w:pPr>
        <w:pStyle w:val="FormLabel"/>
        <w:keepNext/>
        <w:numPr>
          <w:ilvl w:val="0"/>
          <w:numId w:val="7"/>
        </w:numPr>
        <w:rPr>
          <w:color w:val="auto"/>
        </w:rPr>
      </w:pPr>
      <w:r w:rsidRPr="00605F2F">
        <w:rPr>
          <w:color w:val="auto"/>
        </w:rPr>
        <w:t xml:space="preserve">In the table below, provide the intended number of apprentices in each year of the initial three-year program approval, including </w:t>
      </w:r>
    </w:p>
    <w:tbl>
      <w:tblPr>
        <w:tblpPr w:leftFromText="180" w:rightFromText="180" w:vertAnchor="text" w:horzAnchor="page" w:tblpX="1798" w:tblpY="289"/>
        <w:tblW w:w="9090" w:type="dxa"/>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Layout w:type="fixed"/>
        <w:tblLook w:val="04A0" w:firstRow="1" w:lastRow="0" w:firstColumn="1" w:lastColumn="0" w:noHBand="0" w:noVBand="1"/>
      </w:tblPr>
      <w:tblGrid>
        <w:gridCol w:w="1530"/>
        <w:gridCol w:w="1710"/>
        <w:gridCol w:w="1674"/>
        <w:gridCol w:w="2088"/>
        <w:gridCol w:w="2088"/>
      </w:tblGrid>
      <w:tr w:rsidR="004B76B4" w14:paraId="6DFDC5CF" w14:textId="77777777" w:rsidTr="004B76B4">
        <w:trPr>
          <w:tblHeader/>
        </w:trPr>
        <w:tc>
          <w:tcPr>
            <w:tcW w:w="1530" w:type="dxa"/>
            <w:shd w:val="clear" w:color="auto" w:fill="173F6B"/>
            <w:tcMar>
              <w:top w:w="80" w:type="dxa"/>
              <w:left w:w="90" w:type="dxa"/>
              <w:bottom w:w="80" w:type="dxa"/>
              <w:right w:w="90" w:type="dxa"/>
            </w:tcMar>
            <w:vAlign w:val="center"/>
          </w:tcPr>
          <w:p w14:paraId="0ECC688B" w14:textId="77777777" w:rsidR="004B76B4" w:rsidRDefault="004B76B4" w:rsidP="004B76B4">
            <w:pPr>
              <w:pStyle w:val="TableHeader"/>
              <w:jc w:val="center"/>
            </w:pPr>
            <w:r>
              <w:rPr>
                <w:b w:val="0"/>
              </w:rPr>
              <w:t>Academic Year</w:t>
            </w:r>
          </w:p>
        </w:tc>
        <w:tc>
          <w:tcPr>
            <w:tcW w:w="1710" w:type="dxa"/>
            <w:shd w:val="clear" w:color="auto" w:fill="173F6B"/>
            <w:tcMar>
              <w:top w:w="80" w:type="dxa"/>
              <w:left w:w="90" w:type="dxa"/>
              <w:bottom w:w="80" w:type="dxa"/>
              <w:right w:w="90" w:type="dxa"/>
            </w:tcMar>
            <w:vAlign w:val="center"/>
          </w:tcPr>
          <w:p w14:paraId="52D35BE0" w14:textId="26091053" w:rsidR="004B76B4" w:rsidRDefault="004B76B4" w:rsidP="004B76B4">
            <w:pPr>
              <w:pStyle w:val="TableHeader"/>
              <w:jc w:val="center"/>
            </w:pPr>
            <w:r>
              <w:rPr>
                <w:b w:val="0"/>
              </w:rPr>
              <w:t>Number of Apprentices</w:t>
            </w:r>
          </w:p>
        </w:tc>
        <w:tc>
          <w:tcPr>
            <w:tcW w:w="1674" w:type="dxa"/>
            <w:shd w:val="clear" w:color="auto" w:fill="173F6B"/>
            <w:tcMar>
              <w:top w:w="80" w:type="dxa"/>
              <w:left w:w="90" w:type="dxa"/>
              <w:bottom w:w="80" w:type="dxa"/>
              <w:right w:w="90" w:type="dxa"/>
            </w:tcMar>
            <w:vAlign w:val="center"/>
          </w:tcPr>
          <w:p w14:paraId="11788498" w14:textId="025805FF" w:rsidR="004B76B4" w:rsidRDefault="004B76B4" w:rsidP="004B76B4">
            <w:pPr>
              <w:pStyle w:val="TableHeader"/>
              <w:jc w:val="center"/>
            </w:pPr>
            <w:r>
              <w:rPr>
                <w:b w:val="0"/>
              </w:rPr>
              <w:t>Grade Level(s)</w:t>
            </w:r>
          </w:p>
        </w:tc>
        <w:tc>
          <w:tcPr>
            <w:tcW w:w="2088" w:type="dxa"/>
            <w:shd w:val="clear" w:color="auto" w:fill="173F6B"/>
            <w:tcMar>
              <w:top w:w="80" w:type="dxa"/>
              <w:left w:w="90" w:type="dxa"/>
              <w:bottom w:w="80" w:type="dxa"/>
              <w:right w:w="90" w:type="dxa"/>
            </w:tcMar>
            <w:vAlign w:val="center"/>
          </w:tcPr>
          <w:p w14:paraId="57837FB4" w14:textId="4B1FF96F" w:rsidR="004B76B4" w:rsidRDefault="004B76B4" w:rsidP="004B76B4">
            <w:pPr>
              <w:pStyle w:val="TableHeader"/>
              <w:jc w:val="center"/>
            </w:pPr>
            <w:r>
              <w:rPr>
                <w:b w:val="0"/>
              </w:rPr>
              <w:t>Subject Area(s)</w:t>
            </w:r>
          </w:p>
        </w:tc>
        <w:tc>
          <w:tcPr>
            <w:tcW w:w="2088" w:type="dxa"/>
            <w:shd w:val="clear" w:color="auto" w:fill="173F6B"/>
            <w:tcMar>
              <w:top w:w="80" w:type="dxa"/>
              <w:left w:w="90" w:type="dxa"/>
              <w:bottom w:w="80" w:type="dxa"/>
              <w:right w:w="90" w:type="dxa"/>
            </w:tcMar>
            <w:vAlign w:val="center"/>
          </w:tcPr>
          <w:p w14:paraId="6AC6F6FA" w14:textId="187D0AD1" w:rsidR="004B76B4" w:rsidRDefault="004B76B4" w:rsidP="004B76B4">
            <w:pPr>
              <w:pStyle w:val="TableHeader"/>
              <w:jc w:val="center"/>
            </w:pPr>
            <w:r>
              <w:rPr>
                <w:b w:val="0"/>
              </w:rPr>
              <w:t>School(s)</w:t>
            </w:r>
          </w:p>
        </w:tc>
      </w:tr>
      <w:tr w:rsidR="004B76B4" w14:paraId="07FC2DD9" w14:textId="77777777" w:rsidTr="004B76B4">
        <w:tc>
          <w:tcPr>
            <w:tcW w:w="1530" w:type="dxa"/>
            <w:tcMar>
              <w:top w:w="80" w:type="dxa"/>
              <w:left w:w="90" w:type="dxa"/>
              <w:bottom w:w="80" w:type="dxa"/>
              <w:right w:w="90" w:type="dxa"/>
            </w:tcMar>
            <w:vAlign w:val="center"/>
          </w:tcPr>
          <w:p w14:paraId="3B9A931B" w14:textId="77777777" w:rsidR="004B76B4" w:rsidRDefault="004B76B4" w:rsidP="004B76B4">
            <w:pPr>
              <w:pStyle w:val="TableText"/>
            </w:pPr>
          </w:p>
        </w:tc>
        <w:tc>
          <w:tcPr>
            <w:tcW w:w="1710" w:type="dxa"/>
            <w:tcMar>
              <w:top w:w="80" w:type="dxa"/>
              <w:left w:w="90" w:type="dxa"/>
              <w:bottom w:w="80" w:type="dxa"/>
              <w:right w:w="90" w:type="dxa"/>
            </w:tcMar>
            <w:vAlign w:val="center"/>
          </w:tcPr>
          <w:p w14:paraId="340A44DB" w14:textId="77777777" w:rsidR="004B76B4" w:rsidRDefault="004B76B4" w:rsidP="004B76B4">
            <w:pPr>
              <w:pStyle w:val="TableText"/>
            </w:pPr>
          </w:p>
        </w:tc>
        <w:tc>
          <w:tcPr>
            <w:tcW w:w="1674" w:type="dxa"/>
            <w:tcMar>
              <w:top w:w="80" w:type="dxa"/>
              <w:left w:w="90" w:type="dxa"/>
              <w:bottom w:w="80" w:type="dxa"/>
              <w:right w:w="90" w:type="dxa"/>
            </w:tcMar>
            <w:vAlign w:val="center"/>
          </w:tcPr>
          <w:p w14:paraId="09005B6E" w14:textId="77777777" w:rsidR="004B76B4" w:rsidRDefault="004B76B4" w:rsidP="004B76B4">
            <w:pPr>
              <w:pStyle w:val="TableText"/>
            </w:pPr>
          </w:p>
        </w:tc>
        <w:tc>
          <w:tcPr>
            <w:tcW w:w="2088" w:type="dxa"/>
            <w:tcMar>
              <w:top w:w="80" w:type="dxa"/>
              <w:left w:w="90" w:type="dxa"/>
              <w:bottom w:w="80" w:type="dxa"/>
              <w:right w:w="90" w:type="dxa"/>
            </w:tcMar>
            <w:vAlign w:val="center"/>
          </w:tcPr>
          <w:p w14:paraId="6DC04494" w14:textId="77777777" w:rsidR="004B76B4" w:rsidRDefault="004B76B4" w:rsidP="004B76B4">
            <w:pPr>
              <w:pStyle w:val="TableText"/>
            </w:pPr>
          </w:p>
        </w:tc>
        <w:tc>
          <w:tcPr>
            <w:tcW w:w="2088" w:type="dxa"/>
            <w:tcMar>
              <w:top w:w="80" w:type="dxa"/>
              <w:left w:w="90" w:type="dxa"/>
              <w:bottom w:w="80" w:type="dxa"/>
              <w:right w:w="90" w:type="dxa"/>
            </w:tcMar>
            <w:vAlign w:val="center"/>
          </w:tcPr>
          <w:p w14:paraId="0413D5C2" w14:textId="77777777" w:rsidR="004B76B4" w:rsidRDefault="004B76B4" w:rsidP="004B76B4">
            <w:pPr>
              <w:pStyle w:val="TableText"/>
            </w:pPr>
          </w:p>
        </w:tc>
      </w:tr>
      <w:tr w:rsidR="004B76B4" w14:paraId="7B853B92" w14:textId="77777777" w:rsidTr="004B76B4">
        <w:tc>
          <w:tcPr>
            <w:tcW w:w="1530" w:type="dxa"/>
            <w:tcMar>
              <w:top w:w="80" w:type="dxa"/>
              <w:left w:w="90" w:type="dxa"/>
              <w:bottom w:w="80" w:type="dxa"/>
              <w:right w:w="90" w:type="dxa"/>
            </w:tcMar>
            <w:vAlign w:val="center"/>
          </w:tcPr>
          <w:p w14:paraId="64093E3D" w14:textId="77777777" w:rsidR="004B76B4" w:rsidRDefault="004B76B4" w:rsidP="004B76B4">
            <w:pPr>
              <w:pStyle w:val="TableText"/>
            </w:pPr>
          </w:p>
        </w:tc>
        <w:tc>
          <w:tcPr>
            <w:tcW w:w="1710" w:type="dxa"/>
            <w:tcMar>
              <w:top w:w="80" w:type="dxa"/>
              <w:left w:w="90" w:type="dxa"/>
              <w:bottom w:w="80" w:type="dxa"/>
              <w:right w:w="90" w:type="dxa"/>
            </w:tcMar>
            <w:vAlign w:val="center"/>
          </w:tcPr>
          <w:p w14:paraId="51A588A5" w14:textId="77777777" w:rsidR="004B76B4" w:rsidRDefault="004B76B4" w:rsidP="004B76B4">
            <w:pPr>
              <w:pStyle w:val="TableText"/>
            </w:pPr>
          </w:p>
        </w:tc>
        <w:tc>
          <w:tcPr>
            <w:tcW w:w="1674" w:type="dxa"/>
            <w:tcMar>
              <w:top w:w="80" w:type="dxa"/>
              <w:left w:w="90" w:type="dxa"/>
              <w:bottom w:w="80" w:type="dxa"/>
              <w:right w:w="90" w:type="dxa"/>
            </w:tcMar>
            <w:vAlign w:val="center"/>
          </w:tcPr>
          <w:p w14:paraId="5677FDA7" w14:textId="77777777" w:rsidR="004B76B4" w:rsidRDefault="004B76B4" w:rsidP="004B76B4">
            <w:pPr>
              <w:pStyle w:val="TableText"/>
            </w:pPr>
          </w:p>
        </w:tc>
        <w:tc>
          <w:tcPr>
            <w:tcW w:w="2088" w:type="dxa"/>
            <w:tcMar>
              <w:top w:w="80" w:type="dxa"/>
              <w:left w:w="90" w:type="dxa"/>
              <w:bottom w:w="80" w:type="dxa"/>
              <w:right w:w="90" w:type="dxa"/>
            </w:tcMar>
            <w:vAlign w:val="center"/>
          </w:tcPr>
          <w:p w14:paraId="544AD618" w14:textId="77777777" w:rsidR="004B76B4" w:rsidRDefault="004B76B4" w:rsidP="004B76B4">
            <w:pPr>
              <w:pStyle w:val="TableText"/>
            </w:pPr>
          </w:p>
        </w:tc>
        <w:tc>
          <w:tcPr>
            <w:tcW w:w="2088" w:type="dxa"/>
            <w:tcMar>
              <w:top w:w="80" w:type="dxa"/>
              <w:left w:w="90" w:type="dxa"/>
              <w:bottom w:w="80" w:type="dxa"/>
              <w:right w:w="90" w:type="dxa"/>
            </w:tcMar>
            <w:vAlign w:val="center"/>
          </w:tcPr>
          <w:p w14:paraId="56043C2C" w14:textId="77777777" w:rsidR="004B76B4" w:rsidRDefault="004B76B4" w:rsidP="004B76B4">
            <w:pPr>
              <w:pStyle w:val="TableText"/>
            </w:pPr>
          </w:p>
        </w:tc>
      </w:tr>
      <w:tr w:rsidR="004B76B4" w14:paraId="5A5AF67E" w14:textId="77777777" w:rsidTr="004B76B4">
        <w:tc>
          <w:tcPr>
            <w:tcW w:w="1530" w:type="dxa"/>
            <w:tcMar>
              <w:top w:w="80" w:type="dxa"/>
              <w:left w:w="90" w:type="dxa"/>
              <w:bottom w:w="80" w:type="dxa"/>
              <w:right w:w="90" w:type="dxa"/>
            </w:tcMar>
            <w:vAlign w:val="center"/>
          </w:tcPr>
          <w:p w14:paraId="755A70BE" w14:textId="77777777" w:rsidR="004B76B4" w:rsidRDefault="004B76B4" w:rsidP="004B76B4">
            <w:pPr>
              <w:pStyle w:val="TableText"/>
            </w:pPr>
          </w:p>
        </w:tc>
        <w:tc>
          <w:tcPr>
            <w:tcW w:w="1710" w:type="dxa"/>
            <w:tcMar>
              <w:top w:w="80" w:type="dxa"/>
              <w:left w:w="90" w:type="dxa"/>
              <w:bottom w:w="80" w:type="dxa"/>
              <w:right w:w="90" w:type="dxa"/>
            </w:tcMar>
            <w:vAlign w:val="center"/>
          </w:tcPr>
          <w:p w14:paraId="29A4263B" w14:textId="77777777" w:rsidR="004B76B4" w:rsidRDefault="004B76B4" w:rsidP="004B76B4">
            <w:pPr>
              <w:pStyle w:val="TableText"/>
            </w:pPr>
          </w:p>
        </w:tc>
        <w:tc>
          <w:tcPr>
            <w:tcW w:w="1674" w:type="dxa"/>
            <w:tcMar>
              <w:top w:w="80" w:type="dxa"/>
              <w:left w:w="90" w:type="dxa"/>
              <w:bottom w:w="80" w:type="dxa"/>
              <w:right w:w="90" w:type="dxa"/>
            </w:tcMar>
            <w:vAlign w:val="center"/>
          </w:tcPr>
          <w:p w14:paraId="195B6CFE" w14:textId="77777777" w:rsidR="004B76B4" w:rsidRDefault="004B76B4" w:rsidP="004B76B4">
            <w:pPr>
              <w:pStyle w:val="TableText"/>
            </w:pPr>
          </w:p>
        </w:tc>
        <w:tc>
          <w:tcPr>
            <w:tcW w:w="2088" w:type="dxa"/>
            <w:tcMar>
              <w:top w:w="80" w:type="dxa"/>
              <w:left w:w="90" w:type="dxa"/>
              <w:bottom w:w="80" w:type="dxa"/>
              <w:right w:w="90" w:type="dxa"/>
            </w:tcMar>
            <w:vAlign w:val="center"/>
          </w:tcPr>
          <w:p w14:paraId="637111A8" w14:textId="77777777" w:rsidR="004B76B4" w:rsidRDefault="004B76B4" w:rsidP="004B76B4">
            <w:pPr>
              <w:pStyle w:val="TableText"/>
            </w:pPr>
          </w:p>
        </w:tc>
        <w:tc>
          <w:tcPr>
            <w:tcW w:w="2088" w:type="dxa"/>
            <w:tcMar>
              <w:top w:w="80" w:type="dxa"/>
              <w:left w:w="90" w:type="dxa"/>
              <w:bottom w:w="80" w:type="dxa"/>
              <w:right w:w="90" w:type="dxa"/>
            </w:tcMar>
            <w:vAlign w:val="center"/>
          </w:tcPr>
          <w:p w14:paraId="03BF3B84" w14:textId="77777777" w:rsidR="004B76B4" w:rsidRDefault="004B76B4" w:rsidP="004B76B4">
            <w:pPr>
              <w:pStyle w:val="TableText"/>
            </w:pPr>
          </w:p>
        </w:tc>
      </w:tr>
      <w:tr w:rsidR="004B76B4" w14:paraId="15618210" w14:textId="77777777" w:rsidTr="004B76B4">
        <w:trPr>
          <w:gridAfter w:val="3"/>
          <w:wAfter w:w="5850" w:type="dxa"/>
        </w:trPr>
        <w:tc>
          <w:tcPr>
            <w:tcW w:w="1530" w:type="dxa"/>
            <w:tcMar>
              <w:top w:w="80" w:type="dxa"/>
              <w:left w:w="90" w:type="dxa"/>
              <w:bottom w:w="80" w:type="dxa"/>
              <w:right w:w="90" w:type="dxa"/>
            </w:tcMar>
            <w:vAlign w:val="center"/>
          </w:tcPr>
          <w:p w14:paraId="7C508882" w14:textId="48A0892B" w:rsidR="004B76B4" w:rsidRPr="004B76B4" w:rsidRDefault="004B76B4" w:rsidP="004B76B4">
            <w:pPr>
              <w:pStyle w:val="TableText"/>
              <w:jc w:val="right"/>
              <w:rPr>
                <w:b/>
                <w:bCs/>
              </w:rPr>
            </w:pPr>
            <w:r w:rsidRPr="004B76B4">
              <w:rPr>
                <w:b/>
                <w:bCs/>
              </w:rPr>
              <w:t>Total</w:t>
            </w:r>
          </w:p>
        </w:tc>
        <w:tc>
          <w:tcPr>
            <w:tcW w:w="1710" w:type="dxa"/>
            <w:tcMar>
              <w:top w:w="80" w:type="dxa"/>
              <w:left w:w="90" w:type="dxa"/>
              <w:bottom w:w="80" w:type="dxa"/>
              <w:right w:w="90" w:type="dxa"/>
            </w:tcMar>
            <w:vAlign w:val="center"/>
          </w:tcPr>
          <w:p w14:paraId="3891EC6C" w14:textId="77777777" w:rsidR="004B76B4" w:rsidRDefault="004B76B4" w:rsidP="004B76B4">
            <w:pPr>
              <w:pStyle w:val="TableText"/>
            </w:pPr>
          </w:p>
        </w:tc>
      </w:tr>
    </w:tbl>
    <w:p w14:paraId="7D5FF347" w14:textId="77777777" w:rsidR="004B76B4" w:rsidRDefault="004B76B4">
      <w:pPr>
        <w:pStyle w:val="Question"/>
        <w:keepNext/>
      </w:pPr>
    </w:p>
    <w:p w14:paraId="283991A5" w14:textId="77777777" w:rsidR="004B76B4" w:rsidRDefault="004B76B4">
      <w:pPr>
        <w:pStyle w:val="Question"/>
        <w:keepNext/>
      </w:pPr>
    </w:p>
    <w:p w14:paraId="09ADBA21" w14:textId="77777777" w:rsidR="004B76B4" w:rsidRDefault="004B76B4">
      <w:pPr>
        <w:pStyle w:val="Question"/>
        <w:keepNext/>
      </w:pPr>
    </w:p>
    <w:p w14:paraId="28C84F59" w14:textId="77777777" w:rsidR="004B76B4" w:rsidRDefault="004B76B4">
      <w:pPr>
        <w:pStyle w:val="Question"/>
        <w:keepNext/>
      </w:pPr>
    </w:p>
    <w:p w14:paraId="7F8D0030" w14:textId="4A761A60" w:rsidR="008C5C52" w:rsidRDefault="008C5C52"/>
    <w:p w14:paraId="11984950" w14:textId="77777777" w:rsidR="007C0013" w:rsidRDefault="007C0013">
      <w:pPr>
        <w:pStyle w:val="Heading2"/>
      </w:pPr>
    </w:p>
    <w:p w14:paraId="512E9222" w14:textId="77777777" w:rsidR="007C0013" w:rsidRDefault="007C0013">
      <w:pPr>
        <w:pStyle w:val="Heading2"/>
      </w:pPr>
    </w:p>
    <w:p w14:paraId="5F4D3F80" w14:textId="77777777" w:rsidR="008C5C52" w:rsidRDefault="00852B42">
      <w:pPr>
        <w:pStyle w:val="Heading2"/>
      </w:pPr>
      <w:r>
        <w:t>B2. Apprentice Support and Supervision Strategy</w:t>
      </w:r>
    </w:p>
    <w:p w14:paraId="182021A9" w14:textId="4E7D76BB" w:rsidR="003717F2" w:rsidRDefault="004B76B4" w:rsidP="002F0569">
      <w:pPr>
        <w:pStyle w:val="Question"/>
        <w:keepNext/>
      </w:pPr>
      <w:r>
        <w:t>1</w:t>
      </w:r>
      <w:r w:rsidR="003717F2" w:rsidRPr="00CA0AB8">
        <w:rPr>
          <w:color w:val="auto"/>
        </w:rPr>
        <w:t>. Describe</w:t>
      </w:r>
      <w:r w:rsidR="00852B42" w:rsidRPr="00CA0AB8">
        <w:rPr>
          <w:color w:val="auto"/>
        </w:rPr>
        <w:t xml:space="preserve"> the </w:t>
      </w:r>
      <w:r w:rsidRPr="00CA0AB8">
        <w:rPr>
          <w:color w:val="auto"/>
        </w:rPr>
        <w:t xml:space="preserve">system of </w:t>
      </w:r>
      <w:proofErr w:type="gramStart"/>
      <w:r w:rsidRPr="00CA0AB8">
        <w:rPr>
          <w:color w:val="auto"/>
        </w:rPr>
        <w:t>supports</w:t>
      </w:r>
      <w:proofErr w:type="gramEnd"/>
      <w:r w:rsidRPr="00CA0AB8">
        <w:rPr>
          <w:color w:val="auto"/>
        </w:rPr>
        <w:t xml:space="preserve"> that will be provided for teacher </w:t>
      </w:r>
      <w:r w:rsidR="00852B42" w:rsidRPr="00CA0AB8">
        <w:rPr>
          <w:color w:val="auto"/>
        </w:rPr>
        <w:t>apprentice</w:t>
      </w:r>
      <w:r w:rsidRPr="00CA0AB8">
        <w:rPr>
          <w:color w:val="auto"/>
        </w:rPr>
        <w:t xml:space="preserve">s to ensure high-quality on-the-job training and increasing professional skill and competency during the apprenticeship period. </w:t>
      </w:r>
      <w:r w:rsidR="000812BC" w:rsidRPr="00CA0AB8">
        <w:rPr>
          <w:color w:val="auto"/>
        </w:rPr>
        <w:t xml:space="preserve"> </w:t>
      </w:r>
      <w:r w:rsidR="00D86853" w:rsidRPr="00CA0AB8">
        <w:rPr>
          <w:color w:val="auto"/>
        </w:rPr>
        <w:t>P</w:t>
      </w:r>
      <w:r w:rsidR="000812BC" w:rsidRPr="00CA0AB8">
        <w:rPr>
          <w:color w:val="auto"/>
        </w:rPr>
        <w:t xml:space="preserve">rovide a detailed plan for apprentice supervision including a supervision schedule and required supervision activities (activities may include </w:t>
      </w:r>
      <w:r w:rsidR="00852B42" w:rsidRPr="00CA0AB8">
        <w:rPr>
          <w:color w:val="auto"/>
        </w:rPr>
        <w:t xml:space="preserve">mentoring, co-planning, observation and feedback, EPP </w:t>
      </w:r>
      <w:r w:rsidR="000812BC" w:rsidRPr="00CA0AB8">
        <w:rPr>
          <w:color w:val="auto"/>
        </w:rPr>
        <w:t>advising</w:t>
      </w:r>
      <w:r w:rsidR="00852B42" w:rsidRPr="00CA0AB8">
        <w:rPr>
          <w:color w:val="auto"/>
        </w:rPr>
        <w:t xml:space="preserve">, </w:t>
      </w:r>
      <w:r w:rsidR="000812BC" w:rsidRPr="00CA0AB8">
        <w:rPr>
          <w:color w:val="auto"/>
        </w:rPr>
        <w:t>review of competencies</w:t>
      </w:r>
      <w:r w:rsidR="00852B42" w:rsidRPr="00CA0AB8">
        <w:rPr>
          <w:color w:val="auto"/>
        </w:rPr>
        <w:t xml:space="preserve">, and </w:t>
      </w:r>
      <w:r w:rsidR="000812BC" w:rsidRPr="00CA0AB8">
        <w:rPr>
          <w:color w:val="auto"/>
        </w:rPr>
        <w:t xml:space="preserve">process for </w:t>
      </w:r>
      <w:r w:rsidR="00852B42" w:rsidRPr="00CA0AB8">
        <w:rPr>
          <w:color w:val="auto"/>
        </w:rPr>
        <w:t xml:space="preserve">escalation/problem-resolution </w:t>
      </w:r>
      <w:r w:rsidR="000812BC" w:rsidRPr="00CA0AB8">
        <w:rPr>
          <w:color w:val="auto"/>
        </w:rPr>
        <w:t>when appropriate)</w:t>
      </w:r>
      <w:r w:rsidR="00852B42" w:rsidRPr="00CA0AB8">
        <w:rPr>
          <w:color w:val="auto"/>
        </w:rPr>
        <w:t>.</w:t>
      </w:r>
    </w:p>
    <w:p w14:paraId="5A5AF06D" w14:textId="77777777" w:rsidR="00CA0AB8" w:rsidRDefault="00CA0AB8">
      <w:pPr>
        <w:spacing w:after="40"/>
      </w:pPr>
    </w:p>
    <w:p w14:paraId="6E819AC5" w14:textId="77777777" w:rsidR="00CA0AB8" w:rsidRDefault="00CA0AB8">
      <w:pPr>
        <w:spacing w:after="40"/>
      </w:pPr>
    </w:p>
    <w:p w14:paraId="42CBEDAD" w14:textId="77777777" w:rsidR="003717F2" w:rsidRDefault="003717F2">
      <w:pPr>
        <w:spacing w:after="40"/>
      </w:pPr>
    </w:p>
    <w:p w14:paraId="14607E7F" w14:textId="5782E1B3" w:rsidR="00D86853" w:rsidRDefault="00D86853">
      <w:pPr>
        <w:spacing w:after="40"/>
        <w:rPr>
          <w:b/>
          <w:bCs/>
        </w:rPr>
      </w:pPr>
      <w:r>
        <w:rPr>
          <w:b/>
          <w:bCs/>
        </w:rPr>
        <w:t xml:space="preserve">2. In the table below, summarize apprentice supervision activities, frequency, responsible parties, and how each activity will be documented. </w:t>
      </w:r>
    </w:p>
    <w:p w14:paraId="20E89CA9" w14:textId="77777777" w:rsidR="00CA0AB8" w:rsidRPr="00D86853" w:rsidRDefault="00CA0AB8">
      <w:pPr>
        <w:spacing w:after="40"/>
        <w:rPr>
          <w:b/>
          <w:bCs/>
        </w:rPr>
      </w:pPr>
    </w:p>
    <w:tbl>
      <w:tblPr>
        <w:tblpPr w:leftFromText="180" w:rightFromText="180" w:vertAnchor="text" w:horzAnchor="margin" w:tblpY="22"/>
        <w:tblW w:w="0" w:type="auto"/>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Layout w:type="fixed"/>
        <w:tblLook w:val="04A0" w:firstRow="1" w:lastRow="0" w:firstColumn="1" w:lastColumn="0" w:noHBand="0" w:noVBand="1"/>
      </w:tblPr>
      <w:tblGrid>
        <w:gridCol w:w="2880"/>
        <w:gridCol w:w="2304"/>
        <w:gridCol w:w="2592"/>
        <w:gridCol w:w="2520"/>
      </w:tblGrid>
      <w:tr w:rsidR="00D86853" w14:paraId="3967A55F" w14:textId="77777777" w:rsidTr="00D86853">
        <w:trPr>
          <w:tblHeader/>
        </w:trPr>
        <w:tc>
          <w:tcPr>
            <w:tcW w:w="2880" w:type="dxa"/>
            <w:shd w:val="clear" w:color="auto" w:fill="173F6B"/>
            <w:tcMar>
              <w:top w:w="80" w:type="dxa"/>
              <w:left w:w="90" w:type="dxa"/>
              <w:bottom w:w="80" w:type="dxa"/>
              <w:right w:w="90" w:type="dxa"/>
            </w:tcMar>
            <w:vAlign w:val="center"/>
          </w:tcPr>
          <w:p w14:paraId="09C40F09" w14:textId="77777777" w:rsidR="00D86853" w:rsidRDefault="00D86853" w:rsidP="00D86853">
            <w:pPr>
              <w:pStyle w:val="TableHeader"/>
              <w:jc w:val="center"/>
            </w:pPr>
            <w:r>
              <w:rPr>
                <w:b w:val="0"/>
              </w:rPr>
              <w:t>Support activity</w:t>
            </w:r>
          </w:p>
        </w:tc>
        <w:tc>
          <w:tcPr>
            <w:tcW w:w="2304" w:type="dxa"/>
            <w:shd w:val="clear" w:color="auto" w:fill="173F6B"/>
            <w:tcMar>
              <w:top w:w="80" w:type="dxa"/>
              <w:left w:w="90" w:type="dxa"/>
              <w:bottom w:w="80" w:type="dxa"/>
              <w:right w:w="90" w:type="dxa"/>
            </w:tcMar>
            <w:vAlign w:val="center"/>
          </w:tcPr>
          <w:p w14:paraId="418180DF" w14:textId="77777777" w:rsidR="00D86853" w:rsidRDefault="00D86853" w:rsidP="00D86853">
            <w:pPr>
              <w:pStyle w:val="TableHeader"/>
              <w:jc w:val="center"/>
            </w:pPr>
            <w:r>
              <w:rPr>
                <w:b w:val="0"/>
              </w:rPr>
              <w:t>Frequency / duration</w:t>
            </w:r>
          </w:p>
        </w:tc>
        <w:tc>
          <w:tcPr>
            <w:tcW w:w="2592" w:type="dxa"/>
            <w:shd w:val="clear" w:color="auto" w:fill="173F6B"/>
            <w:tcMar>
              <w:top w:w="80" w:type="dxa"/>
              <w:left w:w="90" w:type="dxa"/>
              <w:bottom w:w="80" w:type="dxa"/>
              <w:right w:w="90" w:type="dxa"/>
            </w:tcMar>
            <w:vAlign w:val="center"/>
          </w:tcPr>
          <w:p w14:paraId="2039B21F" w14:textId="77777777" w:rsidR="00D86853" w:rsidRDefault="00D86853" w:rsidP="00D86853">
            <w:pPr>
              <w:pStyle w:val="TableHeader"/>
              <w:jc w:val="center"/>
            </w:pPr>
            <w:r>
              <w:rPr>
                <w:b w:val="0"/>
              </w:rPr>
              <w:t>Responsible person</w:t>
            </w:r>
          </w:p>
        </w:tc>
        <w:tc>
          <w:tcPr>
            <w:tcW w:w="2520" w:type="dxa"/>
            <w:shd w:val="clear" w:color="auto" w:fill="173F6B"/>
            <w:tcMar>
              <w:top w:w="80" w:type="dxa"/>
              <w:left w:w="90" w:type="dxa"/>
              <w:bottom w:w="80" w:type="dxa"/>
              <w:right w:w="90" w:type="dxa"/>
            </w:tcMar>
            <w:vAlign w:val="center"/>
          </w:tcPr>
          <w:p w14:paraId="60731132" w14:textId="77777777" w:rsidR="00D86853" w:rsidRDefault="00D86853" w:rsidP="00D86853">
            <w:pPr>
              <w:pStyle w:val="TableHeader"/>
              <w:jc w:val="center"/>
            </w:pPr>
            <w:r>
              <w:rPr>
                <w:b w:val="0"/>
              </w:rPr>
              <w:t>Documentation</w:t>
            </w:r>
          </w:p>
        </w:tc>
      </w:tr>
      <w:tr w:rsidR="00D86853" w14:paraId="5C1DBA83" w14:textId="77777777" w:rsidTr="00D86853">
        <w:tc>
          <w:tcPr>
            <w:tcW w:w="2880" w:type="dxa"/>
            <w:tcMar>
              <w:top w:w="80" w:type="dxa"/>
              <w:left w:w="90" w:type="dxa"/>
              <w:bottom w:w="80" w:type="dxa"/>
              <w:right w:w="90" w:type="dxa"/>
            </w:tcMar>
            <w:vAlign w:val="center"/>
          </w:tcPr>
          <w:p w14:paraId="5840112A" w14:textId="214305D5" w:rsidR="00D86853" w:rsidRDefault="00D86853" w:rsidP="00D86853">
            <w:pPr>
              <w:pStyle w:val="TableText"/>
            </w:pPr>
          </w:p>
        </w:tc>
        <w:tc>
          <w:tcPr>
            <w:tcW w:w="2304" w:type="dxa"/>
            <w:tcMar>
              <w:top w:w="80" w:type="dxa"/>
              <w:left w:w="90" w:type="dxa"/>
              <w:bottom w:w="80" w:type="dxa"/>
              <w:right w:w="90" w:type="dxa"/>
            </w:tcMar>
            <w:vAlign w:val="center"/>
          </w:tcPr>
          <w:p w14:paraId="2CDF686D" w14:textId="77777777" w:rsidR="00D86853" w:rsidRDefault="00D86853" w:rsidP="00D86853">
            <w:pPr>
              <w:pStyle w:val="TableText"/>
            </w:pPr>
          </w:p>
        </w:tc>
        <w:tc>
          <w:tcPr>
            <w:tcW w:w="2592" w:type="dxa"/>
            <w:tcMar>
              <w:top w:w="80" w:type="dxa"/>
              <w:left w:w="90" w:type="dxa"/>
              <w:bottom w:w="80" w:type="dxa"/>
              <w:right w:w="90" w:type="dxa"/>
            </w:tcMar>
            <w:vAlign w:val="center"/>
          </w:tcPr>
          <w:p w14:paraId="11B5F438" w14:textId="77777777" w:rsidR="00D86853" w:rsidRDefault="00D86853" w:rsidP="00D86853">
            <w:pPr>
              <w:pStyle w:val="TableText"/>
            </w:pPr>
          </w:p>
        </w:tc>
        <w:tc>
          <w:tcPr>
            <w:tcW w:w="2520" w:type="dxa"/>
            <w:tcMar>
              <w:top w:w="80" w:type="dxa"/>
              <w:left w:w="90" w:type="dxa"/>
              <w:bottom w:w="80" w:type="dxa"/>
              <w:right w:w="90" w:type="dxa"/>
            </w:tcMar>
            <w:vAlign w:val="center"/>
          </w:tcPr>
          <w:p w14:paraId="0C66BAEC" w14:textId="77777777" w:rsidR="00D86853" w:rsidRDefault="00D86853" w:rsidP="00D86853">
            <w:pPr>
              <w:pStyle w:val="TableText"/>
            </w:pPr>
          </w:p>
        </w:tc>
      </w:tr>
      <w:tr w:rsidR="00D86853" w14:paraId="0196FDE7" w14:textId="77777777" w:rsidTr="00D86853">
        <w:tc>
          <w:tcPr>
            <w:tcW w:w="2880" w:type="dxa"/>
            <w:tcMar>
              <w:top w:w="80" w:type="dxa"/>
              <w:left w:w="90" w:type="dxa"/>
              <w:bottom w:w="80" w:type="dxa"/>
              <w:right w:w="90" w:type="dxa"/>
            </w:tcMar>
            <w:vAlign w:val="center"/>
          </w:tcPr>
          <w:p w14:paraId="7B891811" w14:textId="23437361" w:rsidR="00D86853" w:rsidRDefault="00D86853" w:rsidP="00D86853">
            <w:pPr>
              <w:pStyle w:val="TableText"/>
            </w:pPr>
          </w:p>
        </w:tc>
        <w:tc>
          <w:tcPr>
            <w:tcW w:w="2304" w:type="dxa"/>
            <w:tcMar>
              <w:top w:w="80" w:type="dxa"/>
              <w:left w:w="90" w:type="dxa"/>
              <w:bottom w:w="80" w:type="dxa"/>
              <w:right w:w="90" w:type="dxa"/>
            </w:tcMar>
            <w:vAlign w:val="center"/>
          </w:tcPr>
          <w:p w14:paraId="556D3444" w14:textId="77777777" w:rsidR="00D86853" w:rsidRDefault="00D86853" w:rsidP="00D86853">
            <w:pPr>
              <w:pStyle w:val="TableText"/>
            </w:pPr>
          </w:p>
        </w:tc>
        <w:tc>
          <w:tcPr>
            <w:tcW w:w="2592" w:type="dxa"/>
            <w:tcMar>
              <w:top w:w="80" w:type="dxa"/>
              <w:left w:w="90" w:type="dxa"/>
              <w:bottom w:w="80" w:type="dxa"/>
              <w:right w:w="90" w:type="dxa"/>
            </w:tcMar>
            <w:vAlign w:val="center"/>
          </w:tcPr>
          <w:p w14:paraId="597B0AB7" w14:textId="77777777" w:rsidR="00D86853" w:rsidRDefault="00D86853" w:rsidP="00D86853">
            <w:pPr>
              <w:pStyle w:val="TableText"/>
            </w:pPr>
          </w:p>
        </w:tc>
        <w:tc>
          <w:tcPr>
            <w:tcW w:w="2520" w:type="dxa"/>
            <w:tcMar>
              <w:top w:w="80" w:type="dxa"/>
              <w:left w:w="90" w:type="dxa"/>
              <w:bottom w:w="80" w:type="dxa"/>
              <w:right w:w="90" w:type="dxa"/>
            </w:tcMar>
            <w:vAlign w:val="center"/>
          </w:tcPr>
          <w:p w14:paraId="6056EB8A" w14:textId="77777777" w:rsidR="00D86853" w:rsidRDefault="00D86853" w:rsidP="00D86853">
            <w:pPr>
              <w:pStyle w:val="TableText"/>
            </w:pPr>
          </w:p>
        </w:tc>
      </w:tr>
      <w:tr w:rsidR="00D86853" w14:paraId="07628D0D" w14:textId="77777777" w:rsidTr="00D86853">
        <w:tc>
          <w:tcPr>
            <w:tcW w:w="2880" w:type="dxa"/>
            <w:tcMar>
              <w:top w:w="80" w:type="dxa"/>
              <w:left w:w="90" w:type="dxa"/>
              <w:bottom w:w="80" w:type="dxa"/>
              <w:right w:w="90" w:type="dxa"/>
            </w:tcMar>
            <w:vAlign w:val="center"/>
          </w:tcPr>
          <w:p w14:paraId="1897488F" w14:textId="6DAE1026" w:rsidR="00D86853" w:rsidRDefault="00D86853" w:rsidP="00D86853">
            <w:pPr>
              <w:pStyle w:val="TableText"/>
            </w:pPr>
          </w:p>
        </w:tc>
        <w:tc>
          <w:tcPr>
            <w:tcW w:w="2304" w:type="dxa"/>
            <w:tcMar>
              <w:top w:w="80" w:type="dxa"/>
              <w:left w:w="90" w:type="dxa"/>
              <w:bottom w:w="80" w:type="dxa"/>
              <w:right w:w="90" w:type="dxa"/>
            </w:tcMar>
            <w:vAlign w:val="center"/>
          </w:tcPr>
          <w:p w14:paraId="7EC74DEB" w14:textId="77777777" w:rsidR="00D86853" w:rsidRDefault="00D86853" w:rsidP="00D86853">
            <w:pPr>
              <w:pStyle w:val="TableText"/>
            </w:pPr>
          </w:p>
        </w:tc>
        <w:tc>
          <w:tcPr>
            <w:tcW w:w="2592" w:type="dxa"/>
            <w:tcMar>
              <w:top w:w="80" w:type="dxa"/>
              <w:left w:w="90" w:type="dxa"/>
              <w:bottom w:w="80" w:type="dxa"/>
              <w:right w:w="90" w:type="dxa"/>
            </w:tcMar>
            <w:vAlign w:val="center"/>
          </w:tcPr>
          <w:p w14:paraId="3F053003" w14:textId="77777777" w:rsidR="00D86853" w:rsidRDefault="00D86853" w:rsidP="00D86853">
            <w:pPr>
              <w:pStyle w:val="TableText"/>
            </w:pPr>
          </w:p>
        </w:tc>
        <w:tc>
          <w:tcPr>
            <w:tcW w:w="2520" w:type="dxa"/>
            <w:tcMar>
              <w:top w:w="80" w:type="dxa"/>
              <w:left w:w="90" w:type="dxa"/>
              <w:bottom w:w="80" w:type="dxa"/>
              <w:right w:w="90" w:type="dxa"/>
            </w:tcMar>
            <w:vAlign w:val="center"/>
          </w:tcPr>
          <w:p w14:paraId="450FBA15" w14:textId="77777777" w:rsidR="00D86853" w:rsidRDefault="00D86853" w:rsidP="00D86853">
            <w:pPr>
              <w:pStyle w:val="TableText"/>
            </w:pPr>
          </w:p>
        </w:tc>
      </w:tr>
      <w:tr w:rsidR="00D86853" w14:paraId="1AFC2967" w14:textId="77777777" w:rsidTr="00D86853">
        <w:tc>
          <w:tcPr>
            <w:tcW w:w="2880" w:type="dxa"/>
            <w:tcMar>
              <w:top w:w="80" w:type="dxa"/>
              <w:left w:w="90" w:type="dxa"/>
              <w:bottom w:w="80" w:type="dxa"/>
              <w:right w:w="90" w:type="dxa"/>
            </w:tcMar>
            <w:vAlign w:val="center"/>
          </w:tcPr>
          <w:p w14:paraId="6AC9E1E5" w14:textId="49AE7FAF" w:rsidR="00D86853" w:rsidRDefault="00D86853" w:rsidP="00D86853">
            <w:pPr>
              <w:pStyle w:val="TableText"/>
            </w:pPr>
          </w:p>
        </w:tc>
        <w:tc>
          <w:tcPr>
            <w:tcW w:w="2304" w:type="dxa"/>
            <w:tcMar>
              <w:top w:w="80" w:type="dxa"/>
              <w:left w:w="90" w:type="dxa"/>
              <w:bottom w:w="80" w:type="dxa"/>
              <w:right w:w="90" w:type="dxa"/>
            </w:tcMar>
            <w:vAlign w:val="center"/>
          </w:tcPr>
          <w:p w14:paraId="5DEBF48B" w14:textId="77777777" w:rsidR="00D86853" w:rsidRDefault="00D86853" w:rsidP="00D86853">
            <w:pPr>
              <w:pStyle w:val="TableText"/>
            </w:pPr>
          </w:p>
        </w:tc>
        <w:tc>
          <w:tcPr>
            <w:tcW w:w="2592" w:type="dxa"/>
            <w:tcMar>
              <w:top w:w="80" w:type="dxa"/>
              <w:left w:w="90" w:type="dxa"/>
              <w:bottom w:w="80" w:type="dxa"/>
              <w:right w:w="90" w:type="dxa"/>
            </w:tcMar>
            <w:vAlign w:val="center"/>
          </w:tcPr>
          <w:p w14:paraId="40115721" w14:textId="77777777" w:rsidR="00D86853" w:rsidRDefault="00D86853" w:rsidP="00D86853">
            <w:pPr>
              <w:pStyle w:val="TableText"/>
            </w:pPr>
          </w:p>
        </w:tc>
        <w:tc>
          <w:tcPr>
            <w:tcW w:w="2520" w:type="dxa"/>
            <w:tcMar>
              <w:top w:w="80" w:type="dxa"/>
              <w:left w:w="90" w:type="dxa"/>
              <w:bottom w:w="80" w:type="dxa"/>
              <w:right w:w="90" w:type="dxa"/>
            </w:tcMar>
            <w:vAlign w:val="center"/>
          </w:tcPr>
          <w:p w14:paraId="744876A2" w14:textId="77777777" w:rsidR="00D86853" w:rsidRDefault="00D86853" w:rsidP="00D86853">
            <w:pPr>
              <w:pStyle w:val="TableText"/>
            </w:pPr>
          </w:p>
        </w:tc>
      </w:tr>
      <w:tr w:rsidR="00D86853" w14:paraId="2F508AE9" w14:textId="77777777" w:rsidTr="00D86853">
        <w:tc>
          <w:tcPr>
            <w:tcW w:w="2880" w:type="dxa"/>
            <w:tcMar>
              <w:top w:w="80" w:type="dxa"/>
              <w:left w:w="90" w:type="dxa"/>
              <w:bottom w:w="80" w:type="dxa"/>
              <w:right w:w="90" w:type="dxa"/>
            </w:tcMar>
            <w:vAlign w:val="center"/>
          </w:tcPr>
          <w:p w14:paraId="56CD1455" w14:textId="46653C68" w:rsidR="00D86853" w:rsidRDefault="00D86853" w:rsidP="00D86853">
            <w:pPr>
              <w:pStyle w:val="TableText"/>
            </w:pPr>
          </w:p>
        </w:tc>
        <w:tc>
          <w:tcPr>
            <w:tcW w:w="2304" w:type="dxa"/>
            <w:tcMar>
              <w:top w:w="80" w:type="dxa"/>
              <w:left w:w="90" w:type="dxa"/>
              <w:bottom w:w="80" w:type="dxa"/>
              <w:right w:w="90" w:type="dxa"/>
            </w:tcMar>
            <w:vAlign w:val="center"/>
          </w:tcPr>
          <w:p w14:paraId="1491D866" w14:textId="77777777" w:rsidR="00D86853" w:rsidRDefault="00D86853" w:rsidP="00D86853">
            <w:pPr>
              <w:pStyle w:val="TableText"/>
            </w:pPr>
          </w:p>
        </w:tc>
        <w:tc>
          <w:tcPr>
            <w:tcW w:w="2592" w:type="dxa"/>
            <w:tcMar>
              <w:top w:w="80" w:type="dxa"/>
              <w:left w:w="90" w:type="dxa"/>
              <w:bottom w:w="80" w:type="dxa"/>
              <w:right w:w="90" w:type="dxa"/>
            </w:tcMar>
            <w:vAlign w:val="center"/>
          </w:tcPr>
          <w:p w14:paraId="3A277A86" w14:textId="77777777" w:rsidR="00D86853" w:rsidRDefault="00D86853" w:rsidP="00D86853">
            <w:pPr>
              <w:pStyle w:val="TableText"/>
            </w:pPr>
          </w:p>
        </w:tc>
        <w:tc>
          <w:tcPr>
            <w:tcW w:w="2520" w:type="dxa"/>
            <w:tcMar>
              <w:top w:w="80" w:type="dxa"/>
              <w:left w:w="90" w:type="dxa"/>
              <w:bottom w:w="80" w:type="dxa"/>
              <w:right w:w="90" w:type="dxa"/>
            </w:tcMar>
            <w:vAlign w:val="center"/>
          </w:tcPr>
          <w:p w14:paraId="17944CBC" w14:textId="77777777" w:rsidR="00D86853" w:rsidRDefault="00D86853" w:rsidP="00D86853">
            <w:pPr>
              <w:pStyle w:val="TableText"/>
            </w:pPr>
          </w:p>
        </w:tc>
      </w:tr>
      <w:tr w:rsidR="00D86853" w14:paraId="4D08BE69" w14:textId="77777777" w:rsidTr="00D86853">
        <w:tc>
          <w:tcPr>
            <w:tcW w:w="2880" w:type="dxa"/>
            <w:tcMar>
              <w:top w:w="80" w:type="dxa"/>
              <w:left w:w="90" w:type="dxa"/>
              <w:bottom w:w="80" w:type="dxa"/>
              <w:right w:w="90" w:type="dxa"/>
            </w:tcMar>
            <w:vAlign w:val="center"/>
          </w:tcPr>
          <w:p w14:paraId="3FEDD27A" w14:textId="34CB47D6" w:rsidR="00D86853" w:rsidRDefault="00D86853" w:rsidP="00D86853">
            <w:pPr>
              <w:pStyle w:val="TableText"/>
            </w:pPr>
          </w:p>
        </w:tc>
        <w:tc>
          <w:tcPr>
            <w:tcW w:w="2304" w:type="dxa"/>
            <w:tcMar>
              <w:top w:w="80" w:type="dxa"/>
              <w:left w:w="90" w:type="dxa"/>
              <w:bottom w:w="80" w:type="dxa"/>
              <w:right w:w="90" w:type="dxa"/>
            </w:tcMar>
            <w:vAlign w:val="center"/>
          </w:tcPr>
          <w:p w14:paraId="21B07740" w14:textId="77777777" w:rsidR="00D86853" w:rsidRDefault="00D86853" w:rsidP="00D86853">
            <w:pPr>
              <w:pStyle w:val="TableText"/>
            </w:pPr>
          </w:p>
        </w:tc>
        <w:tc>
          <w:tcPr>
            <w:tcW w:w="2592" w:type="dxa"/>
            <w:tcMar>
              <w:top w:w="80" w:type="dxa"/>
              <w:left w:w="90" w:type="dxa"/>
              <w:bottom w:w="80" w:type="dxa"/>
              <w:right w:w="90" w:type="dxa"/>
            </w:tcMar>
            <w:vAlign w:val="center"/>
          </w:tcPr>
          <w:p w14:paraId="09DB9F6E" w14:textId="77777777" w:rsidR="00D86853" w:rsidRDefault="00D86853" w:rsidP="00D86853">
            <w:pPr>
              <w:pStyle w:val="TableText"/>
            </w:pPr>
          </w:p>
        </w:tc>
        <w:tc>
          <w:tcPr>
            <w:tcW w:w="2520" w:type="dxa"/>
            <w:tcMar>
              <w:top w:w="80" w:type="dxa"/>
              <w:left w:w="90" w:type="dxa"/>
              <w:bottom w:w="80" w:type="dxa"/>
              <w:right w:w="90" w:type="dxa"/>
            </w:tcMar>
            <w:vAlign w:val="center"/>
          </w:tcPr>
          <w:p w14:paraId="497FF5E2" w14:textId="77777777" w:rsidR="00D86853" w:rsidRDefault="00D86853" w:rsidP="00D86853">
            <w:pPr>
              <w:pStyle w:val="TableText"/>
            </w:pPr>
          </w:p>
        </w:tc>
      </w:tr>
    </w:tbl>
    <w:p w14:paraId="71EB84CA" w14:textId="77777777" w:rsidR="006B0A29" w:rsidRDefault="006B0A29">
      <w:pPr>
        <w:spacing w:after="40"/>
      </w:pPr>
    </w:p>
    <w:p w14:paraId="3190F2B5" w14:textId="77777777" w:rsidR="006B0A29" w:rsidRDefault="006B0A29">
      <w:pPr>
        <w:spacing w:after="40"/>
      </w:pPr>
    </w:p>
    <w:p w14:paraId="63450DD2" w14:textId="77777777" w:rsidR="006B0A29" w:rsidRDefault="006B0A29">
      <w:pPr>
        <w:spacing w:after="40"/>
      </w:pPr>
    </w:p>
    <w:p w14:paraId="3B833E0B" w14:textId="77777777" w:rsidR="006B0A29" w:rsidRPr="006B0A29" w:rsidRDefault="006B0A29" w:rsidP="00C761D0">
      <w:pPr>
        <w:pStyle w:val="Question"/>
        <w:keepNext/>
        <w:numPr>
          <w:ilvl w:val="0"/>
          <w:numId w:val="1"/>
        </w:numPr>
        <w:spacing w:line="240" w:lineRule="auto"/>
        <w:ind w:left="180" w:hanging="180"/>
        <w:rPr>
          <w:color w:val="auto"/>
        </w:rPr>
      </w:pPr>
      <w:r w:rsidRPr="006B0A29">
        <w:rPr>
          <w:color w:val="auto"/>
        </w:rPr>
        <w:t xml:space="preserve">Describe the minimum qualifications and selection criteria for apprentice supervisors, including how the unit will verify that each supervisor is an experienced teacher and a member of an ATR team led by a teacher with an advanced teaching role. Include rationale explaining how each qualification/criterion will ensure the apprentices supervisor are able to provide high-quality support for teacher apprentices. </w:t>
      </w:r>
    </w:p>
    <w:p w14:paraId="11EF8D04" w14:textId="77777777" w:rsidR="003717F2" w:rsidRDefault="003717F2">
      <w:pPr>
        <w:spacing w:after="40"/>
      </w:pPr>
    </w:p>
    <w:p w14:paraId="09C6E0CB" w14:textId="77777777" w:rsidR="003717F2" w:rsidRDefault="003717F2">
      <w:pPr>
        <w:spacing w:after="40"/>
      </w:pPr>
    </w:p>
    <w:p w14:paraId="02B12A6F" w14:textId="77777777" w:rsidR="003717F2" w:rsidRDefault="003717F2">
      <w:pPr>
        <w:spacing w:after="40"/>
      </w:pPr>
    </w:p>
    <w:p w14:paraId="0C2C0091" w14:textId="77777777" w:rsidR="003717F2" w:rsidRDefault="003717F2">
      <w:pPr>
        <w:spacing w:after="40"/>
      </w:pPr>
    </w:p>
    <w:p w14:paraId="1F8867EB" w14:textId="77777777" w:rsidR="003717F2" w:rsidRDefault="003717F2">
      <w:pPr>
        <w:spacing w:after="40"/>
      </w:pPr>
    </w:p>
    <w:p w14:paraId="681ECFDF" w14:textId="77777777" w:rsidR="003717F2" w:rsidRDefault="003717F2">
      <w:pPr>
        <w:spacing w:after="40"/>
      </w:pPr>
    </w:p>
    <w:p w14:paraId="4CD4ECCD" w14:textId="77777777" w:rsidR="003717F2" w:rsidRDefault="003717F2">
      <w:pPr>
        <w:spacing w:after="40"/>
      </w:pPr>
    </w:p>
    <w:p w14:paraId="0C4141D9" w14:textId="77777777" w:rsidR="003717F2" w:rsidRDefault="003717F2">
      <w:pPr>
        <w:spacing w:after="40"/>
      </w:pPr>
    </w:p>
    <w:p w14:paraId="7B3A52F0" w14:textId="77777777" w:rsidR="003717F2" w:rsidRDefault="003717F2">
      <w:pPr>
        <w:spacing w:after="40"/>
      </w:pPr>
    </w:p>
    <w:p w14:paraId="0880E8F3" w14:textId="77777777" w:rsidR="003717F2" w:rsidRDefault="003717F2">
      <w:pPr>
        <w:spacing w:after="40"/>
      </w:pPr>
    </w:p>
    <w:p w14:paraId="3749093A" w14:textId="77777777" w:rsidR="003717F2" w:rsidRDefault="003717F2">
      <w:pPr>
        <w:spacing w:after="40"/>
      </w:pPr>
    </w:p>
    <w:p w14:paraId="7819BD15" w14:textId="77777777" w:rsidR="008C5C52" w:rsidRDefault="00852B42">
      <w:pPr>
        <w:pStyle w:val="Heading2"/>
      </w:pPr>
      <w:r>
        <w:t>B3. Alternative and Braided Funding Strategy</w:t>
      </w:r>
    </w:p>
    <w:p w14:paraId="23FEE1DF" w14:textId="213AE00A" w:rsidR="008C5C52" w:rsidRPr="00984E0C" w:rsidRDefault="00D86853">
      <w:pPr>
        <w:pStyle w:val="Question"/>
        <w:keepNext/>
        <w:rPr>
          <w:color w:val="auto"/>
        </w:rPr>
      </w:pPr>
      <w:r>
        <w:t>1</w:t>
      </w:r>
      <w:r w:rsidR="00DC2C28">
        <w:t>.</w:t>
      </w:r>
      <w:r w:rsidR="00DC2C28" w:rsidRPr="00984E0C">
        <w:rPr>
          <w:color w:val="auto"/>
        </w:rPr>
        <w:t xml:space="preserve"> Identify</w:t>
      </w:r>
      <w:r w:rsidR="00852B42" w:rsidRPr="00984E0C">
        <w:rPr>
          <w:color w:val="auto"/>
        </w:rPr>
        <w:t xml:space="preserve"> </w:t>
      </w:r>
      <w:r w:rsidRPr="00984E0C">
        <w:rPr>
          <w:color w:val="auto"/>
        </w:rPr>
        <w:t xml:space="preserve">any </w:t>
      </w:r>
      <w:r w:rsidR="00852B42" w:rsidRPr="00984E0C">
        <w:rPr>
          <w:color w:val="auto"/>
        </w:rPr>
        <w:t>alternative funding sources, including federal workforce development funds</w:t>
      </w:r>
      <w:r w:rsidRPr="00984E0C">
        <w:rPr>
          <w:color w:val="auto"/>
        </w:rPr>
        <w:t xml:space="preserve"> the</w:t>
      </w:r>
      <w:r w:rsidR="00AC7529" w:rsidRPr="00984E0C">
        <w:rPr>
          <w:color w:val="auto"/>
        </w:rPr>
        <w:t xml:space="preserve"> local school administrative unit</w:t>
      </w:r>
      <w:r w:rsidRPr="00984E0C">
        <w:rPr>
          <w:color w:val="auto"/>
        </w:rPr>
        <w:t xml:space="preserve"> plans to use to support the teacher apprenticeship program. E</w:t>
      </w:r>
      <w:r w:rsidR="00852B42" w:rsidRPr="00984E0C">
        <w:rPr>
          <w:color w:val="auto"/>
        </w:rPr>
        <w:t xml:space="preserve">xplain how </w:t>
      </w:r>
      <w:r w:rsidRPr="00984E0C">
        <w:rPr>
          <w:color w:val="auto"/>
        </w:rPr>
        <w:t>state</w:t>
      </w:r>
      <w:r w:rsidR="00852B42" w:rsidRPr="00984E0C">
        <w:rPr>
          <w:color w:val="auto"/>
        </w:rPr>
        <w:t>, federal, local, philanthropic, or other funds will be combined to support the apprenticeship program.</w:t>
      </w:r>
    </w:p>
    <w:p w14:paraId="384D0CE3" w14:textId="77777777" w:rsidR="003717F2" w:rsidRDefault="003717F2">
      <w:pPr>
        <w:pStyle w:val="Question"/>
        <w:keepNext/>
      </w:pPr>
    </w:p>
    <w:p w14:paraId="1197ACB6" w14:textId="77777777" w:rsidR="003717F2" w:rsidRDefault="003717F2">
      <w:pPr>
        <w:pStyle w:val="Question"/>
        <w:keepNext/>
      </w:pPr>
    </w:p>
    <w:p w14:paraId="0FC76C5F" w14:textId="77777777" w:rsidR="00DC2C28" w:rsidRDefault="00DC2C28">
      <w:pPr>
        <w:pStyle w:val="Question"/>
        <w:keepNext/>
      </w:pPr>
    </w:p>
    <w:p w14:paraId="2896DA1F" w14:textId="77777777" w:rsidR="00DC2C28" w:rsidRDefault="00DC2C28">
      <w:pPr>
        <w:pStyle w:val="Question"/>
        <w:keepNext/>
      </w:pPr>
    </w:p>
    <w:p w14:paraId="6CD1424E" w14:textId="77777777" w:rsidR="00DC2C28" w:rsidRDefault="00DC2C28">
      <w:pPr>
        <w:pStyle w:val="Question"/>
        <w:keepNext/>
      </w:pPr>
    </w:p>
    <w:p w14:paraId="46496406" w14:textId="77777777" w:rsidR="00DC2C28" w:rsidRDefault="00DC2C28">
      <w:pPr>
        <w:pStyle w:val="Question"/>
        <w:keepNext/>
      </w:pPr>
    </w:p>
    <w:p w14:paraId="2D01AA6B" w14:textId="77777777" w:rsidR="003717F2" w:rsidRDefault="003717F2">
      <w:pPr>
        <w:pStyle w:val="Question"/>
        <w:keepNext/>
      </w:pPr>
    </w:p>
    <w:p w14:paraId="263E41B9" w14:textId="77777777" w:rsidR="003717F2" w:rsidRDefault="003717F2">
      <w:pPr>
        <w:pStyle w:val="Question"/>
        <w:keepNext/>
      </w:pPr>
    </w:p>
    <w:p w14:paraId="7AB1EB46" w14:textId="6D5770B8" w:rsidR="00D86853" w:rsidRDefault="00D86853">
      <w:pPr>
        <w:spacing w:after="40"/>
      </w:pPr>
      <w:r>
        <w:rPr>
          <w:b/>
          <w:bCs/>
        </w:rPr>
        <w:t xml:space="preserve">2. In the table below, provide details on the proposed use of any alternative funding sources that have been identified. </w:t>
      </w:r>
    </w:p>
    <w:tbl>
      <w:tblPr>
        <w:tblW w:w="0" w:type="auto"/>
        <w:jc w:val="center"/>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Layout w:type="fixed"/>
        <w:tblLook w:val="04A0" w:firstRow="1" w:lastRow="0" w:firstColumn="1" w:lastColumn="0" w:noHBand="0" w:noVBand="1"/>
      </w:tblPr>
      <w:tblGrid>
        <w:gridCol w:w="2160"/>
        <w:gridCol w:w="1296"/>
        <w:gridCol w:w="2880"/>
        <w:gridCol w:w="1728"/>
        <w:gridCol w:w="2304"/>
      </w:tblGrid>
      <w:tr w:rsidR="008C5C52" w14:paraId="41411CF4" w14:textId="77777777">
        <w:trPr>
          <w:jc w:val="center"/>
        </w:trPr>
        <w:tc>
          <w:tcPr>
            <w:tcW w:w="2160" w:type="dxa"/>
            <w:shd w:val="clear" w:color="auto" w:fill="173F6B"/>
            <w:tcMar>
              <w:top w:w="80" w:type="dxa"/>
              <w:left w:w="90" w:type="dxa"/>
              <w:bottom w:w="80" w:type="dxa"/>
              <w:right w:w="90" w:type="dxa"/>
            </w:tcMar>
            <w:vAlign w:val="center"/>
          </w:tcPr>
          <w:p w14:paraId="1764FC6C" w14:textId="77777777" w:rsidR="008C5C52" w:rsidRDefault="00852B42">
            <w:pPr>
              <w:pStyle w:val="TableHeader"/>
              <w:jc w:val="center"/>
            </w:pPr>
            <w:r>
              <w:rPr>
                <w:b w:val="0"/>
              </w:rPr>
              <w:t>Funding source</w:t>
            </w:r>
          </w:p>
        </w:tc>
        <w:tc>
          <w:tcPr>
            <w:tcW w:w="1296" w:type="dxa"/>
            <w:shd w:val="clear" w:color="auto" w:fill="173F6B"/>
            <w:tcMar>
              <w:top w:w="80" w:type="dxa"/>
              <w:left w:w="90" w:type="dxa"/>
              <w:bottom w:w="80" w:type="dxa"/>
              <w:right w:w="90" w:type="dxa"/>
            </w:tcMar>
            <w:vAlign w:val="center"/>
          </w:tcPr>
          <w:p w14:paraId="18347EAC" w14:textId="77777777" w:rsidR="008C5C52" w:rsidRDefault="00852B42">
            <w:pPr>
              <w:pStyle w:val="TableHeader"/>
              <w:jc w:val="center"/>
            </w:pPr>
            <w:r>
              <w:rPr>
                <w:b w:val="0"/>
              </w:rPr>
              <w:t>Amount</w:t>
            </w:r>
          </w:p>
        </w:tc>
        <w:tc>
          <w:tcPr>
            <w:tcW w:w="2880" w:type="dxa"/>
            <w:shd w:val="clear" w:color="auto" w:fill="173F6B"/>
            <w:tcMar>
              <w:top w:w="80" w:type="dxa"/>
              <w:left w:w="90" w:type="dxa"/>
              <w:bottom w:w="80" w:type="dxa"/>
              <w:right w:w="90" w:type="dxa"/>
            </w:tcMar>
            <w:vAlign w:val="center"/>
          </w:tcPr>
          <w:p w14:paraId="30EC523E" w14:textId="77777777" w:rsidR="008C5C52" w:rsidRDefault="00852B42">
            <w:pPr>
              <w:pStyle w:val="TableHeader"/>
              <w:jc w:val="center"/>
            </w:pPr>
            <w:r>
              <w:rPr>
                <w:b w:val="0"/>
              </w:rPr>
              <w:t>Restriction / allowable use</w:t>
            </w:r>
          </w:p>
        </w:tc>
        <w:tc>
          <w:tcPr>
            <w:tcW w:w="1728" w:type="dxa"/>
            <w:shd w:val="clear" w:color="auto" w:fill="173F6B"/>
            <w:tcMar>
              <w:top w:w="80" w:type="dxa"/>
              <w:left w:w="90" w:type="dxa"/>
              <w:bottom w:w="80" w:type="dxa"/>
              <w:right w:w="90" w:type="dxa"/>
            </w:tcMar>
            <w:vAlign w:val="center"/>
          </w:tcPr>
          <w:p w14:paraId="751BF27B" w14:textId="77777777" w:rsidR="008C5C52" w:rsidRDefault="00852B42">
            <w:pPr>
              <w:pStyle w:val="TableHeader"/>
              <w:jc w:val="center"/>
            </w:pPr>
            <w:r>
              <w:rPr>
                <w:b w:val="0"/>
              </w:rPr>
              <w:t>Committed / pending</w:t>
            </w:r>
          </w:p>
        </w:tc>
        <w:tc>
          <w:tcPr>
            <w:tcW w:w="2304" w:type="dxa"/>
            <w:shd w:val="clear" w:color="auto" w:fill="173F6B"/>
            <w:tcMar>
              <w:top w:w="80" w:type="dxa"/>
              <w:left w:w="90" w:type="dxa"/>
              <w:bottom w:w="80" w:type="dxa"/>
              <w:right w:w="90" w:type="dxa"/>
            </w:tcMar>
            <w:vAlign w:val="center"/>
          </w:tcPr>
          <w:p w14:paraId="4C325058" w14:textId="77777777" w:rsidR="008C5C52" w:rsidRDefault="00852B42">
            <w:pPr>
              <w:pStyle w:val="TableHeader"/>
              <w:jc w:val="center"/>
            </w:pPr>
            <w:r>
              <w:rPr>
                <w:b w:val="0"/>
              </w:rPr>
              <w:t>Documentation</w:t>
            </w:r>
          </w:p>
        </w:tc>
      </w:tr>
      <w:tr w:rsidR="008C5C52" w14:paraId="016B53E5" w14:textId="77777777">
        <w:trPr>
          <w:jc w:val="center"/>
        </w:trPr>
        <w:tc>
          <w:tcPr>
            <w:tcW w:w="2160" w:type="dxa"/>
            <w:tcMar>
              <w:top w:w="80" w:type="dxa"/>
              <w:left w:w="90" w:type="dxa"/>
              <w:bottom w:w="80" w:type="dxa"/>
              <w:right w:w="90" w:type="dxa"/>
            </w:tcMar>
            <w:vAlign w:val="center"/>
          </w:tcPr>
          <w:p w14:paraId="7A00A670" w14:textId="77777777" w:rsidR="008C5C52" w:rsidRDefault="008C5C52">
            <w:pPr>
              <w:pStyle w:val="TableText"/>
            </w:pPr>
          </w:p>
        </w:tc>
        <w:tc>
          <w:tcPr>
            <w:tcW w:w="1296" w:type="dxa"/>
            <w:tcMar>
              <w:top w:w="80" w:type="dxa"/>
              <w:left w:w="90" w:type="dxa"/>
              <w:bottom w:w="80" w:type="dxa"/>
              <w:right w:w="90" w:type="dxa"/>
            </w:tcMar>
            <w:vAlign w:val="center"/>
          </w:tcPr>
          <w:p w14:paraId="05FE02D0" w14:textId="77777777" w:rsidR="008C5C52" w:rsidRDefault="008C5C52">
            <w:pPr>
              <w:pStyle w:val="TableText"/>
            </w:pPr>
          </w:p>
        </w:tc>
        <w:tc>
          <w:tcPr>
            <w:tcW w:w="2880" w:type="dxa"/>
            <w:tcMar>
              <w:top w:w="80" w:type="dxa"/>
              <w:left w:w="90" w:type="dxa"/>
              <w:bottom w:w="80" w:type="dxa"/>
              <w:right w:w="90" w:type="dxa"/>
            </w:tcMar>
            <w:vAlign w:val="center"/>
          </w:tcPr>
          <w:p w14:paraId="7CBE9D3B" w14:textId="77777777" w:rsidR="008C5C52" w:rsidRDefault="008C5C52">
            <w:pPr>
              <w:pStyle w:val="TableText"/>
            </w:pPr>
          </w:p>
        </w:tc>
        <w:tc>
          <w:tcPr>
            <w:tcW w:w="1728" w:type="dxa"/>
            <w:tcMar>
              <w:top w:w="80" w:type="dxa"/>
              <w:left w:w="90" w:type="dxa"/>
              <w:bottom w:w="80" w:type="dxa"/>
              <w:right w:w="90" w:type="dxa"/>
            </w:tcMar>
            <w:vAlign w:val="center"/>
          </w:tcPr>
          <w:p w14:paraId="37A2DF10" w14:textId="77777777" w:rsidR="008C5C52" w:rsidRDefault="008C5C52">
            <w:pPr>
              <w:pStyle w:val="TableText"/>
            </w:pPr>
          </w:p>
        </w:tc>
        <w:tc>
          <w:tcPr>
            <w:tcW w:w="2304" w:type="dxa"/>
            <w:tcMar>
              <w:top w:w="80" w:type="dxa"/>
              <w:left w:w="90" w:type="dxa"/>
              <w:bottom w:w="80" w:type="dxa"/>
              <w:right w:w="90" w:type="dxa"/>
            </w:tcMar>
            <w:vAlign w:val="center"/>
          </w:tcPr>
          <w:p w14:paraId="7E5441C0" w14:textId="77777777" w:rsidR="008C5C52" w:rsidRDefault="008C5C52">
            <w:pPr>
              <w:pStyle w:val="TableText"/>
            </w:pPr>
          </w:p>
        </w:tc>
      </w:tr>
      <w:tr w:rsidR="008C5C52" w14:paraId="4760E4E9" w14:textId="77777777">
        <w:trPr>
          <w:jc w:val="center"/>
        </w:trPr>
        <w:tc>
          <w:tcPr>
            <w:tcW w:w="2160" w:type="dxa"/>
            <w:tcMar>
              <w:top w:w="80" w:type="dxa"/>
              <w:left w:w="90" w:type="dxa"/>
              <w:bottom w:w="80" w:type="dxa"/>
              <w:right w:w="90" w:type="dxa"/>
            </w:tcMar>
            <w:vAlign w:val="center"/>
          </w:tcPr>
          <w:p w14:paraId="0D7E3676" w14:textId="77777777" w:rsidR="008C5C52" w:rsidRDefault="008C5C52">
            <w:pPr>
              <w:pStyle w:val="TableText"/>
            </w:pPr>
          </w:p>
        </w:tc>
        <w:tc>
          <w:tcPr>
            <w:tcW w:w="1296" w:type="dxa"/>
            <w:tcMar>
              <w:top w:w="80" w:type="dxa"/>
              <w:left w:w="90" w:type="dxa"/>
              <w:bottom w:w="80" w:type="dxa"/>
              <w:right w:w="90" w:type="dxa"/>
            </w:tcMar>
            <w:vAlign w:val="center"/>
          </w:tcPr>
          <w:p w14:paraId="3DFBFE2C" w14:textId="77777777" w:rsidR="008C5C52" w:rsidRDefault="008C5C52">
            <w:pPr>
              <w:pStyle w:val="TableText"/>
            </w:pPr>
          </w:p>
        </w:tc>
        <w:tc>
          <w:tcPr>
            <w:tcW w:w="2880" w:type="dxa"/>
            <w:tcMar>
              <w:top w:w="80" w:type="dxa"/>
              <w:left w:w="90" w:type="dxa"/>
              <w:bottom w:w="80" w:type="dxa"/>
              <w:right w:w="90" w:type="dxa"/>
            </w:tcMar>
            <w:vAlign w:val="center"/>
          </w:tcPr>
          <w:p w14:paraId="0752B0E5" w14:textId="77777777" w:rsidR="008C5C52" w:rsidRDefault="008C5C52">
            <w:pPr>
              <w:pStyle w:val="TableText"/>
            </w:pPr>
          </w:p>
        </w:tc>
        <w:tc>
          <w:tcPr>
            <w:tcW w:w="1728" w:type="dxa"/>
            <w:tcMar>
              <w:top w:w="80" w:type="dxa"/>
              <w:left w:w="90" w:type="dxa"/>
              <w:bottom w:w="80" w:type="dxa"/>
              <w:right w:w="90" w:type="dxa"/>
            </w:tcMar>
            <w:vAlign w:val="center"/>
          </w:tcPr>
          <w:p w14:paraId="0A590754" w14:textId="77777777" w:rsidR="008C5C52" w:rsidRDefault="008C5C52">
            <w:pPr>
              <w:pStyle w:val="TableText"/>
            </w:pPr>
          </w:p>
        </w:tc>
        <w:tc>
          <w:tcPr>
            <w:tcW w:w="2304" w:type="dxa"/>
            <w:tcMar>
              <w:top w:w="80" w:type="dxa"/>
              <w:left w:w="90" w:type="dxa"/>
              <w:bottom w:w="80" w:type="dxa"/>
              <w:right w:w="90" w:type="dxa"/>
            </w:tcMar>
            <w:vAlign w:val="center"/>
          </w:tcPr>
          <w:p w14:paraId="147AD598" w14:textId="77777777" w:rsidR="008C5C52" w:rsidRDefault="008C5C52">
            <w:pPr>
              <w:pStyle w:val="TableText"/>
            </w:pPr>
          </w:p>
        </w:tc>
      </w:tr>
      <w:tr w:rsidR="00984E0C" w14:paraId="006FCA79" w14:textId="77777777">
        <w:trPr>
          <w:jc w:val="center"/>
        </w:trPr>
        <w:tc>
          <w:tcPr>
            <w:tcW w:w="2160" w:type="dxa"/>
            <w:tcMar>
              <w:top w:w="80" w:type="dxa"/>
              <w:left w:w="90" w:type="dxa"/>
              <w:bottom w:w="80" w:type="dxa"/>
              <w:right w:w="90" w:type="dxa"/>
            </w:tcMar>
            <w:vAlign w:val="center"/>
          </w:tcPr>
          <w:p w14:paraId="1DC2574C" w14:textId="77777777" w:rsidR="00984E0C" w:rsidRDefault="00984E0C">
            <w:pPr>
              <w:pStyle w:val="TableText"/>
            </w:pPr>
          </w:p>
        </w:tc>
        <w:tc>
          <w:tcPr>
            <w:tcW w:w="1296" w:type="dxa"/>
            <w:tcMar>
              <w:top w:w="80" w:type="dxa"/>
              <w:left w:w="90" w:type="dxa"/>
              <w:bottom w:w="80" w:type="dxa"/>
              <w:right w:w="90" w:type="dxa"/>
            </w:tcMar>
            <w:vAlign w:val="center"/>
          </w:tcPr>
          <w:p w14:paraId="439BC27F" w14:textId="77777777" w:rsidR="00984E0C" w:rsidRDefault="00984E0C">
            <w:pPr>
              <w:pStyle w:val="TableText"/>
            </w:pPr>
          </w:p>
        </w:tc>
        <w:tc>
          <w:tcPr>
            <w:tcW w:w="2880" w:type="dxa"/>
            <w:tcMar>
              <w:top w:w="80" w:type="dxa"/>
              <w:left w:w="90" w:type="dxa"/>
              <w:bottom w:w="80" w:type="dxa"/>
              <w:right w:w="90" w:type="dxa"/>
            </w:tcMar>
            <w:vAlign w:val="center"/>
          </w:tcPr>
          <w:p w14:paraId="49814B57" w14:textId="77777777" w:rsidR="00984E0C" w:rsidRDefault="00984E0C">
            <w:pPr>
              <w:pStyle w:val="TableText"/>
            </w:pPr>
          </w:p>
        </w:tc>
        <w:tc>
          <w:tcPr>
            <w:tcW w:w="1728" w:type="dxa"/>
            <w:tcMar>
              <w:top w:w="80" w:type="dxa"/>
              <w:left w:w="90" w:type="dxa"/>
              <w:bottom w:w="80" w:type="dxa"/>
              <w:right w:w="90" w:type="dxa"/>
            </w:tcMar>
            <w:vAlign w:val="center"/>
          </w:tcPr>
          <w:p w14:paraId="00343435" w14:textId="77777777" w:rsidR="00984E0C" w:rsidRDefault="00984E0C">
            <w:pPr>
              <w:pStyle w:val="TableText"/>
            </w:pPr>
          </w:p>
        </w:tc>
        <w:tc>
          <w:tcPr>
            <w:tcW w:w="2304" w:type="dxa"/>
            <w:tcMar>
              <w:top w:w="80" w:type="dxa"/>
              <w:left w:w="90" w:type="dxa"/>
              <w:bottom w:w="80" w:type="dxa"/>
              <w:right w:w="90" w:type="dxa"/>
            </w:tcMar>
            <w:vAlign w:val="center"/>
          </w:tcPr>
          <w:p w14:paraId="6DC3826F" w14:textId="77777777" w:rsidR="00984E0C" w:rsidRDefault="00984E0C">
            <w:pPr>
              <w:pStyle w:val="TableText"/>
            </w:pPr>
          </w:p>
        </w:tc>
      </w:tr>
      <w:tr w:rsidR="00984E0C" w14:paraId="03A052CE" w14:textId="77777777">
        <w:trPr>
          <w:jc w:val="center"/>
        </w:trPr>
        <w:tc>
          <w:tcPr>
            <w:tcW w:w="2160" w:type="dxa"/>
            <w:tcMar>
              <w:top w:w="80" w:type="dxa"/>
              <w:left w:w="90" w:type="dxa"/>
              <w:bottom w:w="80" w:type="dxa"/>
              <w:right w:w="90" w:type="dxa"/>
            </w:tcMar>
            <w:vAlign w:val="center"/>
          </w:tcPr>
          <w:p w14:paraId="26D85923" w14:textId="77777777" w:rsidR="00984E0C" w:rsidRDefault="00984E0C">
            <w:pPr>
              <w:pStyle w:val="TableText"/>
            </w:pPr>
          </w:p>
        </w:tc>
        <w:tc>
          <w:tcPr>
            <w:tcW w:w="1296" w:type="dxa"/>
            <w:tcMar>
              <w:top w:w="80" w:type="dxa"/>
              <w:left w:w="90" w:type="dxa"/>
              <w:bottom w:w="80" w:type="dxa"/>
              <w:right w:w="90" w:type="dxa"/>
            </w:tcMar>
            <w:vAlign w:val="center"/>
          </w:tcPr>
          <w:p w14:paraId="54E06204" w14:textId="77777777" w:rsidR="00984E0C" w:rsidRDefault="00984E0C">
            <w:pPr>
              <w:pStyle w:val="TableText"/>
            </w:pPr>
          </w:p>
        </w:tc>
        <w:tc>
          <w:tcPr>
            <w:tcW w:w="2880" w:type="dxa"/>
            <w:tcMar>
              <w:top w:w="80" w:type="dxa"/>
              <w:left w:w="90" w:type="dxa"/>
              <w:bottom w:w="80" w:type="dxa"/>
              <w:right w:w="90" w:type="dxa"/>
            </w:tcMar>
            <w:vAlign w:val="center"/>
          </w:tcPr>
          <w:p w14:paraId="3F1D062D" w14:textId="77777777" w:rsidR="00984E0C" w:rsidRDefault="00984E0C">
            <w:pPr>
              <w:pStyle w:val="TableText"/>
            </w:pPr>
          </w:p>
        </w:tc>
        <w:tc>
          <w:tcPr>
            <w:tcW w:w="1728" w:type="dxa"/>
            <w:tcMar>
              <w:top w:w="80" w:type="dxa"/>
              <w:left w:w="90" w:type="dxa"/>
              <w:bottom w:w="80" w:type="dxa"/>
              <w:right w:w="90" w:type="dxa"/>
            </w:tcMar>
            <w:vAlign w:val="center"/>
          </w:tcPr>
          <w:p w14:paraId="5782B434" w14:textId="77777777" w:rsidR="00984E0C" w:rsidRDefault="00984E0C">
            <w:pPr>
              <w:pStyle w:val="TableText"/>
            </w:pPr>
          </w:p>
        </w:tc>
        <w:tc>
          <w:tcPr>
            <w:tcW w:w="2304" w:type="dxa"/>
            <w:tcMar>
              <w:top w:w="80" w:type="dxa"/>
              <w:left w:w="90" w:type="dxa"/>
              <w:bottom w:w="80" w:type="dxa"/>
              <w:right w:w="90" w:type="dxa"/>
            </w:tcMar>
            <w:vAlign w:val="center"/>
          </w:tcPr>
          <w:p w14:paraId="4C481026" w14:textId="77777777" w:rsidR="00984E0C" w:rsidRDefault="00984E0C">
            <w:pPr>
              <w:pStyle w:val="TableText"/>
            </w:pPr>
          </w:p>
        </w:tc>
      </w:tr>
    </w:tbl>
    <w:p w14:paraId="4B655E83" w14:textId="77777777" w:rsidR="00DC2C28" w:rsidRDefault="00DC2C28">
      <w:pPr>
        <w:pStyle w:val="Heading2"/>
      </w:pPr>
    </w:p>
    <w:p w14:paraId="13AB1350" w14:textId="77777777" w:rsidR="00DC2C28" w:rsidRDefault="00DC2C28">
      <w:pPr>
        <w:pStyle w:val="Heading2"/>
      </w:pPr>
    </w:p>
    <w:p w14:paraId="31EED8DE" w14:textId="77777777" w:rsidR="00DC2C28" w:rsidRPr="00DC2C28" w:rsidRDefault="00DC2C28" w:rsidP="00DC2C28"/>
    <w:p w14:paraId="20099CBE" w14:textId="77777777" w:rsidR="00DC2C28" w:rsidRDefault="00DC2C28">
      <w:pPr>
        <w:pStyle w:val="Heading2"/>
      </w:pPr>
    </w:p>
    <w:p w14:paraId="6B3A9D6D" w14:textId="53C74E09" w:rsidR="008C5C52" w:rsidRDefault="00852B42">
      <w:pPr>
        <w:pStyle w:val="Heading2"/>
      </w:pPr>
      <w:r>
        <w:t>B4. Integration with Advanced Teaching Roles</w:t>
      </w:r>
    </w:p>
    <w:p w14:paraId="68151F04" w14:textId="389569E0" w:rsidR="008C5C52" w:rsidRPr="004B756F" w:rsidRDefault="00DC2C28" w:rsidP="00DC2C28">
      <w:pPr>
        <w:pStyle w:val="Question"/>
        <w:keepNext/>
        <w:numPr>
          <w:ilvl w:val="0"/>
          <w:numId w:val="4"/>
        </w:numPr>
        <w:rPr>
          <w:color w:val="auto"/>
        </w:rPr>
      </w:pPr>
      <w:r w:rsidRPr="004B756F">
        <w:rPr>
          <w:color w:val="auto"/>
        </w:rPr>
        <w:t>Describe</w:t>
      </w:r>
      <w:r w:rsidR="00852B42" w:rsidRPr="004B756F">
        <w:rPr>
          <w:color w:val="auto"/>
        </w:rPr>
        <w:t xml:space="preserve"> the</w:t>
      </w:r>
      <w:r w:rsidR="00D86853" w:rsidRPr="004B756F">
        <w:rPr>
          <w:color w:val="auto"/>
        </w:rPr>
        <w:t xml:space="preserve"> </w:t>
      </w:r>
      <w:r w:rsidRPr="004B756F">
        <w:rPr>
          <w:color w:val="auto"/>
        </w:rPr>
        <w:t>local school administrative unit</w:t>
      </w:r>
      <w:r w:rsidR="00D86853" w:rsidRPr="004B756F">
        <w:rPr>
          <w:color w:val="auto"/>
        </w:rPr>
        <w:t xml:space="preserve">’s existing Advanced Teaching Roles program and </w:t>
      </w:r>
      <w:r w:rsidR="00852B42" w:rsidRPr="004B756F">
        <w:rPr>
          <w:color w:val="auto"/>
        </w:rPr>
        <w:t xml:space="preserve">explain how </w:t>
      </w:r>
      <w:r w:rsidR="00D86853" w:rsidRPr="004B756F">
        <w:rPr>
          <w:color w:val="auto"/>
        </w:rPr>
        <w:t xml:space="preserve">teacher apprentices </w:t>
      </w:r>
      <w:r w:rsidR="00852B42" w:rsidRPr="004B756F">
        <w:rPr>
          <w:color w:val="auto"/>
        </w:rPr>
        <w:t xml:space="preserve">will be incorporated into the Advanced Teaching Roles </w:t>
      </w:r>
      <w:r w:rsidR="00D86853" w:rsidRPr="004B756F">
        <w:rPr>
          <w:color w:val="auto"/>
        </w:rPr>
        <w:t xml:space="preserve">teams </w:t>
      </w:r>
      <w:r w:rsidR="00852B42" w:rsidRPr="004B756F">
        <w:rPr>
          <w:color w:val="auto"/>
        </w:rPr>
        <w:t xml:space="preserve">to </w:t>
      </w:r>
      <w:r w:rsidR="00D86853" w:rsidRPr="004B756F">
        <w:rPr>
          <w:color w:val="auto"/>
        </w:rPr>
        <w:t xml:space="preserve">support and </w:t>
      </w:r>
      <w:r w:rsidR="00852B42" w:rsidRPr="004B756F">
        <w:rPr>
          <w:color w:val="auto"/>
        </w:rPr>
        <w:t>enhance the apprentice learning environment.</w:t>
      </w:r>
      <w:r w:rsidR="00D86853" w:rsidRPr="004B756F">
        <w:rPr>
          <w:color w:val="auto"/>
        </w:rPr>
        <w:t xml:space="preserve"> </w:t>
      </w:r>
    </w:p>
    <w:p w14:paraId="385D412A" w14:textId="77777777" w:rsidR="00DC2C28" w:rsidRDefault="00DC2C28" w:rsidP="00DC2C28">
      <w:pPr>
        <w:pStyle w:val="Question"/>
        <w:keepNext/>
      </w:pPr>
    </w:p>
    <w:p w14:paraId="285C1A67" w14:textId="77777777" w:rsidR="00DC2C28" w:rsidRDefault="00DC2C28" w:rsidP="00DC2C28">
      <w:pPr>
        <w:pStyle w:val="Question"/>
        <w:keepNext/>
      </w:pPr>
    </w:p>
    <w:p w14:paraId="3B0F17A9" w14:textId="77777777" w:rsidR="00DC2C28" w:rsidRDefault="00DC2C28" w:rsidP="00DC2C28">
      <w:pPr>
        <w:pStyle w:val="Question"/>
        <w:keepNext/>
      </w:pPr>
    </w:p>
    <w:p w14:paraId="4D3445F4" w14:textId="77777777" w:rsidR="00DC2C28" w:rsidRDefault="00DC2C28" w:rsidP="00DC2C28">
      <w:pPr>
        <w:pStyle w:val="Question"/>
        <w:keepNext/>
      </w:pPr>
    </w:p>
    <w:p w14:paraId="01E6AE11" w14:textId="77777777" w:rsidR="00DC2C28" w:rsidRDefault="00DC2C28" w:rsidP="00DC2C28">
      <w:pPr>
        <w:pStyle w:val="Question"/>
        <w:keepNext/>
      </w:pPr>
    </w:p>
    <w:p w14:paraId="511FDF08" w14:textId="77777777" w:rsidR="00DC2C28" w:rsidRDefault="00DC2C28" w:rsidP="00DC2C28">
      <w:pPr>
        <w:pStyle w:val="Question"/>
        <w:keepNext/>
      </w:pPr>
    </w:p>
    <w:p w14:paraId="2183533A" w14:textId="77777777" w:rsidR="00DC2C28" w:rsidRDefault="00DC2C28" w:rsidP="00DC2C28">
      <w:pPr>
        <w:pStyle w:val="Question"/>
        <w:keepNext/>
      </w:pPr>
    </w:p>
    <w:p w14:paraId="53CE413E" w14:textId="77777777" w:rsidR="00DC2C28" w:rsidRDefault="00DC2C28" w:rsidP="00DC2C28">
      <w:pPr>
        <w:pStyle w:val="Question"/>
        <w:keepNext/>
      </w:pPr>
    </w:p>
    <w:p w14:paraId="4C9FC7A4" w14:textId="77777777" w:rsidR="00DC2C28" w:rsidRDefault="00DC2C28" w:rsidP="00DC2C28">
      <w:pPr>
        <w:pStyle w:val="Question"/>
        <w:keepNext/>
      </w:pPr>
    </w:p>
    <w:p w14:paraId="2ED78894" w14:textId="41AFD4EC" w:rsidR="008C5C52" w:rsidRDefault="00852B42">
      <w:pPr>
        <w:pStyle w:val="Heading2"/>
      </w:pPr>
      <w:r>
        <w:t xml:space="preserve">B5. </w:t>
      </w:r>
      <w:r w:rsidR="009428C0">
        <w:t>Identifying Apprenticeship Candidates and Communication and Recruitment Strategy</w:t>
      </w:r>
    </w:p>
    <w:p w14:paraId="67ED73AB" w14:textId="38AA2BCE" w:rsidR="00DC2C28" w:rsidRPr="0011024B" w:rsidRDefault="00DC2C28" w:rsidP="00DC2C28">
      <w:pPr>
        <w:pStyle w:val="Question"/>
        <w:keepNext/>
        <w:numPr>
          <w:ilvl w:val="0"/>
          <w:numId w:val="28"/>
        </w:numPr>
        <w:rPr>
          <w:b w:val="0"/>
          <w:bCs/>
          <w:color w:val="auto"/>
        </w:rPr>
      </w:pPr>
      <w:r w:rsidRPr="0011024B">
        <w:rPr>
          <w:color w:val="auto"/>
        </w:rPr>
        <w:t xml:space="preserve"> Describe</w:t>
      </w:r>
      <w:r w:rsidR="00852B42" w:rsidRPr="0011024B">
        <w:rPr>
          <w:color w:val="auto"/>
        </w:rPr>
        <w:t xml:space="preserve"> the</w:t>
      </w:r>
      <w:r w:rsidR="009428C0" w:rsidRPr="0011024B">
        <w:rPr>
          <w:color w:val="auto"/>
        </w:rPr>
        <w:t xml:space="preserve"> candidates the </w:t>
      </w:r>
      <w:r w:rsidR="004661D0" w:rsidRPr="0011024B">
        <w:rPr>
          <w:color w:val="auto"/>
        </w:rPr>
        <w:t>local school administrative unit</w:t>
      </w:r>
      <w:r w:rsidR="009428C0" w:rsidRPr="0011024B">
        <w:rPr>
          <w:color w:val="auto"/>
        </w:rPr>
        <w:t xml:space="preserve"> will target for teacher apprenticeship and why those candidates have been identified. Provide a detailed communication and recruitment strategy for how these candidates will be encouraged to accept a teacher apprenticeship before directly entering the teaching profession. Include a theory of action for why the district believes a teacher apprenticeship program will provide long benefits to candidates,</w:t>
      </w:r>
    </w:p>
    <w:p w14:paraId="1455DE47" w14:textId="77777777" w:rsidR="00DC2C28" w:rsidRPr="0011024B" w:rsidRDefault="00DC2C28" w:rsidP="00DC2C28">
      <w:pPr>
        <w:pStyle w:val="Question"/>
        <w:keepNext/>
        <w:ind w:left="360"/>
        <w:rPr>
          <w:b w:val="0"/>
          <w:bCs/>
          <w:color w:val="auto"/>
        </w:rPr>
      </w:pPr>
    </w:p>
    <w:p w14:paraId="4217B606" w14:textId="3C521638" w:rsidR="003B055E" w:rsidRPr="0011024B" w:rsidRDefault="00DC2C28" w:rsidP="00DC2C28">
      <w:pPr>
        <w:pStyle w:val="Question"/>
        <w:keepNext/>
        <w:numPr>
          <w:ilvl w:val="0"/>
          <w:numId w:val="28"/>
        </w:numPr>
        <w:rPr>
          <w:b w:val="0"/>
          <w:bCs/>
          <w:color w:val="auto"/>
        </w:rPr>
      </w:pPr>
      <w:r w:rsidRPr="0011024B">
        <w:rPr>
          <w:color w:val="auto"/>
        </w:rPr>
        <w:t>P</w:t>
      </w:r>
      <w:r w:rsidR="003B055E" w:rsidRPr="0011024B">
        <w:rPr>
          <w:bCs/>
          <w:color w:val="auto"/>
        </w:rPr>
        <w:t xml:space="preserve">rovide a statement affirming the </w:t>
      </w:r>
      <w:r w:rsidR="004661D0" w:rsidRPr="0011024B">
        <w:rPr>
          <w:color w:val="auto"/>
        </w:rPr>
        <w:t>local school administrative unit</w:t>
      </w:r>
      <w:r w:rsidR="004661D0" w:rsidRPr="0011024B">
        <w:rPr>
          <w:bCs/>
          <w:color w:val="auto"/>
        </w:rPr>
        <w:t xml:space="preserve"> </w:t>
      </w:r>
      <w:r w:rsidR="003B055E" w:rsidRPr="0011024B">
        <w:rPr>
          <w:bCs/>
          <w:color w:val="auto"/>
        </w:rPr>
        <w:t xml:space="preserve">will ensure that each apprentice meets at least the following requirements: </w:t>
      </w:r>
    </w:p>
    <w:p w14:paraId="4F9B3D51" w14:textId="23459DF6" w:rsidR="003B055E" w:rsidRPr="0011024B" w:rsidRDefault="003B055E" w:rsidP="00DC2C28">
      <w:pPr>
        <w:spacing w:after="40"/>
        <w:ind w:left="360"/>
        <w:rPr>
          <w:b/>
          <w:bCs/>
          <w:color w:val="auto"/>
        </w:rPr>
      </w:pPr>
      <w:r w:rsidRPr="0011024B">
        <w:rPr>
          <w:b/>
          <w:bCs/>
          <w:color w:val="auto"/>
        </w:rPr>
        <w:t>a. Holds a bachelor's degree</w:t>
      </w:r>
    </w:p>
    <w:p w14:paraId="0E78765B" w14:textId="2D9C3205" w:rsidR="003B055E" w:rsidRPr="0011024B" w:rsidRDefault="003B055E" w:rsidP="00DC2C28">
      <w:pPr>
        <w:spacing w:after="40"/>
        <w:ind w:left="360"/>
        <w:rPr>
          <w:b/>
          <w:bCs/>
          <w:color w:val="auto"/>
        </w:rPr>
      </w:pPr>
      <w:r w:rsidRPr="0011024B">
        <w:rPr>
          <w:b/>
          <w:bCs/>
          <w:color w:val="auto"/>
        </w:rPr>
        <w:t xml:space="preserve">b. Is not eligible to hold an initial professional license or continuing professional license. </w:t>
      </w:r>
    </w:p>
    <w:p w14:paraId="67382379" w14:textId="46DC29D6" w:rsidR="003B055E" w:rsidRPr="0011024B" w:rsidRDefault="003B055E" w:rsidP="00DC2C28">
      <w:pPr>
        <w:spacing w:after="40"/>
        <w:ind w:left="360"/>
        <w:rPr>
          <w:b/>
          <w:bCs/>
          <w:color w:val="auto"/>
        </w:rPr>
      </w:pPr>
      <w:r w:rsidRPr="0011024B">
        <w:rPr>
          <w:b/>
          <w:bCs/>
          <w:color w:val="auto"/>
        </w:rPr>
        <w:t xml:space="preserve">c. Does not serve as a teacher of record for any students. </w:t>
      </w:r>
    </w:p>
    <w:p w14:paraId="5ED64154" w14:textId="2CB7AC7F" w:rsidR="003B055E" w:rsidRPr="0011024B" w:rsidRDefault="003B055E" w:rsidP="00DC2C28">
      <w:pPr>
        <w:spacing w:after="40"/>
        <w:ind w:left="360"/>
        <w:rPr>
          <w:b/>
          <w:bCs/>
          <w:color w:val="auto"/>
        </w:rPr>
      </w:pPr>
      <w:r w:rsidRPr="0011024B">
        <w:rPr>
          <w:b/>
          <w:bCs/>
          <w:color w:val="auto"/>
        </w:rPr>
        <w:t xml:space="preserve">d. Is enrolled in an eligible educator preparation program. </w:t>
      </w:r>
    </w:p>
    <w:p w14:paraId="3006A978" w14:textId="08EF0977" w:rsidR="003B055E" w:rsidRPr="0011024B" w:rsidRDefault="003B055E" w:rsidP="00DC2C28">
      <w:pPr>
        <w:spacing w:after="40"/>
        <w:ind w:left="360"/>
        <w:rPr>
          <w:b/>
          <w:bCs/>
          <w:color w:val="auto"/>
        </w:rPr>
      </w:pPr>
      <w:r w:rsidRPr="0011024B">
        <w:rPr>
          <w:b/>
          <w:bCs/>
          <w:color w:val="auto"/>
        </w:rPr>
        <w:t xml:space="preserve">e. Submits a Free Application for Federal Student Aid (FAFSA) for each year in which the individual is employed as an apprentice. </w:t>
      </w:r>
    </w:p>
    <w:p w14:paraId="0451AF05" w14:textId="5C5A543B" w:rsidR="003B055E" w:rsidRPr="0011024B" w:rsidRDefault="003B055E" w:rsidP="00DC2C28">
      <w:pPr>
        <w:spacing w:after="40"/>
        <w:ind w:left="360"/>
        <w:rPr>
          <w:b/>
          <w:bCs/>
          <w:color w:val="auto"/>
        </w:rPr>
      </w:pPr>
      <w:r w:rsidRPr="0011024B">
        <w:rPr>
          <w:b/>
          <w:bCs/>
          <w:color w:val="auto"/>
        </w:rPr>
        <w:t xml:space="preserve">f. Does not engage in substitute teaching for more than eight hours per week. </w:t>
      </w:r>
    </w:p>
    <w:p w14:paraId="506310B6" w14:textId="77777777" w:rsidR="008C5C52" w:rsidRDefault="00852B42">
      <w:r>
        <w:br w:type="page"/>
      </w:r>
    </w:p>
    <w:p w14:paraId="0384EBD7" w14:textId="18BDEA5D" w:rsidR="008C5C52" w:rsidRDefault="00852B42">
      <w:pPr>
        <w:pStyle w:val="Heading2"/>
      </w:pPr>
      <w:r>
        <w:lastRenderedPageBreak/>
        <w:t xml:space="preserve">B6. </w:t>
      </w:r>
      <w:r w:rsidR="0011024B">
        <w:t xml:space="preserve">Partner </w:t>
      </w:r>
      <w:r>
        <w:t>Educator Preparation Programs</w:t>
      </w:r>
    </w:p>
    <w:p w14:paraId="1D5842CB" w14:textId="48159C5E" w:rsidR="008C5C52" w:rsidRDefault="008C5C52"/>
    <w:p w14:paraId="15846C40" w14:textId="48D4A7BC" w:rsidR="00540843" w:rsidRDefault="00540843" w:rsidP="00540843">
      <w:pPr>
        <w:pStyle w:val="ListParagraph"/>
        <w:numPr>
          <w:ilvl w:val="0"/>
          <w:numId w:val="15"/>
        </w:numPr>
        <w:rPr>
          <w:b/>
          <w:bCs/>
        </w:rPr>
      </w:pPr>
      <w:r>
        <w:rPr>
          <w:b/>
          <w:bCs/>
        </w:rPr>
        <w:t xml:space="preserve">In the table below, list eligible educator preparation programs the </w:t>
      </w:r>
      <w:r w:rsidR="002B0F7D">
        <w:rPr>
          <w:b/>
          <w:bCs/>
        </w:rPr>
        <w:t>local school administrative unit</w:t>
      </w:r>
      <w:r>
        <w:rPr>
          <w:b/>
          <w:bCs/>
        </w:rPr>
        <w:t xml:space="preserve"> will partner with for teacher apprenticeship coursework. </w:t>
      </w:r>
      <w:r w:rsidR="00FF6E9F">
        <w:rPr>
          <w:b/>
          <w:bCs/>
        </w:rPr>
        <w:t>Note: See NC GS 115C-269.65(4) for EPP eligibility requirements.</w:t>
      </w:r>
    </w:p>
    <w:p w14:paraId="6C795AEB" w14:textId="77777777" w:rsidR="00540843" w:rsidRPr="00540843" w:rsidRDefault="00540843" w:rsidP="00540843">
      <w:pPr>
        <w:pStyle w:val="ListParagraph"/>
        <w:rPr>
          <w:b/>
          <w:bCs/>
        </w:rPr>
      </w:pPr>
    </w:p>
    <w:tbl>
      <w:tblPr>
        <w:tblW w:w="0" w:type="auto"/>
        <w:jc w:val="center"/>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Layout w:type="fixed"/>
        <w:tblLook w:val="04A0" w:firstRow="1" w:lastRow="0" w:firstColumn="1" w:lastColumn="0" w:noHBand="0" w:noVBand="1"/>
      </w:tblPr>
      <w:tblGrid>
        <w:gridCol w:w="2232"/>
        <w:gridCol w:w="1080"/>
        <w:gridCol w:w="2160"/>
        <w:gridCol w:w="2016"/>
        <w:gridCol w:w="1800"/>
      </w:tblGrid>
      <w:tr w:rsidR="00FF6E9F" w14:paraId="2C0EB2C9" w14:textId="77777777">
        <w:trPr>
          <w:jc w:val="center"/>
        </w:trPr>
        <w:tc>
          <w:tcPr>
            <w:tcW w:w="2232" w:type="dxa"/>
            <w:shd w:val="clear" w:color="auto" w:fill="173F6B"/>
            <w:tcMar>
              <w:top w:w="80" w:type="dxa"/>
              <w:left w:w="90" w:type="dxa"/>
              <w:bottom w:w="80" w:type="dxa"/>
              <w:right w:w="90" w:type="dxa"/>
            </w:tcMar>
            <w:vAlign w:val="center"/>
          </w:tcPr>
          <w:p w14:paraId="5E071540" w14:textId="77777777" w:rsidR="00FF6E9F" w:rsidRDefault="00FF6E9F">
            <w:pPr>
              <w:pStyle w:val="TableHeader"/>
              <w:jc w:val="center"/>
            </w:pPr>
            <w:r>
              <w:rPr>
                <w:b w:val="0"/>
              </w:rPr>
              <w:t>EPP legal name</w:t>
            </w:r>
          </w:p>
        </w:tc>
        <w:tc>
          <w:tcPr>
            <w:tcW w:w="1080" w:type="dxa"/>
            <w:shd w:val="clear" w:color="auto" w:fill="173F6B"/>
            <w:tcMar>
              <w:top w:w="80" w:type="dxa"/>
              <w:left w:w="90" w:type="dxa"/>
              <w:bottom w:w="80" w:type="dxa"/>
              <w:right w:w="90" w:type="dxa"/>
            </w:tcMar>
            <w:vAlign w:val="center"/>
          </w:tcPr>
          <w:p w14:paraId="50C7183C" w14:textId="77777777" w:rsidR="00FF6E9F" w:rsidRDefault="00FF6E9F">
            <w:pPr>
              <w:pStyle w:val="TableHeader"/>
              <w:jc w:val="center"/>
            </w:pPr>
            <w:r>
              <w:rPr>
                <w:b w:val="0"/>
              </w:rPr>
              <w:t>IHE or PSU</w:t>
            </w:r>
          </w:p>
        </w:tc>
        <w:tc>
          <w:tcPr>
            <w:tcW w:w="2160" w:type="dxa"/>
            <w:shd w:val="clear" w:color="auto" w:fill="173F6B"/>
            <w:tcMar>
              <w:top w:w="80" w:type="dxa"/>
              <w:left w:w="90" w:type="dxa"/>
              <w:bottom w:w="80" w:type="dxa"/>
              <w:right w:w="90" w:type="dxa"/>
            </w:tcMar>
            <w:vAlign w:val="center"/>
          </w:tcPr>
          <w:p w14:paraId="7F33A6F7" w14:textId="77777777" w:rsidR="00FF6E9F" w:rsidRDefault="00FF6E9F">
            <w:pPr>
              <w:pStyle w:val="TableHeader"/>
              <w:jc w:val="center"/>
            </w:pPr>
            <w:r>
              <w:rPr>
                <w:b w:val="0"/>
              </w:rPr>
              <w:t>Program / licensure area</w:t>
            </w:r>
          </w:p>
        </w:tc>
        <w:tc>
          <w:tcPr>
            <w:tcW w:w="2016" w:type="dxa"/>
            <w:shd w:val="clear" w:color="auto" w:fill="173F6B"/>
            <w:tcMar>
              <w:top w:w="80" w:type="dxa"/>
              <w:left w:w="90" w:type="dxa"/>
              <w:bottom w:w="80" w:type="dxa"/>
              <w:right w:w="90" w:type="dxa"/>
            </w:tcMar>
            <w:vAlign w:val="center"/>
          </w:tcPr>
          <w:p w14:paraId="7B993EAD" w14:textId="5F21574D" w:rsidR="00FF6E9F" w:rsidRDefault="00FF6E9F">
            <w:pPr>
              <w:pStyle w:val="TableHeader"/>
              <w:jc w:val="center"/>
            </w:pPr>
            <w:r>
              <w:rPr>
                <w:b w:val="0"/>
              </w:rPr>
              <w:t>Status (Confirmed/Pending)</w:t>
            </w:r>
          </w:p>
        </w:tc>
        <w:tc>
          <w:tcPr>
            <w:tcW w:w="1800" w:type="dxa"/>
            <w:shd w:val="clear" w:color="auto" w:fill="173F6B"/>
            <w:tcMar>
              <w:top w:w="80" w:type="dxa"/>
              <w:left w:w="90" w:type="dxa"/>
              <w:bottom w:w="80" w:type="dxa"/>
              <w:right w:w="90" w:type="dxa"/>
            </w:tcMar>
            <w:vAlign w:val="center"/>
          </w:tcPr>
          <w:p w14:paraId="41065C46" w14:textId="43045E59" w:rsidR="00FF6E9F" w:rsidRDefault="00FF6E9F">
            <w:pPr>
              <w:pStyle w:val="TableHeader"/>
              <w:jc w:val="center"/>
            </w:pPr>
            <w:r>
              <w:rPr>
                <w:b w:val="0"/>
              </w:rPr>
              <w:t>Documentation Type (attach to application)</w:t>
            </w:r>
          </w:p>
        </w:tc>
      </w:tr>
      <w:tr w:rsidR="00FF6E9F" w14:paraId="336FE1FC" w14:textId="77777777">
        <w:trPr>
          <w:jc w:val="center"/>
        </w:trPr>
        <w:tc>
          <w:tcPr>
            <w:tcW w:w="2232" w:type="dxa"/>
            <w:tcMar>
              <w:top w:w="80" w:type="dxa"/>
              <w:left w:w="90" w:type="dxa"/>
              <w:bottom w:w="80" w:type="dxa"/>
              <w:right w:w="90" w:type="dxa"/>
            </w:tcMar>
            <w:vAlign w:val="center"/>
          </w:tcPr>
          <w:p w14:paraId="4AED9C31" w14:textId="77777777" w:rsidR="00FF6E9F" w:rsidRDefault="00FF6E9F">
            <w:pPr>
              <w:pStyle w:val="TableText"/>
            </w:pPr>
          </w:p>
        </w:tc>
        <w:tc>
          <w:tcPr>
            <w:tcW w:w="1080" w:type="dxa"/>
            <w:tcMar>
              <w:top w:w="80" w:type="dxa"/>
              <w:left w:w="90" w:type="dxa"/>
              <w:bottom w:w="80" w:type="dxa"/>
              <w:right w:w="90" w:type="dxa"/>
            </w:tcMar>
            <w:vAlign w:val="center"/>
          </w:tcPr>
          <w:p w14:paraId="188DCF1B" w14:textId="77777777" w:rsidR="00FF6E9F" w:rsidRDefault="00FF6E9F">
            <w:pPr>
              <w:pStyle w:val="TableText"/>
            </w:pPr>
          </w:p>
        </w:tc>
        <w:tc>
          <w:tcPr>
            <w:tcW w:w="2160" w:type="dxa"/>
            <w:tcMar>
              <w:top w:w="80" w:type="dxa"/>
              <w:left w:w="90" w:type="dxa"/>
              <w:bottom w:w="80" w:type="dxa"/>
              <w:right w:w="90" w:type="dxa"/>
            </w:tcMar>
            <w:vAlign w:val="center"/>
          </w:tcPr>
          <w:p w14:paraId="59D967D9" w14:textId="77777777" w:rsidR="00FF6E9F" w:rsidRDefault="00FF6E9F">
            <w:pPr>
              <w:pStyle w:val="TableText"/>
            </w:pPr>
          </w:p>
        </w:tc>
        <w:tc>
          <w:tcPr>
            <w:tcW w:w="2016" w:type="dxa"/>
            <w:tcMar>
              <w:top w:w="80" w:type="dxa"/>
              <w:left w:w="90" w:type="dxa"/>
              <w:bottom w:w="80" w:type="dxa"/>
              <w:right w:w="90" w:type="dxa"/>
            </w:tcMar>
            <w:vAlign w:val="center"/>
          </w:tcPr>
          <w:p w14:paraId="0471E878" w14:textId="77777777" w:rsidR="00FF6E9F" w:rsidRDefault="00FF6E9F">
            <w:pPr>
              <w:pStyle w:val="TableText"/>
            </w:pPr>
          </w:p>
        </w:tc>
        <w:tc>
          <w:tcPr>
            <w:tcW w:w="1800" w:type="dxa"/>
            <w:tcMar>
              <w:top w:w="80" w:type="dxa"/>
              <w:left w:w="90" w:type="dxa"/>
              <w:bottom w:w="80" w:type="dxa"/>
              <w:right w:w="90" w:type="dxa"/>
            </w:tcMar>
            <w:vAlign w:val="center"/>
          </w:tcPr>
          <w:p w14:paraId="20F00801" w14:textId="77777777" w:rsidR="00FF6E9F" w:rsidRDefault="00FF6E9F">
            <w:pPr>
              <w:pStyle w:val="TableText"/>
            </w:pPr>
          </w:p>
        </w:tc>
      </w:tr>
      <w:tr w:rsidR="00FF6E9F" w14:paraId="32B414ED" w14:textId="77777777">
        <w:trPr>
          <w:jc w:val="center"/>
        </w:trPr>
        <w:tc>
          <w:tcPr>
            <w:tcW w:w="2232" w:type="dxa"/>
            <w:tcMar>
              <w:top w:w="80" w:type="dxa"/>
              <w:left w:w="90" w:type="dxa"/>
              <w:bottom w:w="80" w:type="dxa"/>
              <w:right w:w="90" w:type="dxa"/>
            </w:tcMar>
            <w:vAlign w:val="center"/>
          </w:tcPr>
          <w:p w14:paraId="663D4F4B" w14:textId="77777777" w:rsidR="00FF6E9F" w:rsidRDefault="00FF6E9F">
            <w:pPr>
              <w:pStyle w:val="TableText"/>
            </w:pPr>
          </w:p>
        </w:tc>
        <w:tc>
          <w:tcPr>
            <w:tcW w:w="1080" w:type="dxa"/>
            <w:tcMar>
              <w:top w:w="80" w:type="dxa"/>
              <w:left w:w="90" w:type="dxa"/>
              <w:bottom w:w="80" w:type="dxa"/>
              <w:right w:w="90" w:type="dxa"/>
            </w:tcMar>
            <w:vAlign w:val="center"/>
          </w:tcPr>
          <w:p w14:paraId="5917ECC7" w14:textId="77777777" w:rsidR="00FF6E9F" w:rsidRDefault="00FF6E9F">
            <w:pPr>
              <w:pStyle w:val="TableText"/>
            </w:pPr>
          </w:p>
        </w:tc>
        <w:tc>
          <w:tcPr>
            <w:tcW w:w="2160" w:type="dxa"/>
            <w:tcMar>
              <w:top w:w="80" w:type="dxa"/>
              <w:left w:w="90" w:type="dxa"/>
              <w:bottom w:w="80" w:type="dxa"/>
              <w:right w:w="90" w:type="dxa"/>
            </w:tcMar>
            <w:vAlign w:val="center"/>
          </w:tcPr>
          <w:p w14:paraId="7F77F985" w14:textId="77777777" w:rsidR="00FF6E9F" w:rsidRDefault="00FF6E9F">
            <w:pPr>
              <w:pStyle w:val="TableText"/>
            </w:pPr>
          </w:p>
        </w:tc>
        <w:tc>
          <w:tcPr>
            <w:tcW w:w="2016" w:type="dxa"/>
            <w:tcMar>
              <w:top w:w="80" w:type="dxa"/>
              <w:left w:w="90" w:type="dxa"/>
              <w:bottom w:w="80" w:type="dxa"/>
              <w:right w:w="90" w:type="dxa"/>
            </w:tcMar>
            <w:vAlign w:val="center"/>
          </w:tcPr>
          <w:p w14:paraId="38AC6BE9" w14:textId="77777777" w:rsidR="00FF6E9F" w:rsidRDefault="00FF6E9F">
            <w:pPr>
              <w:pStyle w:val="TableText"/>
            </w:pPr>
          </w:p>
        </w:tc>
        <w:tc>
          <w:tcPr>
            <w:tcW w:w="1800" w:type="dxa"/>
            <w:tcMar>
              <w:top w:w="80" w:type="dxa"/>
              <w:left w:w="90" w:type="dxa"/>
              <w:bottom w:w="80" w:type="dxa"/>
              <w:right w:w="90" w:type="dxa"/>
            </w:tcMar>
            <w:vAlign w:val="center"/>
          </w:tcPr>
          <w:p w14:paraId="49B4A894" w14:textId="77777777" w:rsidR="00FF6E9F" w:rsidRDefault="00FF6E9F">
            <w:pPr>
              <w:pStyle w:val="TableText"/>
            </w:pPr>
          </w:p>
        </w:tc>
      </w:tr>
      <w:tr w:rsidR="00FF6E9F" w14:paraId="0237C777" w14:textId="77777777">
        <w:trPr>
          <w:jc w:val="center"/>
        </w:trPr>
        <w:tc>
          <w:tcPr>
            <w:tcW w:w="2232" w:type="dxa"/>
            <w:tcMar>
              <w:top w:w="80" w:type="dxa"/>
              <w:left w:w="90" w:type="dxa"/>
              <w:bottom w:w="80" w:type="dxa"/>
              <w:right w:w="90" w:type="dxa"/>
            </w:tcMar>
            <w:vAlign w:val="center"/>
          </w:tcPr>
          <w:p w14:paraId="149A828B" w14:textId="77777777" w:rsidR="00FF6E9F" w:rsidRDefault="00FF6E9F">
            <w:pPr>
              <w:pStyle w:val="TableText"/>
            </w:pPr>
          </w:p>
        </w:tc>
        <w:tc>
          <w:tcPr>
            <w:tcW w:w="1080" w:type="dxa"/>
            <w:tcMar>
              <w:top w:w="80" w:type="dxa"/>
              <w:left w:w="90" w:type="dxa"/>
              <w:bottom w:w="80" w:type="dxa"/>
              <w:right w:w="90" w:type="dxa"/>
            </w:tcMar>
            <w:vAlign w:val="center"/>
          </w:tcPr>
          <w:p w14:paraId="068EC13A" w14:textId="77777777" w:rsidR="00FF6E9F" w:rsidRDefault="00FF6E9F">
            <w:pPr>
              <w:pStyle w:val="TableText"/>
            </w:pPr>
          </w:p>
        </w:tc>
        <w:tc>
          <w:tcPr>
            <w:tcW w:w="2160" w:type="dxa"/>
            <w:tcMar>
              <w:top w:w="80" w:type="dxa"/>
              <w:left w:w="90" w:type="dxa"/>
              <w:bottom w:w="80" w:type="dxa"/>
              <w:right w:w="90" w:type="dxa"/>
            </w:tcMar>
            <w:vAlign w:val="center"/>
          </w:tcPr>
          <w:p w14:paraId="28268B79" w14:textId="77777777" w:rsidR="00FF6E9F" w:rsidRDefault="00FF6E9F">
            <w:pPr>
              <w:pStyle w:val="TableText"/>
            </w:pPr>
          </w:p>
        </w:tc>
        <w:tc>
          <w:tcPr>
            <w:tcW w:w="2016" w:type="dxa"/>
            <w:tcMar>
              <w:top w:w="80" w:type="dxa"/>
              <w:left w:w="90" w:type="dxa"/>
              <w:bottom w:w="80" w:type="dxa"/>
              <w:right w:w="90" w:type="dxa"/>
            </w:tcMar>
            <w:vAlign w:val="center"/>
          </w:tcPr>
          <w:p w14:paraId="69C16B6F" w14:textId="77777777" w:rsidR="00FF6E9F" w:rsidRDefault="00FF6E9F">
            <w:pPr>
              <w:pStyle w:val="TableText"/>
            </w:pPr>
          </w:p>
        </w:tc>
        <w:tc>
          <w:tcPr>
            <w:tcW w:w="1800" w:type="dxa"/>
            <w:tcMar>
              <w:top w:w="80" w:type="dxa"/>
              <w:left w:w="90" w:type="dxa"/>
              <w:bottom w:w="80" w:type="dxa"/>
              <w:right w:w="90" w:type="dxa"/>
            </w:tcMar>
            <w:vAlign w:val="center"/>
          </w:tcPr>
          <w:p w14:paraId="3C43704B" w14:textId="77777777" w:rsidR="00FF6E9F" w:rsidRDefault="00FF6E9F">
            <w:pPr>
              <w:pStyle w:val="TableText"/>
            </w:pPr>
          </w:p>
        </w:tc>
      </w:tr>
    </w:tbl>
    <w:p w14:paraId="102A2BF8" w14:textId="77777777" w:rsidR="00540843" w:rsidRDefault="00540843">
      <w:pPr>
        <w:pStyle w:val="Question"/>
        <w:keepNext/>
      </w:pPr>
    </w:p>
    <w:p w14:paraId="55E69ACF" w14:textId="71A02938" w:rsidR="008C5C52" w:rsidRPr="0011024B" w:rsidRDefault="00852B42" w:rsidP="00540843">
      <w:pPr>
        <w:pStyle w:val="Question"/>
        <w:keepNext/>
        <w:numPr>
          <w:ilvl w:val="0"/>
          <w:numId w:val="15"/>
        </w:numPr>
        <w:rPr>
          <w:color w:val="auto"/>
        </w:rPr>
      </w:pPr>
      <w:r w:rsidRPr="0011024B">
        <w:rPr>
          <w:color w:val="auto"/>
        </w:rPr>
        <w:t xml:space="preserve"> Describe how each listed EPP will support </w:t>
      </w:r>
      <w:r w:rsidR="00540843" w:rsidRPr="0011024B">
        <w:rPr>
          <w:color w:val="auto"/>
        </w:rPr>
        <w:t xml:space="preserve">apprentices through EPP </w:t>
      </w:r>
      <w:r w:rsidRPr="0011024B">
        <w:rPr>
          <w:color w:val="auto"/>
        </w:rPr>
        <w:t>enrollment, advising, related instruction</w:t>
      </w:r>
      <w:r w:rsidR="00540843" w:rsidRPr="0011024B">
        <w:rPr>
          <w:color w:val="auto"/>
        </w:rPr>
        <w:t>/coursework</w:t>
      </w:r>
      <w:r w:rsidRPr="0011024B">
        <w:rPr>
          <w:color w:val="auto"/>
        </w:rPr>
        <w:t>, clinical/apprenticeship alignment, required subject-specific content courses, and candidate completion.</w:t>
      </w:r>
      <w:r w:rsidR="00540843" w:rsidRPr="0011024B">
        <w:rPr>
          <w:color w:val="auto"/>
        </w:rPr>
        <w:t xml:space="preserve"> Explain how EPPs will ensure that apprenticeship activities enable apprentices to meaningfully progress towards full teacher licensure. </w:t>
      </w:r>
    </w:p>
    <w:p w14:paraId="10AC5B9A" w14:textId="77777777" w:rsidR="00FF6E9F" w:rsidRDefault="00FF6E9F" w:rsidP="00FF6E9F">
      <w:pPr>
        <w:pStyle w:val="Question"/>
        <w:keepNext/>
      </w:pPr>
    </w:p>
    <w:p w14:paraId="01C7034F" w14:textId="77777777" w:rsidR="00FF6E9F" w:rsidRDefault="00FF6E9F" w:rsidP="00FF6E9F">
      <w:pPr>
        <w:pStyle w:val="Question"/>
        <w:keepNext/>
      </w:pPr>
    </w:p>
    <w:p w14:paraId="24E124D2" w14:textId="77777777" w:rsidR="00FF6E9F" w:rsidRDefault="00FF6E9F" w:rsidP="00FF6E9F">
      <w:pPr>
        <w:pStyle w:val="Question"/>
        <w:keepNext/>
      </w:pPr>
    </w:p>
    <w:p w14:paraId="12F95C78" w14:textId="77777777" w:rsidR="00FF6E9F" w:rsidRDefault="00FF6E9F" w:rsidP="00FF6E9F">
      <w:pPr>
        <w:pStyle w:val="Question"/>
        <w:keepNext/>
      </w:pPr>
    </w:p>
    <w:p w14:paraId="29092F00" w14:textId="77777777" w:rsidR="00FF6E9F" w:rsidRDefault="00FF6E9F" w:rsidP="00FF6E9F">
      <w:pPr>
        <w:pStyle w:val="Question"/>
        <w:keepNext/>
      </w:pPr>
    </w:p>
    <w:p w14:paraId="67728BB9" w14:textId="77777777" w:rsidR="00FF6E9F" w:rsidRDefault="00FF6E9F" w:rsidP="00FF6E9F">
      <w:pPr>
        <w:pStyle w:val="Question"/>
        <w:keepNext/>
      </w:pPr>
    </w:p>
    <w:p w14:paraId="02846A7A" w14:textId="77777777" w:rsidR="00FF6E9F" w:rsidRDefault="00FF6E9F" w:rsidP="00FF6E9F">
      <w:pPr>
        <w:pStyle w:val="Question"/>
        <w:keepNext/>
      </w:pPr>
    </w:p>
    <w:p w14:paraId="6013165A" w14:textId="77777777" w:rsidR="00FF6E9F" w:rsidRDefault="00FF6E9F" w:rsidP="00FF6E9F">
      <w:pPr>
        <w:pStyle w:val="Question"/>
        <w:keepNext/>
      </w:pPr>
    </w:p>
    <w:p w14:paraId="37B52580" w14:textId="77777777" w:rsidR="00FF6E9F" w:rsidRDefault="00FF6E9F" w:rsidP="00FF6E9F">
      <w:pPr>
        <w:pStyle w:val="Question"/>
        <w:keepNext/>
      </w:pPr>
    </w:p>
    <w:p w14:paraId="47D19A4F" w14:textId="77777777" w:rsidR="00FF6E9F" w:rsidRDefault="00FF6E9F" w:rsidP="00FF6E9F">
      <w:pPr>
        <w:pStyle w:val="Question"/>
        <w:keepNext/>
      </w:pPr>
    </w:p>
    <w:p w14:paraId="24EAC067" w14:textId="77777777" w:rsidR="00FF6E9F" w:rsidRDefault="00FF6E9F" w:rsidP="00FF6E9F">
      <w:pPr>
        <w:pStyle w:val="Question"/>
        <w:keepNext/>
      </w:pPr>
    </w:p>
    <w:p w14:paraId="30333DF5" w14:textId="77777777" w:rsidR="00FF6E9F" w:rsidRDefault="00FF6E9F" w:rsidP="00FF6E9F">
      <w:pPr>
        <w:pStyle w:val="Question"/>
        <w:keepNext/>
      </w:pPr>
    </w:p>
    <w:p w14:paraId="02E1728A" w14:textId="77777777" w:rsidR="00FF6E9F" w:rsidRDefault="00FF6E9F" w:rsidP="00FF6E9F">
      <w:pPr>
        <w:pStyle w:val="Question"/>
        <w:keepNext/>
      </w:pPr>
    </w:p>
    <w:p w14:paraId="2B13A5A7" w14:textId="77777777" w:rsidR="00FF6E9F" w:rsidRDefault="00FF6E9F" w:rsidP="00FF6E9F">
      <w:pPr>
        <w:pStyle w:val="Question"/>
        <w:keepNext/>
      </w:pPr>
    </w:p>
    <w:p w14:paraId="023B5E1D" w14:textId="77777777" w:rsidR="00FF6E9F" w:rsidRDefault="00FF6E9F" w:rsidP="00FF6E9F">
      <w:pPr>
        <w:pStyle w:val="Question"/>
        <w:keepNext/>
      </w:pPr>
    </w:p>
    <w:p w14:paraId="4FC759E0" w14:textId="77777777" w:rsidR="00FF6E9F" w:rsidRDefault="00FF6E9F" w:rsidP="00FF6E9F">
      <w:pPr>
        <w:pStyle w:val="Question"/>
        <w:keepNext/>
      </w:pPr>
    </w:p>
    <w:p w14:paraId="18A0120A" w14:textId="77777777" w:rsidR="00FF6E9F" w:rsidRDefault="00FF6E9F" w:rsidP="00FF6E9F">
      <w:pPr>
        <w:pStyle w:val="Question"/>
        <w:keepNext/>
      </w:pPr>
    </w:p>
    <w:p w14:paraId="7DFFB31B" w14:textId="77777777" w:rsidR="00FF6E9F" w:rsidRDefault="00FF6E9F" w:rsidP="00FF6E9F">
      <w:pPr>
        <w:pStyle w:val="Question"/>
        <w:keepNext/>
      </w:pPr>
    </w:p>
    <w:p w14:paraId="2E5EC95A" w14:textId="176B1E54" w:rsidR="008C5C52" w:rsidRDefault="008C5C52">
      <w:pPr>
        <w:spacing w:after="40"/>
      </w:pPr>
    </w:p>
    <w:p w14:paraId="55DD6BDF" w14:textId="77777777" w:rsidR="0011024B" w:rsidRDefault="0011024B">
      <w:pPr>
        <w:spacing w:after="40"/>
      </w:pPr>
    </w:p>
    <w:p w14:paraId="1108F294" w14:textId="77777777" w:rsidR="0011024B" w:rsidRDefault="0011024B">
      <w:pPr>
        <w:spacing w:after="40"/>
      </w:pPr>
    </w:p>
    <w:p w14:paraId="2C5960E3" w14:textId="77777777" w:rsidR="0011024B" w:rsidRDefault="0011024B">
      <w:pPr>
        <w:spacing w:after="40"/>
      </w:pPr>
    </w:p>
    <w:p w14:paraId="5C7BDAE3" w14:textId="77777777" w:rsidR="0011024B" w:rsidRDefault="0011024B">
      <w:pPr>
        <w:spacing w:after="40"/>
      </w:pPr>
    </w:p>
    <w:tbl>
      <w:tblPr>
        <w:tblW w:w="0" w:type="auto"/>
        <w:jc w:val="center"/>
        <w:tblLayout w:type="fixed"/>
        <w:tblLook w:val="04A0" w:firstRow="1" w:lastRow="0" w:firstColumn="1" w:lastColumn="0" w:noHBand="0" w:noVBand="1"/>
      </w:tblPr>
      <w:tblGrid>
        <w:gridCol w:w="10282"/>
      </w:tblGrid>
      <w:tr w:rsidR="008C5C52" w14:paraId="321A188D" w14:textId="77777777">
        <w:trPr>
          <w:jc w:val="center"/>
        </w:trPr>
        <w:tc>
          <w:tcPr>
            <w:tcW w:w="10282" w:type="dxa"/>
            <w:shd w:val="clear" w:color="auto" w:fill="EAF3E4"/>
            <w:tcMar>
              <w:top w:w="100" w:type="dxa"/>
              <w:left w:w="120" w:type="dxa"/>
              <w:bottom w:w="100" w:type="dxa"/>
              <w:right w:w="120" w:type="dxa"/>
            </w:tcMar>
          </w:tcPr>
          <w:p w14:paraId="0EA73D09" w14:textId="77777777" w:rsidR="0011024B" w:rsidRDefault="0011024B">
            <w:r>
              <w:t xml:space="preserve">FOR </w:t>
            </w:r>
            <w:r w:rsidR="00852B42">
              <w:t xml:space="preserve">NCDPI USE ONLY — Statutory strategy finding:  </w:t>
            </w:r>
          </w:p>
          <w:p w14:paraId="055F3FAA" w14:textId="14AB6751" w:rsidR="008C5C52" w:rsidRDefault="00852B42" w:rsidP="0011024B">
            <w:pPr>
              <w:jc w:val="center"/>
            </w:pPr>
            <w:r>
              <w:t>☐ All six elements clearly addressed   ☐ Curable omission / clarification needed   ☐ Noncompliant</w:t>
            </w:r>
          </w:p>
        </w:tc>
      </w:tr>
    </w:tbl>
    <w:p w14:paraId="2E2CB11D" w14:textId="77777777" w:rsidR="008C5C52" w:rsidRDefault="00852B42">
      <w:r>
        <w:br w:type="page"/>
      </w:r>
    </w:p>
    <w:p w14:paraId="10B81D85" w14:textId="77777777" w:rsidR="00BF6D7F" w:rsidRDefault="00BF6D7F">
      <w:pPr>
        <w:pStyle w:val="Heading1"/>
      </w:pPr>
    </w:p>
    <w:p w14:paraId="001431B7" w14:textId="77777777" w:rsidR="00BF6D7F" w:rsidRDefault="00BF6D7F">
      <w:pPr>
        <w:pStyle w:val="Heading1"/>
      </w:pPr>
    </w:p>
    <w:p w14:paraId="636C13B1" w14:textId="175B0A07" w:rsidR="00C761D0" w:rsidRDefault="008849C9" w:rsidP="00C761D0">
      <w:pPr>
        <w:pStyle w:val="Heading1"/>
        <w:jc w:val="center"/>
        <w:rPr>
          <w:sz w:val="96"/>
          <w:szCs w:val="96"/>
        </w:rPr>
      </w:pPr>
      <w:r>
        <w:rPr>
          <w:sz w:val="96"/>
          <w:szCs w:val="96"/>
        </w:rPr>
        <w:t>End of Required Portion of Application.</w:t>
      </w:r>
    </w:p>
    <w:p w14:paraId="5B02D966" w14:textId="77777777" w:rsidR="00C761D0" w:rsidRDefault="00C761D0" w:rsidP="00C761D0">
      <w:pPr>
        <w:pStyle w:val="Heading1"/>
        <w:jc w:val="center"/>
        <w:rPr>
          <w:sz w:val="96"/>
          <w:szCs w:val="96"/>
        </w:rPr>
      </w:pPr>
    </w:p>
    <w:p w14:paraId="721BF60E" w14:textId="443C5E84" w:rsidR="00BF6D7F" w:rsidRPr="008849C9" w:rsidRDefault="008849C9" w:rsidP="00C761D0">
      <w:pPr>
        <w:pStyle w:val="Heading1"/>
        <w:jc w:val="center"/>
        <w:rPr>
          <w:sz w:val="96"/>
          <w:szCs w:val="96"/>
        </w:rPr>
      </w:pPr>
      <w:r>
        <w:rPr>
          <w:sz w:val="96"/>
          <w:szCs w:val="96"/>
        </w:rPr>
        <w:t>Sections C and D may be completed if information is available but will not affect</w:t>
      </w:r>
      <w:r w:rsidR="00AB64A4">
        <w:rPr>
          <w:sz w:val="96"/>
          <w:szCs w:val="96"/>
        </w:rPr>
        <w:t xml:space="preserve"> approval if no response is provided.</w:t>
      </w:r>
    </w:p>
    <w:p w14:paraId="6F6586FF" w14:textId="77777777" w:rsidR="00BF6D7F" w:rsidRDefault="00BF6D7F">
      <w:pPr>
        <w:pStyle w:val="Heading1"/>
      </w:pPr>
    </w:p>
    <w:p w14:paraId="7A2B0C8A" w14:textId="77777777" w:rsidR="00BF6D7F" w:rsidRDefault="00BF6D7F">
      <w:pPr>
        <w:pStyle w:val="Heading1"/>
      </w:pPr>
    </w:p>
    <w:p w14:paraId="1AE418D2" w14:textId="77777777" w:rsidR="00BF6D7F" w:rsidRDefault="00BF6D7F">
      <w:pPr>
        <w:pStyle w:val="Heading1"/>
      </w:pPr>
    </w:p>
    <w:p w14:paraId="2BE3A3C9" w14:textId="77777777" w:rsidR="00BF6D7F" w:rsidRDefault="00BF6D7F">
      <w:pPr>
        <w:pStyle w:val="Heading1"/>
      </w:pPr>
    </w:p>
    <w:p w14:paraId="039381DA" w14:textId="5F71386C" w:rsidR="008C5C52" w:rsidRDefault="00852B42">
      <w:pPr>
        <w:pStyle w:val="Heading1"/>
      </w:pPr>
      <w:r>
        <w:lastRenderedPageBreak/>
        <w:t xml:space="preserve">Part C. </w:t>
      </w:r>
      <w:proofErr w:type="spellStart"/>
      <w:r>
        <w:t>TeachReadyNC</w:t>
      </w:r>
      <w:proofErr w:type="spellEnd"/>
      <w:r>
        <w:t xml:space="preserve"> Grant Request</w:t>
      </w:r>
    </w:p>
    <w:p w14:paraId="4CE93347" w14:textId="77777777" w:rsidR="008C5C52" w:rsidRDefault="008C5C52">
      <w:pPr>
        <w:pBdr>
          <w:bottom w:val="single" w:sz="10" w:space="1" w:color="315F98"/>
        </w:pBdr>
        <w:spacing w:after="40"/>
      </w:pPr>
    </w:p>
    <w:tbl>
      <w:tblPr>
        <w:tblW w:w="0" w:type="auto"/>
        <w:jc w:val="center"/>
        <w:tblLayout w:type="fixed"/>
        <w:tblLook w:val="04A0" w:firstRow="1" w:lastRow="0" w:firstColumn="1" w:lastColumn="0" w:noHBand="0" w:noVBand="1"/>
      </w:tblPr>
      <w:tblGrid>
        <w:gridCol w:w="10282"/>
      </w:tblGrid>
      <w:tr w:rsidR="008C5C52" w14:paraId="0C880F2B" w14:textId="77777777">
        <w:trPr>
          <w:jc w:val="center"/>
        </w:trPr>
        <w:tc>
          <w:tcPr>
            <w:tcW w:w="10282" w:type="dxa"/>
            <w:shd w:val="clear" w:color="auto" w:fill="FFF1CC"/>
            <w:tcMar>
              <w:top w:w="100" w:type="dxa"/>
              <w:left w:w="120" w:type="dxa"/>
              <w:bottom w:w="100" w:type="dxa"/>
              <w:right w:w="120" w:type="dxa"/>
            </w:tcMar>
          </w:tcPr>
          <w:p w14:paraId="296115A4" w14:textId="77777777" w:rsidR="008C5C52" w:rsidRDefault="00852B42">
            <w:r>
              <w:rPr>
                <w:b/>
              </w:rPr>
              <w:t>GRANT ALLOCATION — SEPARATE FROM PROGRAM APPROVAL.</w:t>
            </w:r>
            <w:r>
              <w:t xml:space="preserve"> Complete this part only if requesting </w:t>
            </w:r>
            <w:proofErr w:type="spellStart"/>
            <w:r>
              <w:t>TeachReadyNC</w:t>
            </w:r>
            <w:proofErr w:type="spellEnd"/>
            <w:r>
              <w:t xml:space="preserve"> State funds. Approval of the apprenticeship program does not guarantee funding for every requested apprentice position.</w:t>
            </w:r>
          </w:p>
        </w:tc>
      </w:tr>
    </w:tbl>
    <w:p w14:paraId="61174A02" w14:textId="77777777" w:rsidR="00742B2A" w:rsidRDefault="00742B2A">
      <w:pPr>
        <w:rPr>
          <w:b/>
          <w:bCs/>
        </w:rPr>
      </w:pPr>
    </w:p>
    <w:p w14:paraId="1500055A" w14:textId="3B4855FB" w:rsidR="006B15E5" w:rsidRPr="006B15E5" w:rsidRDefault="006B15E5">
      <w:pPr>
        <w:rPr>
          <w:b/>
          <w:bCs/>
        </w:rPr>
      </w:pPr>
      <w:r>
        <w:rPr>
          <w:b/>
          <w:bCs/>
        </w:rPr>
        <w:t>In the table below, provid</w:t>
      </w:r>
      <w:r w:rsidR="003D60C3">
        <w:rPr>
          <w:b/>
          <w:bCs/>
        </w:rPr>
        <w:t xml:space="preserve">e information on each Apprentice position the local school administrative unit will request funds for and the </w:t>
      </w:r>
      <w:r w:rsidR="00742B2A">
        <w:rPr>
          <w:b/>
          <w:bCs/>
        </w:rPr>
        <w:t>amount of funds requested in each available funding category.</w:t>
      </w:r>
    </w:p>
    <w:p w14:paraId="5ABAAF40" w14:textId="5E866999" w:rsidR="008C5C52" w:rsidRPr="00742B2A" w:rsidRDefault="006B15E5">
      <w:pPr>
        <w:rPr>
          <w:i/>
          <w:iCs/>
        </w:rPr>
      </w:pPr>
      <w:r w:rsidRPr="00742B2A">
        <w:rPr>
          <w:i/>
          <w:iCs/>
        </w:rPr>
        <w:t xml:space="preserve">Note: </w:t>
      </w:r>
      <w:r w:rsidR="00852B42" w:rsidRPr="00742B2A">
        <w:rPr>
          <w:i/>
          <w:iCs/>
        </w:rPr>
        <w:t xml:space="preserve">Maximum annual </w:t>
      </w:r>
      <w:proofErr w:type="spellStart"/>
      <w:r w:rsidR="003B055E" w:rsidRPr="00742B2A">
        <w:rPr>
          <w:i/>
          <w:iCs/>
        </w:rPr>
        <w:t>TeachReadyNC</w:t>
      </w:r>
      <w:proofErr w:type="spellEnd"/>
      <w:r w:rsidR="003B055E" w:rsidRPr="00742B2A">
        <w:rPr>
          <w:i/>
          <w:iCs/>
        </w:rPr>
        <w:t xml:space="preserve"> </w:t>
      </w:r>
      <w:r w:rsidR="00852B42" w:rsidRPr="00742B2A">
        <w:rPr>
          <w:i/>
          <w:iCs/>
        </w:rPr>
        <w:t>grant request per apprentice position</w:t>
      </w:r>
      <w:r w:rsidRPr="00742B2A">
        <w:rPr>
          <w:i/>
          <w:iCs/>
        </w:rPr>
        <w:t xml:space="preserve"> is </w:t>
      </w:r>
      <w:r w:rsidR="00852B42" w:rsidRPr="00742B2A">
        <w:rPr>
          <w:i/>
          <w:iCs/>
        </w:rPr>
        <w:t xml:space="preserve">up to $7,500 for the apprentice salary supplement, </w:t>
      </w:r>
      <w:r w:rsidR="003B055E" w:rsidRPr="00742B2A">
        <w:rPr>
          <w:i/>
          <w:iCs/>
        </w:rPr>
        <w:t xml:space="preserve">up to </w:t>
      </w:r>
      <w:r w:rsidR="00852B42" w:rsidRPr="00742B2A">
        <w:rPr>
          <w:i/>
          <w:iCs/>
        </w:rPr>
        <w:t xml:space="preserve">$5,000 for EPP cost of attendance, and </w:t>
      </w:r>
      <w:r w:rsidR="003B055E" w:rsidRPr="00742B2A">
        <w:rPr>
          <w:i/>
          <w:iCs/>
        </w:rPr>
        <w:t xml:space="preserve">up to </w:t>
      </w:r>
      <w:r w:rsidR="00852B42" w:rsidRPr="00742B2A">
        <w:rPr>
          <w:i/>
          <w:iCs/>
        </w:rPr>
        <w:t xml:space="preserve">$5,000 for the apprentice supervisor salary supplement, for a combined maximum of $17,500 per apprentice position. EPP attendance funds are </w:t>
      </w:r>
      <w:proofErr w:type="gramStart"/>
      <w:r w:rsidR="00852B42" w:rsidRPr="00742B2A">
        <w:rPr>
          <w:i/>
          <w:iCs/>
        </w:rPr>
        <w:t>last-dollar</w:t>
      </w:r>
      <w:proofErr w:type="gramEnd"/>
      <w:r w:rsidR="00852B42" w:rsidRPr="00742B2A">
        <w:rPr>
          <w:i/>
          <w:iCs/>
        </w:rPr>
        <w:t xml:space="preserve"> after other scholarships and grants.</w:t>
      </w:r>
    </w:p>
    <w:tbl>
      <w:tblPr>
        <w:tblW w:w="0" w:type="auto"/>
        <w:jc w:val="center"/>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Layout w:type="fixed"/>
        <w:tblLook w:val="04A0" w:firstRow="1" w:lastRow="0" w:firstColumn="1" w:lastColumn="0" w:noHBand="0" w:noVBand="1"/>
      </w:tblPr>
      <w:tblGrid>
        <w:gridCol w:w="1080"/>
        <w:gridCol w:w="1656"/>
        <w:gridCol w:w="1512"/>
        <w:gridCol w:w="1512"/>
        <w:gridCol w:w="1584"/>
        <w:gridCol w:w="1440"/>
        <w:gridCol w:w="1440"/>
      </w:tblGrid>
      <w:tr w:rsidR="008C5C52" w14:paraId="3D8BEF2E" w14:textId="77777777">
        <w:trPr>
          <w:jc w:val="center"/>
        </w:trPr>
        <w:tc>
          <w:tcPr>
            <w:tcW w:w="1080" w:type="dxa"/>
            <w:shd w:val="clear" w:color="auto" w:fill="173F6B"/>
            <w:tcMar>
              <w:top w:w="80" w:type="dxa"/>
              <w:left w:w="90" w:type="dxa"/>
              <w:bottom w:w="80" w:type="dxa"/>
              <w:right w:w="90" w:type="dxa"/>
            </w:tcMar>
            <w:vAlign w:val="center"/>
          </w:tcPr>
          <w:p w14:paraId="46E200CB" w14:textId="77777777" w:rsidR="008C5C52" w:rsidRDefault="00852B42">
            <w:pPr>
              <w:pStyle w:val="TableHeader"/>
              <w:jc w:val="center"/>
            </w:pPr>
            <w:r>
              <w:rPr>
                <w:b w:val="0"/>
              </w:rPr>
              <w:t>Position ID</w:t>
            </w:r>
          </w:p>
        </w:tc>
        <w:tc>
          <w:tcPr>
            <w:tcW w:w="1656" w:type="dxa"/>
            <w:shd w:val="clear" w:color="auto" w:fill="173F6B"/>
            <w:tcMar>
              <w:top w:w="80" w:type="dxa"/>
              <w:left w:w="90" w:type="dxa"/>
              <w:bottom w:w="80" w:type="dxa"/>
              <w:right w:w="90" w:type="dxa"/>
            </w:tcMar>
            <w:vAlign w:val="center"/>
          </w:tcPr>
          <w:p w14:paraId="67453DB7" w14:textId="77777777" w:rsidR="008C5C52" w:rsidRDefault="00852B42">
            <w:pPr>
              <w:pStyle w:val="TableHeader"/>
              <w:jc w:val="center"/>
            </w:pPr>
            <w:r>
              <w:rPr>
                <w:b w:val="0"/>
              </w:rPr>
              <w:t>Apprentice salary supplement (≤ $7,500)</w:t>
            </w:r>
          </w:p>
        </w:tc>
        <w:tc>
          <w:tcPr>
            <w:tcW w:w="1512" w:type="dxa"/>
            <w:shd w:val="clear" w:color="auto" w:fill="173F6B"/>
            <w:tcMar>
              <w:top w:w="80" w:type="dxa"/>
              <w:left w:w="90" w:type="dxa"/>
              <w:bottom w:w="80" w:type="dxa"/>
              <w:right w:w="90" w:type="dxa"/>
            </w:tcMar>
            <w:vAlign w:val="center"/>
          </w:tcPr>
          <w:p w14:paraId="665D8ABE" w14:textId="77777777" w:rsidR="008C5C52" w:rsidRDefault="00852B42">
            <w:pPr>
              <w:pStyle w:val="TableHeader"/>
              <w:jc w:val="center"/>
            </w:pPr>
            <w:r>
              <w:rPr>
                <w:b w:val="0"/>
              </w:rPr>
              <w:t>EPP attendance payment (≤ $5,000)</w:t>
            </w:r>
          </w:p>
        </w:tc>
        <w:tc>
          <w:tcPr>
            <w:tcW w:w="1512" w:type="dxa"/>
            <w:shd w:val="clear" w:color="auto" w:fill="173F6B"/>
            <w:tcMar>
              <w:top w:w="80" w:type="dxa"/>
              <w:left w:w="90" w:type="dxa"/>
              <w:bottom w:w="80" w:type="dxa"/>
              <w:right w:w="90" w:type="dxa"/>
            </w:tcMar>
            <w:vAlign w:val="center"/>
          </w:tcPr>
          <w:p w14:paraId="2DA07F21" w14:textId="77777777" w:rsidR="008C5C52" w:rsidRDefault="00852B42">
            <w:pPr>
              <w:pStyle w:val="TableHeader"/>
              <w:jc w:val="center"/>
            </w:pPr>
            <w:r>
              <w:rPr>
                <w:b w:val="0"/>
              </w:rPr>
              <w:t>Supervisor supplement (≤ $5,000)</w:t>
            </w:r>
          </w:p>
        </w:tc>
        <w:tc>
          <w:tcPr>
            <w:tcW w:w="1584" w:type="dxa"/>
            <w:shd w:val="clear" w:color="auto" w:fill="173F6B"/>
            <w:tcMar>
              <w:top w:w="80" w:type="dxa"/>
              <w:left w:w="90" w:type="dxa"/>
              <w:bottom w:w="80" w:type="dxa"/>
              <w:right w:w="90" w:type="dxa"/>
            </w:tcMar>
            <w:vAlign w:val="center"/>
          </w:tcPr>
          <w:p w14:paraId="0139E23E" w14:textId="77777777" w:rsidR="008C5C52" w:rsidRDefault="00852B42">
            <w:pPr>
              <w:pStyle w:val="TableHeader"/>
              <w:jc w:val="center"/>
            </w:pPr>
            <w:r>
              <w:rPr>
                <w:b w:val="0"/>
              </w:rPr>
              <w:t>Total request (≤ $17,500)</w:t>
            </w:r>
          </w:p>
        </w:tc>
        <w:tc>
          <w:tcPr>
            <w:tcW w:w="1440" w:type="dxa"/>
            <w:shd w:val="clear" w:color="auto" w:fill="173F6B"/>
            <w:tcMar>
              <w:top w:w="80" w:type="dxa"/>
              <w:left w:w="90" w:type="dxa"/>
              <w:bottom w:w="80" w:type="dxa"/>
              <w:right w:w="90" w:type="dxa"/>
            </w:tcMar>
            <w:vAlign w:val="center"/>
          </w:tcPr>
          <w:p w14:paraId="24A9226B" w14:textId="77777777" w:rsidR="008C5C52" w:rsidRDefault="00852B42">
            <w:pPr>
              <w:pStyle w:val="TableHeader"/>
              <w:jc w:val="center"/>
            </w:pPr>
            <w:r>
              <w:rPr>
                <w:b w:val="0"/>
              </w:rPr>
              <w:t>Other funding</w:t>
            </w:r>
          </w:p>
        </w:tc>
        <w:tc>
          <w:tcPr>
            <w:tcW w:w="1440" w:type="dxa"/>
            <w:shd w:val="clear" w:color="auto" w:fill="173F6B"/>
            <w:tcMar>
              <w:top w:w="80" w:type="dxa"/>
              <w:left w:w="90" w:type="dxa"/>
              <w:bottom w:w="80" w:type="dxa"/>
              <w:right w:w="90" w:type="dxa"/>
            </w:tcMar>
            <w:vAlign w:val="center"/>
          </w:tcPr>
          <w:p w14:paraId="079A17B3" w14:textId="77777777" w:rsidR="008C5C52" w:rsidRDefault="00852B42">
            <w:pPr>
              <w:pStyle w:val="TableHeader"/>
              <w:jc w:val="center"/>
            </w:pPr>
            <w:r>
              <w:rPr>
                <w:b w:val="0"/>
              </w:rPr>
              <w:t>Total position cost</w:t>
            </w:r>
          </w:p>
        </w:tc>
      </w:tr>
      <w:tr w:rsidR="008C5C52" w14:paraId="49E5A0BC" w14:textId="77777777" w:rsidTr="002C2937">
        <w:trPr>
          <w:jc w:val="center"/>
        </w:trPr>
        <w:tc>
          <w:tcPr>
            <w:tcW w:w="1080" w:type="dxa"/>
            <w:tcBorders>
              <w:bottom w:val="single" w:sz="6" w:space="0" w:color="B9C5D1"/>
            </w:tcBorders>
            <w:tcMar>
              <w:top w:w="80" w:type="dxa"/>
              <w:left w:w="90" w:type="dxa"/>
              <w:bottom w:w="80" w:type="dxa"/>
              <w:right w:w="90" w:type="dxa"/>
            </w:tcMar>
            <w:vAlign w:val="center"/>
          </w:tcPr>
          <w:p w14:paraId="3C637BEF" w14:textId="77777777" w:rsidR="008C5C52" w:rsidRDefault="008C5C52">
            <w:pPr>
              <w:pStyle w:val="TableText"/>
            </w:pPr>
          </w:p>
        </w:tc>
        <w:tc>
          <w:tcPr>
            <w:tcW w:w="1656" w:type="dxa"/>
            <w:tcBorders>
              <w:bottom w:val="single" w:sz="6" w:space="0" w:color="B9C5D1"/>
            </w:tcBorders>
            <w:tcMar>
              <w:top w:w="80" w:type="dxa"/>
              <w:left w:w="90" w:type="dxa"/>
              <w:bottom w:w="80" w:type="dxa"/>
              <w:right w:w="90" w:type="dxa"/>
            </w:tcMar>
            <w:vAlign w:val="center"/>
          </w:tcPr>
          <w:p w14:paraId="4F96553E" w14:textId="77777777" w:rsidR="008C5C52" w:rsidRDefault="008C5C52">
            <w:pPr>
              <w:pStyle w:val="TableText"/>
            </w:pPr>
          </w:p>
        </w:tc>
        <w:tc>
          <w:tcPr>
            <w:tcW w:w="1512" w:type="dxa"/>
            <w:tcBorders>
              <w:bottom w:val="single" w:sz="6" w:space="0" w:color="B9C5D1"/>
            </w:tcBorders>
            <w:tcMar>
              <w:top w:w="80" w:type="dxa"/>
              <w:left w:w="90" w:type="dxa"/>
              <w:bottom w:w="80" w:type="dxa"/>
              <w:right w:w="90" w:type="dxa"/>
            </w:tcMar>
            <w:vAlign w:val="center"/>
          </w:tcPr>
          <w:p w14:paraId="5551080F" w14:textId="77777777" w:rsidR="008C5C52" w:rsidRDefault="008C5C52">
            <w:pPr>
              <w:pStyle w:val="TableText"/>
            </w:pPr>
          </w:p>
        </w:tc>
        <w:tc>
          <w:tcPr>
            <w:tcW w:w="1512" w:type="dxa"/>
            <w:tcBorders>
              <w:bottom w:val="single" w:sz="6" w:space="0" w:color="B9C5D1"/>
            </w:tcBorders>
            <w:tcMar>
              <w:top w:w="80" w:type="dxa"/>
              <w:left w:w="90" w:type="dxa"/>
              <w:bottom w:w="80" w:type="dxa"/>
              <w:right w:w="90" w:type="dxa"/>
            </w:tcMar>
            <w:vAlign w:val="center"/>
          </w:tcPr>
          <w:p w14:paraId="20AF0DCE" w14:textId="77777777" w:rsidR="008C5C52" w:rsidRDefault="008C5C52">
            <w:pPr>
              <w:pStyle w:val="TableText"/>
            </w:pPr>
          </w:p>
        </w:tc>
        <w:tc>
          <w:tcPr>
            <w:tcW w:w="1584" w:type="dxa"/>
            <w:tcMar>
              <w:top w:w="80" w:type="dxa"/>
              <w:left w:w="90" w:type="dxa"/>
              <w:bottom w:w="80" w:type="dxa"/>
              <w:right w:w="90" w:type="dxa"/>
            </w:tcMar>
            <w:vAlign w:val="center"/>
          </w:tcPr>
          <w:p w14:paraId="76B14FF4" w14:textId="77777777" w:rsidR="008C5C52" w:rsidRDefault="008C5C52">
            <w:pPr>
              <w:pStyle w:val="TableText"/>
            </w:pPr>
          </w:p>
        </w:tc>
        <w:tc>
          <w:tcPr>
            <w:tcW w:w="1440" w:type="dxa"/>
            <w:tcMar>
              <w:top w:w="80" w:type="dxa"/>
              <w:left w:w="90" w:type="dxa"/>
              <w:bottom w:w="80" w:type="dxa"/>
              <w:right w:w="90" w:type="dxa"/>
            </w:tcMar>
            <w:vAlign w:val="center"/>
          </w:tcPr>
          <w:p w14:paraId="0B5545B8" w14:textId="77777777" w:rsidR="008C5C52" w:rsidRDefault="008C5C52">
            <w:pPr>
              <w:pStyle w:val="TableText"/>
            </w:pPr>
          </w:p>
        </w:tc>
        <w:tc>
          <w:tcPr>
            <w:tcW w:w="1440" w:type="dxa"/>
            <w:tcMar>
              <w:top w:w="80" w:type="dxa"/>
              <w:left w:w="90" w:type="dxa"/>
              <w:bottom w:w="80" w:type="dxa"/>
              <w:right w:w="90" w:type="dxa"/>
            </w:tcMar>
            <w:vAlign w:val="center"/>
          </w:tcPr>
          <w:p w14:paraId="616063E8" w14:textId="77777777" w:rsidR="008C5C52" w:rsidRDefault="008C5C52">
            <w:pPr>
              <w:pStyle w:val="TableText"/>
            </w:pPr>
          </w:p>
        </w:tc>
      </w:tr>
      <w:tr w:rsidR="008C5C52" w14:paraId="6E7C48EA" w14:textId="77777777" w:rsidTr="002C2937">
        <w:trPr>
          <w:jc w:val="center"/>
        </w:trPr>
        <w:tc>
          <w:tcPr>
            <w:tcW w:w="1080" w:type="dxa"/>
            <w:tcBorders>
              <w:bottom w:val="single" w:sz="6" w:space="0" w:color="B9C5D1"/>
            </w:tcBorders>
            <w:tcMar>
              <w:top w:w="80" w:type="dxa"/>
              <w:left w:w="90" w:type="dxa"/>
              <w:bottom w:w="80" w:type="dxa"/>
              <w:right w:w="90" w:type="dxa"/>
            </w:tcMar>
            <w:vAlign w:val="center"/>
          </w:tcPr>
          <w:p w14:paraId="095423E4" w14:textId="77777777" w:rsidR="008C5C52" w:rsidRDefault="008C5C52">
            <w:pPr>
              <w:pStyle w:val="TableText"/>
            </w:pPr>
          </w:p>
        </w:tc>
        <w:tc>
          <w:tcPr>
            <w:tcW w:w="1656" w:type="dxa"/>
            <w:tcBorders>
              <w:bottom w:val="single" w:sz="6" w:space="0" w:color="B9C5D1"/>
            </w:tcBorders>
            <w:tcMar>
              <w:top w:w="80" w:type="dxa"/>
              <w:left w:w="90" w:type="dxa"/>
              <w:bottom w:w="80" w:type="dxa"/>
              <w:right w:w="90" w:type="dxa"/>
            </w:tcMar>
            <w:vAlign w:val="center"/>
          </w:tcPr>
          <w:p w14:paraId="7BF1A243" w14:textId="77777777" w:rsidR="008C5C52" w:rsidRDefault="008C5C52">
            <w:pPr>
              <w:pStyle w:val="TableText"/>
            </w:pPr>
          </w:p>
        </w:tc>
        <w:tc>
          <w:tcPr>
            <w:tcW w:w="1512" w:type="dxa"/>
            <w:tcBorders>
              <w:bottom w:val="single" w:sz="6" w:space="0" w:color="B9C5D1"/>
            </w:tcBorders>
            <w:tcMar>
              <w:top w:w="80" w:type="dxa"/>
              <w:left w:w="90" w:type="dxa"/>
              <w:bottom w:w="80" w:type="dxa"/>
              <w:right w:w="90" w:type="dxa"/>
            </w:tcMar>
            <w:vAlign w:val="center"/>
          </w:tcPr>
          <w:p w14:paraId="7FEAECA1" w14:textId="77777777" w:rsidR="008C5C52" w:rsidRDefault="008C5C52">
            <w:pPr>
              <w:pStyle w:val="TableText"/>
            </w:pPr>
          </w:p>
        </w:tc>
        <w:tc>
          <w:tcPr>
            <w:tcW w:w="1512" w:type="dxa"/>
            <w:tcBorders>
              <w:bottom w:val="single" w:sz="6" w:space="0" w:color="B9C5D1"/>
            </w:tcBorders>
            <w:tcMar>
              <w:top w:w="80" w:type="dxa"/>
              <w:left w:w="90" w:type="dxa"/>
              <w:bottom w:w="80" w:type="dxa"/>
              <w:right w:w="90" w:type="dxa"/>
            </w:tcMar>
            <w:vAlign w:val="center"/>
          </w:tcPr>
          <w:p w14:paraId="7284EC46" w14:textId="77777777" w:rsidR="008C5C52" w:rsidRDefault="008C5C52">
            <w:pPr>
              <w:pStyle w:val="TableText"/>
            </w:pPr>
          </w:p>
        </w:tc>
        <w:tc>
          <w:tcPr>
            <w:tcW w:w="1584" w:type="dxa"/>
            <w:tcMar>
              <w:top w:w="80" w:type="dxa"/>
              <w:left w:w="90" w:type="dxa"/>
              <w:bottom w:w="80" w:type="dxa"/>
              <w:right w:w="90" w:type="dxa"/>
            </w:tcMar>
            <w:vAlign w:val="center"/>
          </w:tcPr>
          <w:p w14:paraId="70692925" w14:textId="77777777" w:rsidR="008C5C52" w:rsidRDefault="008C5C52">
            <w:pPr>
              <w:pStyle w:val="TableText"/>
            </w:pPr>
          </w:p>
        </w:tc>
        <w:tc>
          <w:tcPr>
            <w:tcW w:w="1440" w:type="dxa"/>
            <w:tcMar>
              <w:top w:w="80" w:type="dxa"/>
              <w:left w:w="90" w:type="dxa"/>
              <w:bottom w:w="80" w:type="dxa"/>
              <w:right w:w="90" w:type="dxa"/>
            </w:tcMar>
            <w:vAlign w:val="center"/>
          </w:tcPr>
          <w:p w14:paraId="0D5C6A0E" w14:textId="77777777" w:rsidR="008C5C52" w:rsidRDefault="008C5C52">
            <w:pPr>
              <w:pStyle w:val="TableText"/>
            </w:pPr>
          </w:p>
        </w:tc>
        <w:tc>
          <w:tcPr>
            <w:tcW w:w="1440" w:type="dxa"/>
            <w:tcMar>
              <w:top w:w="80" w:type="dxa"/>
              <w:left w:w="90" w:type="dxa"/>
              <w:bottom w:w="80" w:type="dxa"/>
              <w:right w:w="90" w:type="dxa"/>
            </w:tcMar>
            <w:vAlign w:val="center"/>
          </w:tcPr>
          <w:p w14:paraId="2D5D4712" w14:textId="77777777" w:rsidR="008C5C52" w:rsidRDefault="008C5C52">
            <w:pPr>
              <w:pStyle w:val="TableText"/>
            </w:pPr>
          </w:p>
        </w:tc>
      </w:tr>
      <w:tr w:rsidR="002C2937" w14:paraId="48056039" w14:textId="77777777" w:rsidTr="002C2937">
        <w:trPr>
          <w:jc w:val="center"/>
        </w:trPr>
        <w:tc>
          <w:tcPr>
            <w:tcW w:w="1080" w:type="dxa"/>
            <w:tcBorders>
              <w:bottom w:val="single" w:sz="6" w:space="0" w:color="B9C5D1"/>
            </w:tcBorders>
            <w:tcMar>
              <w:top w:w="80" w:type="dxa"/>
              <w:left w:w="90" w:type="dxa"/>
              <w:bottom w:w="80" w:type="dxa"/>
              <w:right w:w="90" w:type="dxa"/>
            </w:tcMar>
            <w:vAlign w:val="center"/>
          </w:tcPr>
          <w:p w14:paraId="1E47FCE0" w14:textId="77777777" w:rsidR="002C2937" w:rsidRDefault="002C2937">
            <w:pPr>
              <w:pStyle w:val="TableText"/>
            </w:pPr>
          </w:p>
        </w:tc>
        <w:tc>
          <w:tcPr>
            <w:tcW w:w="1656" w:type="dxa"/>
            <w:tcBorders>
              <w:bottom w:val="single" w:sz="6" w:space="0" w:color="B9C5D1"/>
            </w:tcBorders>
            <w:tcMar>
              <w:top w:w="80" w:type="dxa"/>
              <w:left w:w="90" w:type="dxa"/>
              <w:bottom w:w="80" w:type="dxa"/>
              <w:right w:w="90" w:type="dxa"/>
            </w:tcMar>
            <w:vAlign w:val="center"/>
          </w:tcPr>
          <w:p w14:paraId="4ABCD9EB" w14:textId="77777777" w:rsidR="002C2937" w:rsidRDefault="002C2937">
            <w:pPr>
              <w:pStyle w:val="TableText"/>
            </w:pPr>
          </w:p>
        </w:tc>
        <w:tc>
          <w:tcPr>
            <w:tcW w:w="1512" w:type="dxa"/>
            <w:tcBorders>
              <w:bottom w:val="single" w:sz="6" w:space="0" w:color="B9C5D1"/>
            </w:tcBorders>
            <w:tcMar>
              <w:top w:w="80" w:type="dxa"/>
              <w:left w:w="90" w:type="dxa"/>
              <w:bottom w:w="80" w:type="dxa"/>
              <w:right w:w="90" w:type="dxa"/>
            </w:tcMar>
            <w:vAlign w:val="center"/>
          </w:tcPr>
          <w:p w14:paraId="4A00DD38" w14:textId="77777777" w:rsidR="002C2937" w:rsidRDefault="002C2937">
            <w:pPr>
              <w:pStyle w:val="TableText"/>
            </w:pPr>
          </w:p>
        </w:tc>
        <w:tc>
          <w:tcPr>
            <w:tcW w:w="1512" w:type="dxa"/>
            <w:tcBorders>
              <w:bottom w:val="single" w:sz="6" w:space="0" w:color="B9C5D1"/>
            </w:tcBorders>
            <w:tcMar>
              <w:top w:w="80" w:type="dxa"/>
              <w:left w:w="90" w:type="dxa"/>
              <w:bottom w:w="80" w:type="dxa"/>
              <w:right w:w="90" w:type="dxa"/>
            </w:tcMar>
            <w:vAlign w:val="center"/>
          </w:tcPr>
          <w:p w14:paraId="1E3386CF" w14:textId="77777777" w:rsidR="002C2937" w:rsidRDefault="002C2937">
            <w:pPr>
              <w:pStyle w:val="TableText"/>
            </w:pPr>
          </w:p>
        </w:tc>
        <w:tc>
          <w:tcPr>
            <w:tcW w:w="1584" w:type="dxa"/>
            <w:tcMar>
              <w:top w:w="80" w:type="dxa"/>
              <w:left w:w="90" w:type="dxa"/>
              <w:bottom w:w="80" w:type="dxa"/>
              <w:right w:w="90" w:type="dxa"/>
            </w:tcMar>
            <w:vAlign w:val="center"/>
          </w:tcPr>
          <w:p w14:paraId="39C78865" w14:textId="77777777" w:rsidR="002C2937" w:rsidRDefault="002C2937">
            <w:pPr>
              <w:pStyle w:val="TableText"/>
            </w:pPr>
          </w:p>
        </w:tc>
        <w:tc>
          <w:tcPr>
            <w:tcW w:w="1440" w:type="dxa"/>
            <w:tcMar>
              <w:top w:w="80" w:type="dxa"/>
              <w:left w:w="90" w:type="dxa"/>
              <w:bottom w:w="80" w:type="dxa"/>
              <w:right w:w="90" w:type="dxa"/>
            </w:tcMar>
            <w:vAlign w:val="center"/>
          </w:tcPr>
          <w:p w14:paraId="36C85253" w14:textId="77777777" w:rsidR="002C2937" w:rsidRDefault="002C2937">
            <w:pPr>
              <w:pStyle w:val="TableText"/>
            </w:pPr>
          </w:p>
        </w:tc>
        <w:tc>
          <w:tcPr>
            <w:tcW w:w="1440" w:type="dxa"/>
            <w:tcMar>
              <w:top w:w="80" w:type="dxa"/>
              <w:left w:w="90" w:type="dxa"/>
              <w:bottom w:w="80" w:type="dxa"/>
              <w:right w:w="90" w:type="dxa"/>
            </w:tcMar>
            <w:vAlign w:val="center"/>
          </w:tcPr>
          <w:p w14:paraId="3E0B0681" w14:textId="77777777" w:rsidR="002C2937" w:rsidRDefault="002C2937">
            <w:pPr>
              <w:pStyle w:val="TableText"/>
            </w:pPr>
          </w:p>
        </w:tc>
      </w:tr>
      <w:tr w:rsidR="002C2937" w14:paraId="469F31F9" w14:textId="77777777" w:rsidTr="002C2937">
        <w:trPr>
          <w:jc w:val="center"/>
        </w:trPr>
        <w:tc>
          <w:tcPr>
            <w:tcW w:w="1080" w:type="dxa"/>
            <w:tcBorders>
              <w:bottom w:val="single" w:sz="6" w:space="0" w:color="B9C5D1"/>
            </w:tcBorders>
            <w:tcMar>
              <w:top w:w="80" w:type="dxa"/>
              <w:left w:w="90" w:type="dxa"/>
              <w:bottom w:w="80" w:type="dxa"/>
              <w:right w:w="90" w:type="dxa"/>
            </w:tcMar>
            <w:vAlign w:val="center"/>
          </w:tcPr>
          <w:p w14:paraId="3F442220" w14:textId="77777777" w:rsidR="002C2937" w:rsidRDefault="002C2937">
            <w:pPr>
              <w:pStyle w:val="TableText"/>
            </w:pPr>
          </w:p>
        </w:tc>
        <w:tc>
          <w:tcPr>
            <w:tcW w:w="1656" w:type="dxa"/>
            <w:tcBorders>
              <w:bottom w:val="single" w:sz="6" w:space="0" w:color="B9C5D1"/>
            </w:tcBorders>
            <w:tcMar>
              <w:top w:w="80" w:type="dxa"/>
              <w:left w:w="90" w:type="dxa"/>
              <w:bottom w:w="80" w:type="dxa"/>
              <w:right w:w="90" w:type="dxa"/>
            </w:tcMar>
            <w:vAlign w:val="center"/>
          </w:tcPr>
          <w:p w14:paraId="33DE02E9" w14:textId="77777777" w:rsidR="002C2937" w:rsidRDefault="002C2937">
            <w:pPr>
              <w:pStyle w:val="TableText"/>
            </w:pPr>
          </w:p>
        </w:tc>
        <w:tc>
          <w:tcPr>
            <w:tcW w:w="1512" w:type="dxa"/>
            <w:tcBorders>
              <w:bottom w:val="single" w:sz="6" w:space="0" w:color="B9C5D1"/>
            </w:tcBorders>
            <w:tcMar>
              <w:top w:w="80" w:type="dxa"/>
              <w:left w:w="90" w:type="dxa"/>
              <w:bottom w:w="80" w:type="dxa"/>
              <w:right w:w="90" w:type="dxa"/>
            </w:tcMar>
            <w:vAlign w:val="center"/>
          </w:tcPr>
          <w:p w14:paraId="672283F4" w14:textId="77777777" w:rsidR="002C2937" w:rsidRDefault="002C2937">
            <w:pPr>
              <w:pStyle w:val="TableText"/>
            </w:pPr>
          </w:p>
        </w:tc>
        <w:tc>
          <w:tcPr>
            <w:tcW w:w="1512" w:type="dxa"/>
            <w:tcBorders>
              <w:bottom w:val="single" w:sz="6" w:space="0" w:color="B9C5D1"/>
            </w:tcBorders>
            <w:tcMar>
              <w:top w:w="80" w:type="dxa"/>
              <w:left w:w="90" w:type="dxa"/>
              <w:bottom w:w="80" w:type="dxa"/>
              <w:right w:w="90" w:type="dxa"/>
            </w:tcMar>
            <w:vAlign w:val="center"/>
          </w:tcPr>
          <w:p w14:paraId="322D0347" w14:textId="77777777" w:rsidR="002C2937" w:rsidRDefault="002C2937">
            <w:pPr>
              <w:pStyle w:val="TableText"/>
            </w:pPr>
          </w:p>
        </w:tc>
        <w:tc>
          <w:tcPr>
            <w:tcW w:w="1584" w:type="dxa"/>
            <w:tcMar>
              <w:top w:w="80" w:type="dxa"/>
              <w:left w:w="90" w:type="dxa"/>
              <w:bottom w:w="80" w:type="dxa"/>
              <w:right w:w="90" w:type="dxa"/>
            </w:tcMar>
            <w:vAlign w:val="center"/>
          </w:tcPr>
          <w:p w14:paraId="03E39A41" w14:textId="77777777" w:rsidR="002C2937" w:rsidRDefault="002C2937">
            <w:pPr>
              <w:pStyle w:val="TableText"/>
            </w:pPr>
          </w:p>
        </w:tc>
        <w:tc>
          <w:tcPr>
            <w:tcW w:w="1440" w:type="dxa"/>
            <w:tcMar>
              <w:top w:w="80" w:type="dxa"/>
              <w:left w:w="90" w:type="dxa"/>
              <w:bottom w:w="80" w:type="dxa"/>
              <w:right w:w="90" w:type="dxa"/>
            </w:tcMar>
            <w:vAlign w:val="center"/>
          </w:tcPr>
          <w:p w14:paraId="4DA172D3" w14:textId="77777777" w:rsidR="002C2937" w:rsidRDefault="002C2937">
            <w:pPr>
              <w:pStyle w:val="TableText"/>
            </w:pPr>
          </w:p>
        </w:tc>
        <w:tc>
          <w:tcPr>
            <w:tcW w:w="1440" w:type="dxa"/>
            <w:tcMar>
              <w:top w:w="80" w:type="dxa"/>
              <w:left w:w="90" w:type="dxa"/>
              <w:bottom w:w="80" w:type="dxa"/>
              <w:right w:w="90" w:type="dxa"/>
            </w:tcMar>
            <w:vAlign w:val="center"/>
          </w:tcPr>
          <w:p w14:paraId="45BEDFDE" w14:textId="77777777" w:rsidR="002C2937" w:rsidRDefault="002C2937">
            <w:pPr>
              <w:pStyle w:val="TableText"/>
            </w:pPr>
          </w:p>
        </w:tc>
      </w:tr>
      <w:tr w:rsidR="002C2937" w14:paraId="39AD41A8" w14:textId="77777777" w:rsidTr="002C2937">
        <w:trPr>
          <w:jc w:val="center"/>
        </w:trPr>
        <w:tc>
          <w:tcPr>
            <w:tcW w:w="1080" w:type="dxa"/>
            <w:tcBorders>
              <w:bottom w:val="single" w:sz="6" w:space="0" w:color="B9C5D1"/>
            </w:tcBorders>
            <w:tcMar>
              <w:top w:w="80" w:type="dxa"/>
              <w:left w:w="90" w:type="dxa"/>
              <w:bottom w:w="80" w:type="dxa"/>
              <w:right w:w="90" w:type="dxa"/>
            </w:tcMar>
            <w:vAlign w:val="center"/>
          </w:tcPr>
          <w:p w14:paraId="53AAC78F" w14:textId="77777777" w:rsidR="002C2937" w:rsidRDefault="002C2937">
            <w:pPr>
              <w:pStyle w:val="TableText"/>
            </w:pPr>
          </w:p>
        </w:tc>
        <w:tc>
          <w:tcPr>
            <w:tcW w:w="1656" w:type="dxa"/>
            <w:tcBorders>
              <w:bottom w:val="single" w:sz="6" w:space="0" w:color="B9C5D1"/>
            </w:tcBorders>
            <w:tcMar>
              <w:top w:w="80" w:type="dxa"/>
              <w:left w:w="90" w:type="dxa"/>
              <w:bottom w:w="80" w:type="dxa"/>
              <w:right w:w="90" w:type="dxa"/>
            </w:tcMar>
            <w:vAlign w:val="center"/>
          </w:tcPr>
          <w:p w14:paraId="59B69F4D" w14:textId="77777777" w:rsidR="002C2937" w:rsidRDefault="002C2937">
            <w:pPr>
              <w:pStyle w:val="TableText"/>
            </w:pPr>
          </w:p>
        </w:tc>
        <w:tc>
          <w:tcPr>
            <w:tcW w:w="1512" w:type="dxa"/>
            <w:tcBorders>
              <w:bottom w:val="single" w:sz="6" w:space="0" w:color="B9C5D1"/>
            </w:tcBorders>
            <w:tcMar>
              <w:top w:w="80" w:type="dxa"/>
              <w:left w:w="90" w:type="dxa"/>
              <w:bottom w:w="80" w:type="dxa"/>
              <w:right w:w="90" w:type="dxa"/>
            </w:tcMar>
            <w:vAlign w:val="center"/>
          </w:tcPr>
          <w:p w14:paraId="4E0A2B75" w14:textId="77777777" w:rsidR="002C2937" w:rsidRDefault="002C2937">
            <w:pPr>
              <w:pStyle w:val="TableText"/>
            </w:pPr>
          </w:p>
        </w:tc>
        <w:tc>
          <w:tcPr>
            <w:tcW w:w="1512" w:type="dxa"/>
            <w:tcBorders>
              <w:bottom w:val="single" w:sz="6" w:space="0" w:color="B9C5D1"/>
            </w:tcBorders>
            <w:tcMar>
              <w:top w:w="80" w:type="dxa"/>
              <w:left w:w="90" w:type="dxa"/>
              <w:bottom w:w="80" w:type="dxa"/>
              <w:right w:w="90" w:type="dxa"/>
            </w:tcMar>
            <w:vAlign w:val="center"/>
          </w:tcPr>
          <w:p w14:paraId="77320337" w14:textId="77777777" w:rsidR="002C2937" w:rsidRDefault="002C2937">
            <w:pPr>
              <w:pStyle w:val="TableText"/>
            </w:pPr>
          </w:p>
        </w:tc>
        <w:tc>
          <w:tcPr>
            <w:tcW w:w="1584" w:type="dxa"/>
            <w:tcMar>
              <w:top w:w="80" w:type="dxa"/>
              <w:left w:w="90" w:type="dxa"/>
              <w:bottom w:w="80" w:type="dxa"/>
              <w:right w:w="90" w:type="dxa"/>
            </w:tcMar>
            <w:vAlign w:val="center"/>
          </w:tcPr>
          <w:p w14:paraId="54B23B68" w14:textId="77777777" w:rsidR="002C2937" w:rsidRDefault="002C2937">
            <w:pPr>
              <w:pStyle w:val="TableText"/>
            </w:pPr>
          </w:p>
        </w:tc>
        <w:tc>
          <w:tcPr>
            <w:tcW w:w="1440" w:type="dxa"/>
            <w:tcMar>
              <w:top w:w="80" w:type="dxa"/>
              <w:left w:w="90" w:type="dxa"/>
              <w:bottom w:w="80" w:type="dxa"/>
              <w:right w:w="90" w:type="dxa"/>
            </w:tcMar>
            <w:vAlign w:val="center"/>
          </w:tcPr>
          <w:p w14:paraId="549DEA4F" w14:textId="77777777" w:rsidR="002C2937" w:rsidRDefault="002C2937">
            <w:pPr>
              <w:pStyle w:val="TableText"/>
            </w:pPr>
          </w:p>
        </w:tc>
        <w:tc>
          <w:tcPr>
            <w:tcW w:w="1440" w:type="dxa"/>
            <w:tcMar>
              <w:top w:w="80" w:type="dxa"/>
              <w:left w:w="90" w:type="dxa"/>
              <w:bottom w:w="80" w:type="dxa"/>
              <w:right w:w="90" w:type="dxa"/>
            </w:tcMar>
            <w:vAlign w:val="center"/>
          </w:tcPr>
          <w:p w14:paraId="4932B742" w14:textId="77777777" w:rsidR="002C2937" w:rsidRDefault="002C2937">
            <w:pPr>
              <w:pStyle w:val="TableText"/>
            </w:pPr>
          </w:p>
        </w:tc>
      </w:tr>
      <w:tr w:rsidR="002C2937" w14:paraId="7AE71FED" w14:textId="77777777" w:rsidTr="002C2937">
        <w:trPr>
          <w:jc w:val="center"/>
        </w:trPr>
        <w:tc>
          <w:tcPr>
            <w:tcW w:w="1080" w:type="dxa"/>
            <w:tcBorders>
              <w:top w:val="single" w:sz="6" w:space="0" w:color="B9C5D1"/>
              <w:left w:val="nil"/>
              <w:bottom w:val="nil"/>
              <w:right w:val="nil"/>
            </w:tcBorders>
            <w:tcMar>
              <w:top w:w="80" w:type="dxa"/>
              <w:left w:w="90" w:type="dxa"/>
              <w:bottom w:w="80" w:type="dxa"/>
              <w:right w:w="90" w:type="dxa"/>
            </w:tcMar>
            <w:vAlign w:val="center"/>
          </w:tcPr>
          <w:p w14:paraId="3AA489B8" w14:textId="77777777" w:rsidR="002C2937" w:rsidRDefault="002C2937">
            <w:pPr>
              <w:pStyle w:val="TableText"/>
            </w:pPr>
          </w:p>
        </w:tc>
        <w:tc>
          <w:tcPr>
            <w:tcW w:w="1656" w:type="dxa"/>
            <w:tcBorders>
              <w:top w:val="single" w:sz="6" w:space="0" w:color="B9C5D1"/>
              <w:left w:val="nil"/>
              <w:bottom w:val="nil"/>
              <w:right w:val="nil"/>
            </w:tcBorders>
            <w:tcMar>
              <w:top w:w="80" w:type="dxa"/>
              <w:left w:w="90" w:type="dxa"/>
              <w:bottom w:w="80" w:type="dxa"/>
              <w:right w:w="90" w:type="dxa"/>
            </w:tcMar>
            <w:vAlign w:val="center"/>
          </w:tcPr>
          <w:p w14:paraId="55443847" w14:textId="77777777" w:rsidR="002C2937" w:rsidRDefault="002C2937">
            <w:pPr>
              <w:pStyle w:val="TableText"/>
            </w:pPr>
          </w:p>
        </w:tc>
        <w:tc>
          <w:tcPr>
            <w:tcW w:w="1512" w:type="dxa"/>
            <w:tcBorders>
              <w:top w:val="single" w:sz="6" w:space="0" w:color="B9C5D1"/>
              <w:left w:val="nil"/>
              <w:bottom w:val="nil"/>
              <w:right w:val="nil"/>
            </w:tcBorders>
            <w:tcMar>
              <w:top w:w="80" w:type="dxa"/>
              <w:left w:w="90" w:type="dxa"/>
              <w:bottom w:w="80" w:type="dxa"/>
              <w:right w:w="90" w:type="dxa"/>
            </w:tcMar>
            <w:vAlign w:val="center"/>
          </w:tcPr>
          <w:p w14:paraId="352FCCDE" w14:textId="77777777" w:rsidR="002C2937" w:rsidRDefault="002C2937">
            <w:pPr>
              <w:pStyle w:val="TableText"/>
            </w:pPr>
          </w:p>
        </w:tc>
        <w:tc>
          <w:tcPr>
            <w:tcW w:w="1512" w:type="dxa"/>
            <w:tcBorders>
              <w:top w:val="single" w:sz="6" w:space="0" w:color="B9C5D1"/>
              <w:left w:val="nil"/>
              <w:bottom w:val="nil"/>
            </w:tcBorders>
            <w:tcMar>
              <w:top w:w="80" w:type="dxa"/>
              <w:left w:w="90" w:type="dxa"/>
              <w:bottom w:w="80" w:type="dxa"/>
              <w:right w:w="90" w:type="dxa"/>
            </w:tcMar>
            <w:vAlign w:val="center"/>
          </w:tcPr>
          <w:p w14:paraId="05D328A9" w14:textId="77777777" w:rsidR="002C2937" w:rsidRDefault="002C2937">
            <w:pPr>
              <w:pStyle w:val="TableText"/>
            </w:pPr>
          </w:p>
        </w:tc>
        <w:tc>
          <w:tcPr>
            <w:tcW w:w="4464" w:type="dxa"/>
            <w:gridSpan w:val="3"/>
            <w:tcMar>
              <w:top w:w="80" w:type="dxa"/>
              <w:left w:w="90" w:type="dxa"/>
              <w:bottom w:w="80" w:type="dxa"/>
              <w:right w:w="90" w:type="dxa"/>
            </w:tcMar>
            <w:vAlign w:val="center"/>
          </w:tcPr>
          <w:p w14:paraId="3F6C8944" w14:textId="77777777" w:rsidR="002C2937" w:rsidRDefault="002C2937">
            <w:pPr>
              <w:pStyle w:val="TableText"/>
            </w:pPr>
          </w:p>
          <w:p w14:paraId="4AB1C8FB" w14:textId="21782A44" w:rsidR="002C2937" w:rsidRDefault="002C2937" w:rsidP="002C2937">
            <w:pPr>
              <w:pStyle w:val="FormLabel"/>
              <w:keepNext/>
              <w:jc w:val="center"/>
            </w:pPr>
            <w:r>
              <w:t>TOTAL TEACHREADYNC GRANT REQUEST:</w:t>
            </w:r>
          </w:p>
          <w:p w14:paraId="41DAD16A" w14:textId="695DB33B" w:rsidR="002C2937" w:rsidRDefault="002C2937" w:rsidP="002C2937">
            <w:pPr>
              <w:pStyle w:val="FormLabel"/>
              <w:keepNext/>
              <w:jc w:val="center"/>
            </w:pPr>
            <w:r>
              <w:t>$________________________</w:t>
            </w:r>
          </w:p>
          <w:p w14:paraId="791377C8" w14:textId="77777777" w:rsidR="002C2937" w:rsidRDefault="002C2937">
            <w:pPr>
              <w:pStyle w:val="TableText"/>
            </w:pPr>
          </w:p>
        </w:tc>
      </w:tr>
    </w:tbl>
    <w:p w14:paraId="16ECF5B0" w14:textId="77777777" w:rsidR="002C2937" w:rsidRDefault="002C2937" w:rsidP="00FF6E9F">
      <w:pPr>
        <w:pStyle w:val="FormLabel"/>
        <w:keepNext/>
      </w:pPr>
    </w:p>
    <w:p w14:paraId="2AD58936" w14:textId="5B23903B" w:rsidR="002C2937" w:rsidRDefault="00B41726" w:rsidP="002C2937">
      <w:pPr>
        <w:pStyle w:val="Heading2"/>
      </w:pPr>
      <w:r>
        <w:t>Budget Narrative</w:t>
      </w:r>
    </w:p>
    <w:p w14:paraId="054107D1" w14:textId="77777777" w:rsidR="002C2937" w:rsidRDefault="002C2937" w:rsidP="00FF6E9F">
      <w:pPr>
        <w:pStyle w:val="FormLabel"/>
        <w:keepNext/>
      </w:pPr>
    </w:p>
    <w:p w14:paraId="1CE5EA77" w14:textId="77777777" w:rsidR="00FF6E9F" w:rsidRPr="002C2937" w:rsidRDefault="00FF6E9F" w:rsidP="00FF6E9F">
      <w:pPr>
        <w:pStyle w:val="Question"/>
        <w:keepNext/>
        <w:numPr>
          <w:ilvl w:val="0"/>
          <w:numId w:val="10"/>
        </w:numPr>
        <w:rPr>
          <w:color w:val="auto"/>
        </w:rPr>
      </w:pPr>
      <w:r w:rsidRPr="002C2937">
        <w:rPr>
          <w:color w:val="auto"/>
        </w:rPr>
        <w:t>Provide a budget narrative explaining the basis, timing, and payroll/payment treatment for each requested component.</w:t>
      </w:r>
    </w:p>
    <w:p w14:paraId="3B608DDB" w14:textId="77777777" w:rsidR="00FF6E9F" w:rsidRDefault="00FF6E9F" w:rsidP="00FF6E9F">
      <w:pPr>
        <w:pStyle w:val="Question"/>
        <w:keepNext/>
      </w:pPr>
    </w:p>
    <w:p w14:paraId="022ECE00" w14:textId="77777777" w:rsidR="00FF6E9F" w:rsidRDefault="00FF6E9F" w:rsidP="00FF6E9F">
      <w:pPr>
        <w:pStyle w:val="Question"/>
        <w:keepNext/>
      </w:pPr>
    </w:p>
    <w:p w14:paraId="58A17565" w14:textId="77777777" w:rsidR="00FF6E9F" w:rsidRDefault="00FF6E9F" w:rsidP="00FF6E9F">
      <w:pPr>
        <w:pStyle w:val="Question"/>
        <w:keepNext/>
      </w:pPr>
    </w:p>
    <w:p w14:paraId="17858054" w14:textId="1837756E" w:rsidR="00FF6E9F" w:rsidRPr="00B41726" w:rsidRDefault="00FF6E9F" w:rsidP="00FF6E9F">
      <w:pPr>
        <w:pStyle w:val="Question"/>
        <w:keepNext/>
        <w:numPr>
          <w:ilvl w:val="0"/>
          <w:numId w:val="10"/>
        </w:numPr>
        <w:rPr>
          <w:color w:val="auto"/>
        </w:rPr>
      </w:pPr>
      <w:r w:rsidRPr="00B41726">
        <w:rPr>
          <w:color w:val="auto"/>
        </w:rPr>
        <w:t>For each requested position, confirm the annual requested amount and explain why that amount is necessary. The unit understands that if appropriations are insufficient, NCDPI may reduce the number of funded positions rather than the approved annual amount per funded position.</w:t>
      </w:r>
    </w:p>
    <w:p w14:paraId="087577AF" w14:textId="77777777" w:rsidR="00FF6E9F" w:rsidRDefault="00FF6E9F" w:rsidP="00FF6E9F">
      <w:pPr>
        <w:pStyle w:val="Question"/>
        <w:keepNext/>
        <w:ind w:left="720"/>
      </w:pPr>
    </w:p>
    <w:p w14:paraId="3FDF7507" w14:textId="77777777" w:rsidR="00FF6E9F" w:rsidRDefault="00FF6E9F" w:rsidP="00FF6E9F">
      <w:pPr>
        <w:pStyle w:val="Question"/>
        <w:keepNext/>
      </w:pPr>
    </w:p>
    <w:p w14:paraId="28489B06" w14:textId="77777777" w:rsidR="00FF6E9F" w:rsidRDefault="00FF6E9F" w:rsidP="00FF6E9F">
      <w:pPr>
        <w:pStyle w:val="Question"/>
        <w:keepNext/>
      </w:pPr>
    </w:p>
    <w:p w14:paraId="55BE755F" w14:textId="77777777" w:rsidR="00FF6E9F" w:rsidRDefault="00FF6E9F" w:rsidP="00FF6E9F">
      <w:pPr>
        <w:pStyle w:val="Question"/>
        <w:keepNext/>
      </w:pPr>
    </w:p>
    <w:p w14:paraId="368A020E" w14:textId="77777777" w:rsidR="00FF6E9F" w:rsidRDefault="00FF6E9F" w:rsidP="00FF6E9F">
      <w:pPr>
        <w:pStyle w:val="Question"/>
        <w:keepNext/>
      </w:pPr>
    </w:p>
    <w:p w14:paraId="5788BDFF" w14:textId="77777777" w:rsidR="00FF6E9F" w:rsidRDefault="00FF6E9F" w:rsidP="00FF6E9F">
      <w:pPr>
        <w:pStyle w:val="Question"/>
        <w:keepNext/>
      </w:pPr>
    </w:p>
    <w:p w14:paraId="461E9EE2" w14:textId="77777777" w:rsidR="00FF6E9F" w:rsidRDefault="00FF6E9F" w:rsidP="00FF6E9F">
      <w:pPr>
        <w:pStyle w:val="Question"/>
        <w:keepNext/>
      </w:pPr>
    </w:p>
    <w:p w14:paraId="752BB669" w14:textId="77777777" w:rsidR="00FF6E9F" w:rsidRDefault="00FF6E9F" w:rsidP="00FF6E9F">
      <w:pPr>
        <w:pStyle w:val="Question"/>
        <w:keepNext/>
      </w:pPr>
    </w:p>
    <w:p w14:paraId="442B7C39" w14:textId="77777777" w:rsidR="00FF6E9F" w:rsidRDefault="00FF6E9F" w:rsidP="00FF6E9F">
      <w:pPr>
        <w:pStyle w:val="Question"/>
        <w:keepNext/>
      </w:pPr>
    </w:p>
    <w:p w14:paraId="672DA65B" w14:textId="77777777" w:rsidR="00FF6E9F" w:rsidRDefault="00FF6E9F" w:rsidP="00FF6E9F">
      <w:pPr>
        <w:pStyle w:val="Question"/>
        <w:keepNext/>
      </w:pPr>
    </w:p>
    <w:p w14:paraId="05895B6E" w14:textId="2D0A9371" w:rsidR="008C5C52" w:rsidRDefault="00852B42">
      <w:pPr>
        <w:pStyle w:val="Heading2"/>
      </w:pPr>
      <w:r>
        <w:t>Emergency Position Conversio</w:t>
      </w:r>
      <w:r w:rsidR="008A7FE6">
        <w:t xml:space="preserve">n </w:t>
      </w:r>
    </w:p>
    <w:p w14:paraId="01853DB1" w14:textId="77777777" w:rsidR="008C5C52" w:rsidRPr="008A7FE6" w:rsidRDefault="00852B42">
      <w:pPr>
        <w:rPr>
          <w:b/>
          <w:bCs/>
        </w:rPr>
      </w:pPr>
      <w:r>
        <w:t>☐ T</w:t>
      </w:r>
      <w:r w:rsidRPr="008A7FE6">
        <w:rPr>
          <w:b/>
          <w:bCs/>
        </w:rPr>
        <w:t xml:space="preserve">he unit does not propose an emergency position conversion </w:t>
      </w:r>
      <w:proofErr w:type="gramStart"/>
      <w:r w:rsidRPr="008A7FE6">
        <w:rPr>
          <w:b/>
          <w:bCs/>
        </w:rPr>
        <w:t>at this time</w:t>
      </w:r>
      <w:proofErr w:type="gramEnd"/>
      <w:r w:rsidRPr="008A7FE6">
        <w:rPr>
          <w:b/>
          <w:bCs/>
        </w:rPr>
        <w:t>.</w:t>
      </w:r>
    </w:p>
    <w:p w14:paraId="6F9C61A6" w14:textId="77777777" w:rsidR="008C5C52" w:rsidRPr="008A7FE6" w:rsidRDefault="00852B42">
      <w:pPr>
        <w:rPr>
          <w:b/>
          <w:bCs/>
        </w:rPr>
      </w:pPr>
      <w:r w:rsidRPr="008A7FE6">
        <w:rPr>
          <w:b/>
          <w:bCs/>
        </w:rPr>
        <w:t xml:space="preserve">☐ The unit proposes an emergency position conversion consistent with applicable </w:t>
      </w:r>
      <w:proofErr w:type="spellStart"/>
      <w:r w:rsidRPr="008A7FE6">
        <w:rPr>
          <w:b/>
          <w:bCs/>
        </w:rPr>
        <w:t>TeachReadyNC</w:t>
      </w:r>
      <w:proofErr w:type="spellEnd"/>
      <w:r w:rsidRPr="008A7FE6">
        <w:rPr>
          <w:b/>
          <w:bCs/>
        </w:rPr>
        <w:t xml:space="preserve"> requirements.</w:t>
      </w:r>
    </w:p>
    <w:p w14:paraId="5D5B1FE8" w14:textId="28ACA155" w:rsidR="008C5C52" w:rsidRPr="00E87496" w:rsidRDefault="00852B42" w:rsidP="00FF6E9F">
      <w:pPr>
        <w:pStyle w:val="Question"/>
        <w:keepNext/>
        <w:numPr>
          <w:ilvl w:val="0"/>
          <w:numId w:val="5"/>
        </w:numPr>
        <w:rPr>
          <w:color w:val="auto"/>
        </w:rPr>
      </w:pPr>
      <w:r w:rsidRPr="00E87496">
        <w:rPr>
          <w:color w:val="auto"/>
        </w:rPr>
        <w:t>If applicable, identify each position proposed for conversion, calculate its dollar equivalent, explain the resulting student/staffing impact, and identify teachers accepting additional students.</w:t>
      </w:r>
    </w:p>
    <w:p w14:paraId="54E881B5" w14:textId="77777777" w:rsidR="008C5C52" w:rsidRDefault="00852B42">
      <w:r>
        <w:br w:type="page"/>
      </w:r>
    </w:p>
    <w:p w14:paraId="76C4D132" w14:textId="77777777" w:rsidR="008C5C52" w:rsidRDefault="00852B42">
      <w:pPr>
        <w:pStyle w:val="Heading1"/>
      </w:pPr>
      <w:r>
        <w:lastRenderedPageBreak/>
        <w:t>Part D. Post-Approval Implementation Readiness</w:t>
      </w:r>
    </w:p>
    <w:p w14:paraId="779A6033" w14:textId="77777777" w:rsidR="008C5C52" w:rsidRDefault="008C5C52">
      <w:pPr>
        <w:pBdr>
          <w:bottom w:val="single" w:sz="10" w:space="1" w:color="315F98"/>
        </w:pBdr>
        <w:spacing w:after="40"/>
      </w:pPr>
    </w:p>
    <w:p w14:paraId="27B1C9F4" w14:textId="77777777" w:rsidR="008C5C52" w:rsidRDefault="00852B42">
      <w:pPr>
        <w:pStyle w:val="Heading2"/>
      </w:pPr>
      <w:r>
        <w:t>D1. Apprentice Eligibility, Employment, and Safeguards</w:t>
      </w:r>
    </w:p>
    <w:p w14:paraId="2FB34CBE" w14:textId="3E7D161A" w:rsidR="00A83DDF" w:rsidRPr="00A83DDF" w:rsidRDefault="00A83DDF" w:rsidP="00A83DDF">
      <w:r>
        <w:t xml:space="preserve">In the table below, describe the local school administrative unit’s procedures for ensuring </w:t>
      </w:r>
      <w:r w:rsidR="000537F0">
        <w:t xml:space="preserve">each of </w:t>
      </w:r>
      <w:r>
        <w:t xml:space="preserve">the legislatively required conditions are met. Also provide details </w:t>
      </w:r>
      <w:r w:rsidR="00023E3A">
        <w:t xml:space="preserve">about </w:t>
      </w:r>
      <w:r>
        <w:t xml:space="preserve">the evidence that will be collected and the role responsible for ensuring conditions are met. </w:t>
      </w:r>
    </w:p>
    <w:tbl>
      <w:tblPr>
        <w:tblW w:w="0" w:type="auto"/>
        <w:jc w:val="center"/>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Layout w:type="fixed"/>
        <w:tblLook w:val="04A0" w:firstRow="1" w:lastRow="0" w:firstColumn="1" w:lastColumn="0" w:noHBand="0" w:noVBand="1"/>
      </w:tblPr>
      <w:tblGrid>
        <w:gridCol w:w="3240"/>
        <w:gridCol w:w="5040"/>
        <w:gridCol w:w="2160"/>
      </w:tblGrid>
      <w:tr w:rsidR="008C5C52" w14:paraId="4207E150" w14:textId="77777777">
        <w:trPr>
          <w:tblHeader/>
          <w:jc w:val="center"/>
        </w:trPr>
        <w:tc>
          <w:tcPr>
            <w:tcW w:w="3240" w:type="dxa"/>
            <w:shd w:val="clear" w:color="auto" w:fill="173F6B"/>
            <w:tcMar>
              <w:top w:w="80" w:type="dxa"/>
              <w:left w:w="90" w:type="dxa"/>
              <w:bottom w:w="80" w:type="dxa"/>
              <w:right w:w="90" w:type="dxa"/>
            </w:tcMar>
            <w:vAlign w:val="center"/>
          </w:tcPr>
          <w:p w14:paraId="6A9D58A0" w14:textId="77777777" w:rsidR="008C5C52" w:rsidRDefault="00852B42">
            <w:pPr>
              <w:pStyle w:val="TableHeader"/>
              <w:jc w:val="center"/>
            </w:pPr>
            <w:r>
              <w:rPr>
                <w:b w:val="0"/>
              </w:rPr>
              <w:t>Required condition</w:t>
            </w:r>
          </w:p>
        </w:tc>
        <w:tc>
          <w:tcPr>
            <w:tcW w:w="5040" w:type="dxa"/>
            <w:shd w:val="clear" w:color="auto" w:fill="173F6B"/>
            <w:tcMar>
              <w:top w:w="80" w:type="dxa"/>
              <w:left w:w="90" w:type="dxa"/>
              <w:bottom w:w="80" w:type="dxa"/>
              <w:right w:w="90" w:type="dxa"/>
            </w:tcMar>
            <w:vAlign w:val="center"/>
          </w:tcPr>
          <w:p w14:paraId="315DE64D" w14:textId="77777777" w:rsidR="008C5C52" w:rsidRDefault="00852B42">
            <w:pPr>
              <w:pStyle w:val="TableHeader"/>
              <w:jc w:val="center"/>
            </w:pPr>
            <w:r>
              <w:rPr>
                <w:b w:val="0"/>
              </w:rPr>
              <w:t>Unit verification / monitoring procedure</w:t>
            </w:r>
          </w:p>
        </w:tc>
        <w:tc>
          <w:tcPr>
            <w:tcW w:w="2160" w:type="dxa"/>
            <w:shd w:val="clear" w:color="auto" w:fill="173F6B"/>
            <w:tcMar>
              <w:top w:w="80" w:type="dxa"/>
              <w:left w:w="90" w:type="dxa"/>
              <w:bottom w:w="80" w:type="dxa"/>
              <w:right w:w="90" w:type="dxa"/>
            </w:tcMar>
            <w:vAlign w:val="center"/>
          </w:tcPr>
          <w:p w14:paraId="7A58F6FA" w14:textId="77777777" w:rsidR="008C5C52" w:rsidRDefault="00852B42">
            <w:pPr>
              <w:pStyle w:val="TableHeader"/>
              <w:jc w:val="center"/>
            </w:pPr>
            <w:r>
              <w:rPr>
                <w:b w:val="0"/>
              </w:rPr>
              <w:t>Evidence / responsible role</w:t>
            </w:r>
          </w:p>
        </w:tc>
      </w:tr>
      <w:tr w:rsidR="008C5C52" w14:paraId="2584EB51" w14:textId="77777777">
        <w:trPr>
          <w:jc w:val="center"/>
        </w:trPr>
        <w:tc>
          <w:tcPr>
            <w:tcW w:w="3240" w:type="dxa"/>
            <w:tcMar>
              <w:top w:w="80" w:type="dxa"/>
              <w:left w:w="90" w:type="dxa"/>
              <w:bottom w:w="80" w:type="dxa"/>
              <w:right w:w="90" w:type="dxa"/>
            </w:tcMar>
            <w:vAlign w:val="center"/>
          </w:tcPr>
          <w:p w14:paraId="435B83B8" w14:textId="77777777" w:rsidR="008C5C52" w:rsidRDefault="00852B42">
            <w:pPr>
              <w:pStyle w:val="TableText"/>
            </w:pPr>
            <w:r>
              <w:t>Holds a bachelor’s degree</w:t>
            </w:r>
          </w:p>
        </w:tc>
        <w:tc>
          <w:tcPr>
            <w:tcW w:w="5040" w:type="dxa"/>
            <w:tcMar>
              <w:top w:w="80" w:type="dxa"/>
              <w:left w:w="90" w:type="dxa"/>
              <w:bottom w:w="80" w:type="dxa"/>
              <w:right w:w="90" w:type="dxa"/>
            </w:tcMar>
            <w:vAlign w:val="center"/>
          </w:tcPr>
          <w:p w14:paraId="28D8F287" w14:textId="77777777" w:rsidR="008C5C52" w:rsidRDefault="008C5C52">
            <w:pPr>
              <w:pStyle w:val="TableText"/>
            </w:pPr>
          </w:p>
        </w:tc>
        <w:tc>
          <w:tcPr>
            <w:tcW w:w="2160" w:type="dxa"/>
            <w:tcMar>
              <w:top w:w="80" w:type="dxa"/>
              <w:left w:w="90" w:type="dxa"/>
              <w:bottom w:w="80" w:type="dxa"/>
              <w:right w:w="90" w:type="dxa"/>
            </w:tcMar>
            <w:vAlign w:val="center"/>
          </w:tcPr>
          <w:p w14:paraId="25DCDFDD" w14:textId="77777777" w:rsidR="008C5C52" w:rsidRDefault="008C5C52">
            <w:pPr>
              <w:pStyle w:val="TableText"/>
            </w:pPr>
          </w:p>
        </w:tc>
      </w:tr>
      <w:tr w:rsidR="008C5C52" w14:paraId="406370B5" w14:textId="77777777">
        <w:trPr>
          <w:jc w:val="center"/>
        </w:trPr>
        <w:tc>
          <w:tcPr>
            <w:tcW w:w="3240" w:type="dxa"/>
            <w:tcMar>
              <w:top w:w="80" w:type="dxa"/>
              <w:left w:w="90" w:type="dxa"/>
              <w:bottom w:w="80" w:type="dxa"/>
              <w:right w:w="90" w:type="dxa"/>
            </w:tcMar>
            <w:vAlign w:val="center"/>
          </w:tcPr>
          <w:p w14:paraId="77444795" w14:textId="77777777" w:rsidR="008C5C52" w:rsidRDefault="00852B42">
            <w:pPr>
              <w:pStyle w:val="TableText"/>
            </w:pPr>
            <w:r>
              <w:t>Not eligible to hold an initial professional license or continuing professional license</w:t>
            </w:r>
          </w:p>
        </w:tc>
        <w:tc>
          <w:tcPr>
            <w:tcW w:w="5040" w:type="dxa"/>
            <w:tcMar>
              <w:top w:w="80" w:type="dxa"/>
              <w:left w:w="90" w:type="dxa"/>
              <w:bottom w:w="80" w:type="dxa"/>
              <w:right w:w="90" w:type="dxa"/>
            </w:tcMar>
            <w:vAlign w:val="center"/>
          </w:tcPr>
          <w:p w14:paraId="117B1212" w14:textId="77777777" w:rsidR="008C5C52" w:rsidRDefault="008C5C52">
            <w:pPr>
              <w:pStyle w:val="TableText"/>
            </w:pPr>
          </w:p>
        </w:tc>
        <w:tc>
          <w:tcPr>
            <w:tcW w:w="2160" w:type="dxa"/>
            <w:tcMar>
              <w:top w:w="80" w:type="dxa"/>
              <w:left w:w="90" w:type="dxa"/>
              <w:bottom w:w="80" w:type="dxa"/>
              <w:right w:w="90" w:type="dxa"/>
            </w:tcMar>
            <w:vAlign w:val="center"/>
          </w:tcPr>
          <w:p w14:paraId="39710898" w14:textId="77777777" w:rsidR="008C5C52" w:rsidRDefault="008C5C52">
            <w:pPr>
              <w:pStyle w:val="TableText"/>
            </w:pPr>
          </w:p>
        </w:tc>
      </w:tr>
      <w:tr w:rsidR="008C5C52" w14:paraId="64EAD218" w14:textId="77777777">
        <w:trPr>
          <w:jc w:val="center"/>
        </w:trPr>
        <w:tc>
          <w:tcPr>
            <w:tcW w:w="3240" w:type="dxa"/>
            <w:tcMar>
              <w:top w:w="80" w:type="dxa"/>
              <w:left w:w="90" w:type="dxa"/>
              <w:bottom w:w="80" w:type="dxa"/>
              <w:right w:w="90" w:type="dxa"/>
            </w:tcMar>
            <w:vAlign w:val="center"/>
          </w:tcPr>
          <w:p w14:paraId="41E7A027" w14:textId="77777777" w:rsidR="008C5C52" w:rsidRDefault="00852B42">
            <w:pPr>
              <w:pStyle w:val="TableText"/>
            </w:pPr>
            <w:r>
              <w:t>Will not serve as teacher of record</w:t>
            </w:r>
          </w:p>
        </w:tc>
        <w:tc>
          <w:tcPr>
            <w:tcW w:w="5040" w:type="dxa"/>
            <w:tcMar>
              <w:top w:w="80" w:type="dxa"/>
              <w:left w:w="90" w:type="dxa"/>
              <w:bottom w:w="80" w:type="dxa"/>
              <w:right w:w="90" w:type="dxa"/>
            </w:tcMar>
            <w:vAlign w:val="center"/>
          </w:tcPr>
          <w:p w14:paraId="6DF7CE2F" w14:textId="77777777" w:rsidR="008C5C52" w:rsidRDefault="008C5C52">
            <w:pPr>
              <w:pStyle w:val="TableText"/>
            </w:pPr>
          </w:p>
        </w:tc>
        <w:tc>
          <w:tcPr>
            <w:tcW w:w="2160" w:type="dxa"/>
            <w:tcMar>
              <w:top w:w="80" w:type="dxa"/>
              <w:left w:w="90" w:type="dxa"/>
              <w:bottom w:w="80" w:type="dxa"/>
              <w:right w:w="90" w:type="dxa"/>
            </w:tcMar>
            <w:vAlign w:val="center"/>
          </w:tcPr>
          <w:p w14:paraId="56ADCEFE" w14:textId="77777777" w:rsidR="008C5C52" w:rsidRDefault="008C5C52">
            <w:pPr>
              <w:pStyle w:val="TableText"/>
            </w:pPr>
          </w:p>
        </w:tc>
      </w:tr>
      <w:tr w:rsidR="008C5C52" w14:paraId="7830B9EE" w14:textId="77777777">
        <w:trPr>
          <w:jc w:val="center"/>
        </w:trPr>
        <w:tc>
          <w:tcPr>
            <w:tcW w:w="3240" w:type="dxa"/>
            <w:tcMar>
              <w:top w:w="80" w:type="dxa"/>
              <w:left w:w="90" w:type="dxa"/>
              <w:bottom w:w="80" w:type="dxa"/>
              <w:right w:w="90" w:type="dxa"/>
            </w:tcMar>
            <w:vAlign w:val="center"/>
          </w:tcPr>
          <w:p w14:paraId="1F8ACB2C" w14:textId="77777777" w:rsidR="008C5C52" w:rsidRDefault="00852B42">
            <w:pPr>
              <w:pStyle w:val="TableText"/>
            </w:pPr>
            <w:r>
              <w:t>Enrolled in an eligible EPP</w:t>
            </w:r>
          </w:p>
        </w:tc>
        <w:tc>
          <w:tcPr>
            <w:tcW w:w="5040" w:type="dxa"/>
            <w:tcMar>
              <w:top w:w="80" w:type="dxa"/>
              <w:left w:w="90" w:type="dxa"/>
              <w:bottom w:w="80" w:type="dxa"/>
              <w:right w:w="90" w:type="dxa"/>
            </w:tcMar>
            <w:vAlign w:val="center"/>
          </w:tcPr>
          <w:p w14:paraId="2AA11267" w14:textId="77777777" w:rsidR="008C5C52" w:rsidRDefault="008C5C52">
            <w:pPr>
              <w:pStyle w:val="TableText"/>
            </w:pPr>
          </w:p>
        </w:tc>
        <w:tc>
          <w:tcPr>
            <w:tcW w:w="2160" w:type="dxa"/>
            <w:tcMar>
              <w:top w:w="80" w:type="dxa"/>
              <w:left w:w="90" w:type="dxa"/>
              <w:bottom w:w="80" w:type="dxa"/>
              <w:right w:w="90" w:type="dxa"/>
            </w:tcMar>
            <w:vAlign w:val="center"/>
          </w:tcPr>
          <w:p w14:paraId="004BD4D6" w14:textId="77777777" w:rsidR="008C5C52" w:rsidRDefault="008C5C52">
            <w:pPr>
              <w:pStyle w:val="TableText"/>
            </w:pPr>
          </w:p>
        </w:tc>
      </w:tr>
      <w:tr w:rsidR="008C5C52" w14:paraId="50C1F784" w14:textId="77777777">
        <w:trPr>
          <w:jc w:val="center"/>
        </w:trPr>
        <w:tc>
          <w:tcPr>
            <w:tcW w:w="3240" w:type="dxa"/>
            <w:tcMar>
              <w:top w:w="80" w:type="dxa"/>
              <w:left w:w="90" w:type="dxa"/>
              <w:bottom w:w="80" w:type="dxa"/>
              <w:right w:w="90" w:type="dxa"/>
            </w:tcMar>
            <w:vAlign w:val="center"/>
          </w:tcPr>
          <w:p w14:paraId="0059D567" w14:textId="77777777" w:rsidR="008C5C52" w:rsidRDefault="00852B42">
            <w:pPr>
              <w:pStyle w:val="TableText"/>
            </w:pPr>
            <w:r>
              <w:t>Submits FAFSA for each year employed as an apprentice</w:t>
            </w:r>
          </w:p>
        </w:tc>
        <w:tc>
          <w:tcPr>
            <w:tcW w:w="5040" w:type="dxa"/>
            <w:tcMar>
              <w:top w:w="80" w:type="dxa"/>
              <w:left w:w="90" w:type="dxa"/>
              <w:bottom w:w="80" w:type="dxa"/>
              <w:right w:w="90" w:type="dxa"/>
            </w:tcMar>
            <w:vAlign w:val="center"/>
          </w:tcPr>
          <w:p w14:paraId="115C8E89" w14:textId="77777777" w:rsidR="008C5C52" w:rsidRDefault="008C5C52">
            <w:pPr>
              <w:pStyle w:val="TableText"/>
            </w:pPr>
          </w:p>
        </w:tc>
        <w:tc>
          <w:tcPr>
            <w:tcW w:w="2160" w:type="dxa"/>
            <w:tcMar>
              <w:top w:w="80" w:type="dxa"/>
              <w:left w:w="90" w:type="dxa"/>
              <w:bottom w:w="80" w:type="dxa"/>
              <w:right w:w="90" w:type="dxa"/>
            </w:tcMar>
            <w:vAlign w:val="center"/>
          </w:tcPr>
          <w:p w14:paraId="26D4E781" w14:textId="77777777" w:rsidR="008C5C52" w:rsidRDefault="008C5C52">
            <w:pPr>
              <w:pStyle w:val="TableText"/>
            </w:pPr>
          </w:p>
        </w:tc>
      </w:tr>
      <w:tr w:rsidR="008C5C52" w14:paraId="284DF499" w14:textId="77777777">
        <w:trPr>
          <w:jc w:val="center"/>
        </w:trPr>
        <w:tc>
          <w:tcPr>
            <w:tcW w:w="3240" w:type="dxa"/>
            <w:tcMar>
              <w:top w:w="80" w:type="dxa"/>
              <w:left w:w="90" w:type="dxa"/>
              <w:bottom w:w="80" w:type="dxa"/>
              <w:right w:w="90" w:type="dxa"/>
            </w:tcMar>
            <w:vAlign w:val="center"/>
          </w:tcPr>
          <w:p w14:paraId="3C416316" w14:textId="77777777" w:rsidR="008C5C52" w:rsidRDefault="00852B42">
            <w:pPr>
              <w:pStyle w:val="TableText"/>
            </w:pPr>
            <w:r>
              <w:t>Substitute teaching limited to no more than eight hours per week</w:t>
            </w:r>
          </w:p>
        </w:tc>
        <w:tc>
          <w:tcPr>
            <w:tcW w:w="5040" w:type="dxa"/>
            <w:tcMar>
              <w:top w:w="80" w:type="dxa"/>
              <w:left w:w="90" w:type="dxa"/>
              <w:bottom w:w="80" w:type="dxa"/>
              <w:right w:w="90" w:type="dxa"/>
            </w:tcMar>
            <w:vAlign w:val="center"/>
          </w:tcPr>
          <w:p w14:paraId="33831E8E" w14:textId="77777777" w:rsidR="008C5C52" w:rsidRDefault="008C5C52">
            <w:pPr>
              <w:pStyle w:val="TableText"/>
            </w:pPr>
          </w:p>
        </w:tc>
        <w:tc>
          <w:tcPr>
            <w:tcW w:w="2160" w:type="dxa"/>
            <w:tcMar>
              <w:top w:w="80" w:type="dxa"/>
              <w:left w:w="90" w:type="dxa"/>
              <w:bottom w:w="80" w:type="dxa"/>
              <w:right w:w="90" w:type="dxa"/>
            </w:tcMar>
            <w:vAlign w:val="center"/>
          </w:tcPr>
          <w:p w14:paraId="48380613" w14:textId="77777777" w:rsidR="008C5C52" w:rsidRDefault="008C5C52">
            <w:pPr>
              <w:pStyle w:val="TableText"/>
            </w:pPr>
          </w:p>
        </w:tc>
      </w:tr>
      <w:tr w:rsidR="008C5C52" w14:paraId="00942C9A" w14:textId="77777777">
        <w:trPr>
          <w:jc w:val="center"/>
        </w:trPr>
        <w:tc>
          <w:tcPr>
            <w:tcW w:w="3240" w:type="dxa"/>
            <w:tcMar>
              <w:top w:w="80" w:type="dxa"/>
              <w:left w:w="90" w:type="dxa"/>
              <w:bottom w:w="80" w:type="dxa"/>
              <w:right w:w="90" w:type="dxa"/>
            </w:tcMar>
            <w:vAlign w:val="center"/>
          </w:tcPr>
          <w:p w14:paraId="51AD686C" w14:textId="77777777" w:rsidR="008C5C52" w:rsidRDefault="00852B42">
            <w:pPr>
              <w:pStyle w:val="TableText"/>
            </w:pPr>
            <w:r>
              <w:t>Apprenticeship employment limited to no more than three years</w:t>
            </w:r>
          </w:p>
        </w:tc>
        <w:tc>
          <w:tcPr>
            <w:tcW w:w="5040" w:type="dxa"/>
            <w:tcMar>
              <w:top w:w="80" w:type="dxa"/>
              <w:left w:w="90" w:type="dxa"/>
              <w:bottom w:w="80" w:type="dxa"/>
              <w:right w:w="90" w:type="dxa"/>
            </w:tcMar>
            <w:vAlign w:val="center"/>
          </w:tcPr>
          <w:p w14:paraId="048BE515" w14:textId="77777777" w:rsidR="008C5C52" w:rsidRDefault="008C5C52">
            <w:pPr>
              <w:pStyle w:val="TableText"/>
            </w:pPr>
          </w:p>
        </w:tc>
        <w:tc>
          <w:tcPr>
            <w:tcW w:w="2160" w:type="dxa"/>
            <w:tcMar>
              <w:top w:w="80" w:type="dxa"/>
              <w:left w:w="90" w:type="dxa"/>
              <w:bottom w:w="80" w:type="dxa"/>
              <w:right w:w="90" w:type="dxa"/>
            </w:tcMar>
            <w:vAlign w:val="center"/>
          </w:tcPr>
          <w:p w14:paraId="05E0150C" w14:textId="77777777" w:rsidR="008C5C52" w:rsidRDefault="008C5C52">
            <w:pPr>
              <w:pStyle w:val="TableText"/>
            </w:pPr>
          </w:p>
        </w:tc>
      </w:tr>
      <w:tr w:rsidR="008C5C52" w14:paraId="5A9518B4" w14:textId="77777777">
        <w:trPr>
          <w:jc w:val="center"/>
        </w:trPr>
        <w:tc>
          <w:tcPr>
            <w:tcW w:w="3240" w:type="dxa"/>
            <w:tcMar>
              <w:top w:w="80" w:type="dxa"/>
              <w:left w:w="90" w:type="dxa"/>
              <w:bottom w:w="80" w:type="dxa"/>
              <w:right w:w="90" w:type="dxa"/>
            </w:tcMar>
            <w:vAlign w:val="center"/>
          </w:tcPr>
          <w:p w14:paraId="4F7FCF1C" w14:textId="77777777" w:rsidR="008C5C52" w:rsidRDefault="00852B42">
            <w:pPr>
              <w:pStyle w:val="TableText"/>
            </w:pPr>
            <w:r>
              <w:t>Works full-time in a classroom with an apprentice supervisor</w:t>
            </w:r>
          </w:p>
        </w:tc>
        <w:tc>
          <w:tcPr>
            <w:tcW w:w="5040" w:type="dxa"/>
            <w:tcMar>
              <w:top w:w="80" w:type="dxa"/>
              <w:left w:w="90" w:type="dxa"/>
              <w:bottom w:w="80" w:type="dxa"/>
              <w:right w:w="90" w:type="dxa"/>
            </w:tcMar>
            <w:vAlign w:val="center"/>
          </w:tcPr>
          <w:p w14:paraId="753943BB" w14:textId="77777777" w:rsidR="008C5C52" w:rsidRDefault="008C5C52">
            <w:pPr>
              <w:pStyle w:val="TableText"/>
            </w:pPr>
          </w:p>
        </w:tc>
        <w:tc>
          <w:tcPr>
            <w:tcW w:w="2160" w:type="dxa"/>
            <w:tcMar>
              <w:top w:w="80" w:type="dxa"/>
              <w:left w:w="90" w:type="dxa"/>
              <w:bottom w:w="80" w:type="dxa"/>
              <w:right w:w="90" w:type="dxa"/>
            </w:tcMar>
            <w:vAlign w:val="center"/>
          </w:tcPr>
          <w:p w14:paraId="30E84B14" w14:textId="77777777" w:rsidR="008C5C52" w:rsidRDefault="008C5C52">
            <w:pPr>
              <w:pStyle w:val="TableText"/>
            </w:pPr>
          </w:p>
        </w:tc>
      </w:tr>
    </w:tbl>
    <w:p w14:paraId="2775285C" w14:textId="77777777" w:rsidR="002D74C0" w:rsidRDefault="002D74C0" w:rsidP="002D74C0">
      <w:pPr>
        <w:pStyle w:val="Question"/>
        <w:keepNext/>
        <w:ind w:left="360"/>
      </w:pPr>
    </w:p>
    <w:p w14:paraId="24E19473" w14:textId="1772BACE" w:rsidR="008C5C52" w:rsidRPr="00B72AA7" w:rsidRDefault="00852B42" w:rsidP="00FF6E9F">
      <w:pPr>
        <w:pStyle w:val="Question"/>
        <w:keepNext/>
        <w:numPr>
          <w:ilvl w:val="0"/>
          <w:numId w:val="8"/>
        </w:numPr>
        <w:rPr>
          <w:color w:val="auto"/>
        </w:rPr>
      </w:pPr>
      <w:r w:rsidRPr="00B72AA7">
        <w:rPr>
          <w:color w:val="auto"/>
        </w:rPr>
        <w:t>Describe the apprentice recruitment, screening, selection, onboarding, and annual reverification process.</w:t>
      </w:r>
    </w:p>
    <w:p w14:paraId="3AB19DCD" w14:textId="77777777" w:rsidR="00FF6E9F" w:rsidRPr="00B72AA7" w:rsidRDefault="00FF6E9F" w:rsidP="00FF6E9F">
      <w:pPr>
        <w:pStyle w:val="Question"/>
        <w:keepNext/>
        <w:rPr>
          <w:color w:val="auto"/>
        </w:rPr>
      </w:pPr>
    </w:p>
    <w:p w14:paraId="4AFBDD7A" w14:textId="77777777" w:rsidR="00FF6E9F" w:rsidRPr="00B72AA7" w:rsidRDefault="00FF6E9F" w:rsidP="00FF6E9F">
      <w:pPr>
        <w:pStyle w:val="Question"/>
        <w:keepNext/>
        <w:rPr>
          <w:color w:val="auto"/>
        </w:rPr>
      </w:pPr>
    </w:p>
    <w:p w14:paraId="480A6491" w14:textId="77777777" w:rsidR="00FF6E9F" w:rsidRPr="00B72AA7" w:rsidRDefault="00FF6E9F" w:rsidP="00FF6E9F">
      <w:pPr>
        <w:pStyle w:val="Question"/>
        <w:keepNext/>
        <w:rPr>
          <w:color w:val="auto"/>
        </w:rPr>
      </w:pPr>
    </w:p>
    <w:p w14:paraId="27DD413D" w14:textId="77777777" w:rsidR="00FF6E9F" w:rsidRPr="00B72AA7" w:rsidRDefault="00FF6E9F" w:rsidP="00FF6E9F">
      <w:pPr>
        <w:pStyle w:val="Question"/>
        <w:keepNext/>
        <w:rPr>
          <w:color w:val="auto"/>
        </w:rPr>
      </w:pPr>
    </w:p>
    <w:p w14:paraId="57C13FB5" w14:textId="77777777" w:rsidR="00FF6E9F" w:rsidRPr="00B72AA7" w:rsidRDefault="00FF6E9F" w:rsidP="00FF6E9F">
      <w:pPr>
        <w:pStyle w:val="Question"/>
        <w:keepNext/>
        <w:rPr>
          <w:color w:val="auto"/>
        </w:rPr>
      </w:pPr>
    </w:p>
    <w:p w14:paraId="7F4ED1AD" w14:textId="77777777" w:rsidR="00FF6E9F" w:rsidRPr="00B72AA7" w:rsidRDefault="00FF6E9F" w:rsidP="00FF6E9F">
      <w:pPr>
        <w:pStyle w:val="Question"/>
        <w:keepNext/>
        <w:rPr>
          <w:color w:val="auto"/>
        </w:rPr>
      </w:pPr>
    </w:p>
    <w:p w14:paraId="50655AF0" w14:textId="77777777" w:rsidR="00FF6E9F" w:rsidRPr="00B72AA7" w:rsidRDefault="00FF6E9F" w:rsidP="00FF6E9F">
      <w:pPr>
        <w:pStyle w:val="Question"/>
        <w:keepNext/>
        <w:rPr>
          <w:color w:val="auto"/>
        </w:rPr>
      </w:pPr>
    </w:p>
    <w:p w14:paraId="567EB690" w14:textId="77777777" w:rsidR="00FF6E9F" w:rsidRPr="00B72AA7" w:rsidRDefault="00FF6E9F" w:rsidP="00FF6E9F">
      <w:pPr>
        <w:pStyle w:val="Question"/>
        <w:keepNext/>
        <w:rPr>
          <w:color w:val="auto"/>
        </w:rPr>
      </w:pPr>
    </w:p>
    <w:p w14:paraId="55CE82CB" w14:textId="77777777" w:rsidR="00FF6E9F" w:rsidRPr="00B72AA7" w:rsidRDefault="00FF6E9F" w:rsidP="00FF6E9F">
      <w:pPr>
        <w:pStyle w:val="Question"/>
        <w:keepNext/>
        <w:rPr>
          <w:color w:val="auto"/>
        </w:rPr>
      </w:pPr>
    </w:p>
    <w:p w14:paraId="38825750" w14:textId="77777777" w:rsidR="00FF6E9F" w:rsidRPr="00B72AA7" w:rsidRDefault="00FF6E9F" w:rsidP="00FF6E9F">
      <w:pPr>
        <w:pStyle w:val="Question"/>
        <w:keepNext/>
        <w:rPr>
          <w:color w:val="auto"/>
        </w:rPr>
      </w:pPr>
    </w:p>
    <w:p w14:paraId="146BD3B7" w14:textId="77777777" w:rsidR="00FF6E9F" w:rsidRPr="00B72AA7" w:rsidRDefault="00FF6E9F" w:rsidP="00FF6E9F">
      <w:pPr>
        <w:pStyle w:val="Question"/>
        <w:keepNext/>
        <w:rPr>
          <w:color w:val="auto"/>
        </w:rPr>
      </w:pPr>
    </w:p>
    <w:p w14:paraId="37A33141" w14:textId="5FC5A621" w:rsidR="008C5C52" w:rsidRPr="00B72AA7" w:rsidRDefault="00852B42" w:rsidP="00FF6E9F">
      <w:pPr>
        <w:pStyle w:val="Question"/>
        <w:keepNext/>
        <w:numPr>
          <w:ilvl w:val="0"/>
          <w:numId w:val="8"/>
        </w:numPr>
        <w:rPr>
          <w:color w:val="auto"/>
        </w:rPr>
      </w:pPr>
      <w:r w:rsidRPr="00B72AA7">
        <w:rPr>
          <w:color w:val="auto"/>
        </w:rPr>
        <w:t>Explain how schedules, duties, position descriptions, and time records will</w:t>
      </w:r>
      <w:r w:rsidR="00957F8A">
        <w:rPr>
          <w:color w:val="auto"/>
        </w:rPr>
        <w:t xml:space="preserve"> enable an apprentice to work</w:t>
      </w:r>
      <w:r w:rsidR="00DC082B">
        <w:rPr>
          <w:color w:val="auto"/>
        </w:rPr>
        <w:t xml:space="preserve"> full-time in the classroom</w:t>
      </w:r>
      <w:r w:rsidR="00957F8A">
        <w:rPr>
          <w:color w:val="auto"/>
        </w:rPr>
        <w:t xml:space="preserve"> with an apprentice supervisor</w:t>
      </w:r>
      <w:r w:rsidR="00DC082B">
        <w:rPr>
          <w:color w:val="auto"/>
        </w:rPr>
        <w:t xml:space="preserve">, and not as a teacher of record. Describe how the local school administrative unit will monitor and </w:t>
      </w:r>
      <w:r w:rsidRPr="00B72AA7">
        <w:rPr>
          <w:color w:val="auto"/>
        </w:rPr>
        <w:t>enforce the substitute-teaching limit.</w:t>
      </w:r>
    </w:p>
    <w:p w14:paraId="2E8285AA" w14:textId="77777777" w:rsidR="008C5C52" w:rsidRPr="00B72AA7" w:rsidRDefault="00852B42">
      <w:pPr>
        <w:rPr>
          <w:color w:val="auto"/>
        </w:rPr>
      </w:pPr>
      <w:r w:rsidRPr="00B72AA7">
        <w:rPr>
          <w:color w:val="auto"/>
        </w:rPr>
        <w:br w:type="page"/>
      </w:r>
    </w:p>
    <w:p w14:paraId="604E96F5" w14:textId="77777777" w:rsidR="008C5C52" w:rsidRDefault="00852B42">
      <w:pPr>
        <w:pStyle w:val="Heading2"/>
      </w:pPr>
      <w:r>
        <w:lastRenderedPageBreak/>
        <w:t>D2. Supervisor Assignment and Preparation</w:t>
      </w:r>
    </w:p>
    <w:p w14:paraId="42022ACB" w14:textId="692DCAB3" w:rsidR="008C5C52" w:rsidRPr="00875D86" w:rsidRDefault="00852B42" w:rsidP="00FF6E9F">
      <w:pPr>
        <w:pStyle w:val="Question"/>
        <w:keepNext/>
        <w:numPr>
          <w:ilvl w:val="0"/>
          <w:numId w:val="27"/>
        </w:numPr>
        <w:rPr>
          <w:color w:val="auto"/>
        </w:rPr>
      </w:pPr>
      <w:r w:rsidRPr="00875D86">
        <w:rPr>
          <w:color w:val="auto"/>
        </w:rPr>
        <w:t xml:space="preserve">Describe </w:t>
      </w:r>
      <w:r w:rsidR="006A32CC">
        <w:rPr>
          <w:color w:val="auto"/>
        </w:rPr>
        <w:t xml:space="preserve">the local school administrative unit’s plan for apprentice </w:t>
      </w:r>
      <w:r w:rsidRPr="00875D86">
        <w:rPr>
          <w:color w:val="auto"/>
        </w:rPr>
        <w:t>supervisor preparation and ongoing training, including how the unit will use NCDPI/</w:t>
      </w:r>
      <w:proofErr w:type="spellStart"/>
      <w:r w:rsidRPr="00875D86">
        <w:rPr>
          <w:color w:val="auto"/>
        </w:rPr>
        <w:t>ApprenticeshipNC</w:t>
      </w:r>
      <w:proofErr w:type="spellEnd"/>
      <w:r w:rsidRPr="00875D86">
        <w:rPr>
          <w:color w:val="auto"/>
        </w:rPr>
        <w:t xml:space="preserve"> supervisor resources and training when available.</w:t>
      </w:r>
    </w:p>
    <w:p w14:paraId="66092173" w14:textId="6E10F772" w:rsidR="008C5C52" w:rsidRDefault="008C5C52">
      <w:pPr>
        <w:spacing w:after="40"/>
      </w:pPr>
    </w:p>
    <w:p w14:paraId="279AC69D" w14:textId="77777777" w:rsidR="00AC2447" w:rsidRDefault="00AC2447">
      <w:pPr>
        <w:spacing w:after="40"/>
      </w:pPr>
    </w:p>
    <w:p w14:paraId="6F0ED5F5" w14:textId="77777777" w:rsidR="00AC2447" w:rsidRDefault="00AC2447">
      <w:pPr>
        <w:spacing w:after="40"/>
      </w:pPr>
    </w:p>
    <w:p w14:paraId="6BD3166A" w14:textId="77777777" w:rsidR="00AC2447" w:rsidRDefault="00AC2447">
      <w:pPr>
        <w:spacing w:after="40"/>
      </w:pPr>
    </w:p>
    <w:p w14:paraId="27D91BB1" w14:textId="77777777" w:rsidR="00AC2447" w:rsidRDefault="00AC2447">
      <w:pPr>
        <w:spacing w:after="40"/>
      </w:pPr>
    </w:p>
    <w:p w14:paraId="1E436825" w14:textId="49873F91" w:rsidR="00AC2447" w:rsidRDefault="006967F7" w:rsidP="006967F7">
      <w:pPr>
        <w:pStyle w:val="ListParagraph"/>
        <w:numPr>
          <w:ilvl w:val="0"/>
          <w:numId w:val="27"/>
        </w:numPr>
        <w:spacing w:after="40"/>
      </w:pPr>
      <w:r>
        <w:rPr>
          <w:b/>
          <w:bCs/>
        </w:rPr>
        <w:t>In the table below, list each apprentice, the assigned apprentice supervisor, the</w:t>
      </w:r>
      <w:r w:rsidR="00F44291">
        <w:rPr>
          <w:b/>
          <w:bCs/>
        </w:rPr>
        <w:t xml:space="preserve"> supervisor’s </w:t>
      </w:r>
      <w:r>
        <w:rPr>
          <w:b/>
          <w:bCs/>
        </w:rPr>
        <w:t xml:space="preserve">experience and/or qualifications for the role, the </w:t>
      </w:r>
      <w:r w:rsidR="00F44291">
        <w:rPr>
          <w:b/>
          <w:bCs/>
        </w:rPr>
        <w:t xml:space="preserve">ATR team the apprentice will be connected to, and the apprentice’s school or setting. </w:t>
      </w:r>
    </w:p>
    <w:p w14:paraId="47319A97" w14:textId="77777777" w:rsidR="00AC2447" w:rsidRDefault="00AC2447">
      <w:pPr>
        <w:spacing w:after="40"/>
      </w:pPr>
    </w:p>
    <w:tbl>
      <w:tblPr>
        <w:tblW w:w="0" w:type="auto"/>
        <w:jc w:val="center"/>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Layout w:type="fixed"/>
        <w:tblLook w:val="04A0" w:firstRow="1" w:lastRow="0" w:firstColumn="1" w:lastColumn="0" w:noHBand="0" w:noVBand="1"/>
      </w:tblPr>
      <w:tblGrid>
        <w:gridCol w:w="1728"/>
        <w:gridCol w:w="1944"/>
        <w:gridCol w:w="2592"/>
        <w:gridCol w:w="2376"/>
        <w:gridCol w:w="1800"/>
      </w:tblGrid>
      <w:tr w:rsidR="008C5C52" w14:paraId="3E7BA158" w14:textId="77777777">
        <w:trPr>
          <w:jc w:val="center"/>
        </w:trPr>
        <w:tc>
          <w:tcPr>
            <w:tcW w:w="1728" w:type="dxa"/>
            <w:shd w:val="clear" w:color="auto" w:fill="173F6B"/>
            <w:tcMar>
              <w:top w:w="80" w:type="dxa"/>
              <w:left w:w="90" w:type="dxa"/>
              <w:bottom w:w="80" w:type="dxa"/>
              <w:right w:w="90" w:type="dxa"/>
            </w:tcMar>
            <w:vAlign w:val="center"/>
          </w:tcPr>
          <w:p w14:paraId="075521AE" w14:textId="77777777" w:rsidR="008C5C52" w:rsidRDefault="00852B42">
            <w:pPr>
              <w:pStyle w:val="TableHeader"/>
              <w:jc w:val="center"/>
            </w:pPr>
            <w:r>
              <w:rPr>
                <w:b w:val="0"/>
              </w:rPr>
              <w:t>Apprentice / position</w:t>
            </w:r>
          </w:p>
        </w:tc>
        <w:tc>
          <w:tcPr>
            <w:tcW w:w="1944" w:type="dxa"/>
            <w:shd w:val="clear" w:color="auto" w:fill="173F6B"/>
            <w:tcMar>
              <w:top w:w="80" w:type="dxa"/>
              <w:left w:w="90" w:type="dxa"/>
              <w:bottom w:w="80" w:type="dxa"/>
              <w:right w:w="90" w:type="dxa"/>
            </w:tcMar>
            <w:vAlign w:val="center"/>
          </w:tcPr>
          <w:p w14:paraId="67F9CF13" w14:textId="77777777" w:rsidR="008C5C52" w:rsidRDefault="00852B42">
            <w:pPr>
              <w:pStyle w:val="TableHeader"/>
              <w:jc w:val="center"/>
            </w:pPr>
            <w:r>
              <w:rPr>
                <w:b w:val="0"/>
              </w:rPr>
              <w:t>Supervisor</w:t>
            </w:r>
          </w:p>
        </w:tc>
        <w:tc>
          <w:tcPr>
            <w:tcW w:w="2592" w:type="dxa"/>
            <w:shd w:val="clear" w:color="auto" w:fill="173F6B"/>
            <w:tcMar>
              <w:top w:w="80" w:type="dxa"/>
              <w:left w:w="90" w:type="dxa"/>
              <w:bottom w:w="80" w:type="dxa"/>
              <w:right w:w="90" w:type="dxa"/>
            </w:tcMar>
            <w:vAlign w:val="center"/>
          </w:tcPr>
          <w:p w14:paraId="7589F4F3" w14:textId="77777777" w:rsidR="008C5C52" w:rsidRDefault="00852B42">
            <w:pPr>
              <w:pStyle w:val="TableHeader"/>
              <w:jc w:val="center"/>
            </w:pPr>
            <w:r>
              <w:rPr>
                <w:b w:val="0"/>
              </w:rPr>
              <w:t>Experience / qualifications</w:t>
            </w:r>
          </w:p>
        </w:tc>
        <w:tc>
          <w:tcPr>
            <w:tcW w:w="2376" w:type="dxa"/>
            <w:shd w:val="clear" w:color="auto" w:fill="173F6B"/>
            <w:tcMar>
              <w:top w:w="80" w:type="dxa"/>
              <w:left w:w="90" w:type="dxa"/>
              <w:bottom w:w="80" w:type="dxa"/>
              <w:right w:w="90" w:type="dxa"/>
            </w:tcMar>
            <w:vAlign w:val="center"/>
          </w:tcPr>
          <w:p w14:paraId="48870171" w14:textId="77777777" w:rsidR="008C5C52" w:rsidRDefault="00852B42">
            <w:pPr>
              <w:pStyle w:val="TableHeader"/>
              <w:jc w:val="center"/>
            </w:pPr>
            <w:r>
              <w:rPr>
                <w:b w:val="0"/>
              </w:rPr>
              <w:t>ATR team and teacher leader</w:t>
            </w:r>
          </w:p>
        </w:tc>
        <w:tc>
          <w:tcPr>
            <w:tcW w:w="1800" w:type="dxa"/>
            <w:shd w:val="clear" w:color="auto" w:fill="173F6B"/>
            <w:tcMar>
              <w:top w:w="80" w:type="dxa"/>
              <w:left w:w="90" w:type="dxa"/>
              <w:bottom w:w="80" w:type="dxa"/>
              <w:right w:w="90" w:type="dxa"/>
            </w:tcMar>
            <w:vAlign w:val="center"/>
          </w:tcPr>
          <w:p w14:paraId="7E4F2CEE" w14:textId="77777777" w:rsidR="008C5C52" w:rsidRDefault="00852B42">
            <w:pPr>
              <w:pStyle w:val="TableHeader"/>
              <w:jc w:val="center"/>
            </w:pPr>
            <w:r>
              <w:rPr>
                <w:b w:val="0"/>
              </w:rPr>
              <w:t>School / setting</w:t>
            </w:r>
          </w:p>
        </w:tc>
      </w:tr>
      <w:tr w:rsidR="008C5C52" w14:paraId="28E123E2" w14:textId="77777777">
        <w:trPr>
          <w:jc w:val="center"/>
        </w:trPr>
        <w:tc>
          <w:tcPr>
            <w:tcW w:w="1728" w:type="dxa"/>
            <w:tcMar>
              <w:top w:w="80" w:type="dxa"/>
              <w:left w:w="90" w:type="dxa"/>
              <w:bottom w:w="80" w:type="dxa"/>
              <w:right w:w="90" w:type="dxa"/>
            </w:tcMar>
            <w:vAlign w:val="center"/>
          </w:tcPr>
          <w:p w14:paraId="27E9829D" w14:textId="77777777" w:rsidR="008C5C52" w:rsidRDefault="008C5C52">
            <w:pPr>
              <w:pStyle w:val="TableText"/>
            </w:pPr>
          </w:p>
        </w:tc>
        <w:tc>
          <w:tcPr>
            <w:tcW w:w="1944" w:type="dxa"/>
            <w:tcMar>
              <w:top w:w="80" w:type="dxa"/>
              <w:left w:w="90" w:type="dxa"/>
              <w:bottom w:w="80" w:type="dxa"/>
              <w:right w:w="90" w:type="dxa"/>
            </w:tcMar>
            <w:vAlign w:val="center"/>
          </w:tcPr>
          <w:p w14:paraId="44448C1D" w14:textId="77777777" w:rsidR="008C5C52" w:rsidRDefault="008C5C52">
            <w:pPr>
              <w:pStyle w:val="TableText"/>
            </w:pPr>
          </w:p>
        </w:tc>
        <w:tc>
          <w:tcPr>
            <w:tcW w:w="2592" w:type="dxa"/>
            <w:tcMar>
              <w:top w:w="80" w:type="dxa"/>
              <w:left w:w="90" w:type="dxa"/>
              <w:bottom w:w="80" w:type="dxa"/>
              <w:right w:w="90" w:type="dxa"/>
            </w:tcMar>
            <w:vAlign w:val="center"/>
          </w:tcPr>
          <w:p w14:paraId="14C00E87" w14:textId="77777777" w:rsidR="008C5C52" w:rsidRDefault="008C5C52">
            <w:pPr>
              <w:pStyle w:val="TableText"/>
            </w:pPr>
          </w:p>
        </w:tc>
        <w:tc>
          <w:tcPr>
            <w:tcW w:w="2376" w:type="dxa"/>
            <w:tcMar>
              <w:top w:w="80" w:type="dxa"/>
              <w:left w:w="90" w:type="dxa"/>
              <w:bottom w:w="80" w:type="dxa"/>
              <w:right w:w="90" w:type="dxa"/>
            </w:tcMar>
            <w:vAlign w:val="center"/>
          </w:tcPr>
          <w:p w14:paraId="26FA0A4A" w14:textId="77777777" w:rsidR="008C5C52" w:rsidRDefault="008C5C52">
            <w:pPr>
              <w:pStyle w:val="TableText"/>
            </w:pPr>
          </w:p>
        </w:tc>
        <w:tc>
          <w:tcPr>
            <w:tcW w:w="1800" w:type="dxa"/>
            <w:tcMar>
              <w:top w:w="80" w:type="dxa"/>
              <w:left w:w="90" w:type="dxa"/>
              <w:bottom w:w="80" w:type="dxa"/>
              <w:right w:w="90" w:type="dxa"/>
            </w:tcMar>
            <w:vAlign w:val="center"/>
          </w:tcPr>
          <w:p w14:paraId="61698A07" w14:textId="77777777" w:rsidR="008C5C52" w:rsidRDefault="008C5C52">
            <w:pPr>
              <w:pStyle w:val="TableText"/>
            </w:pPr>
          </w:p>
        </w:tc>
      </w:tr>
      <w:tr w:rsidR="008C5C52" w14:paraId="6645F293" w14:textId="77777777">
        <w:trPr>
          <w:jc w:val="center"/>
        </w:trPr>
        <w:tc>
          <w:tcPr>
            <w:tcW w:w="1728" w:type="dxa"/>
            <w:tcMar>
              <w:top w:w="80" w:type="dxa"/>
              <w:left w:w="90" w:type="dxa"/>
              <w:bottom w:w="80" w:type="dxa"/>
              <w:right w:w="90" w:type="dxa"/>
            </w:tcMar>
            <w:vAlign w:val="center"/>
          </w:tcPr>
          <w:p w14:paraId="602A59CF" w14:textId="77777777" w:rsidR="008C5C52" w:rsidRDefault="008C5C52">
            <w:pPr>
              <w:pStyle w:val="TableText"/>
            </w:pPr>
          </w:p>
        </w:tc>
        <w:tc>
          <w:tcPr>
            <w:tcW w:w="1944" w:type="dxa"/>
            <w:tcMar>
              <w:top w:w="80" w:type="dxa"/>
              <w:left w:w="90" w:type="dxa"/>
              <w:bottom w:w="80" w:type="dxa"/>
              <w:right w:w="90" w:type="dxa"/>
            </w:tcMar>
            <w:vAlign w:val="center"/>
          </w:tcPr>
          <w:p w14:paraId="53C449B1" w14:textId="77777777" w:rsidR="008C5C52" w:rsidRDefault="008C5C52">
            <w:pPr>
              <w:pStyle w:val="TableText"/>
            </w:pPr>
          </w:p>
        </w:tc>
        <w:tc>
          <w:tcPr>
            <w:tcW w:w="2592" w:type="dxa"/>
            <w:tcMar>
              <w:top w:w="80" w:type="dxa"/>
              <w:left w:w="90" w:type="dxa"/>
              <w:bottom w:w="80" w:type="dxa"/>
              <w:right w:w="90" w:type="dxa"/>
            </w:tcMar>
            <w:vAlign w:val="center"/>
          </w:tcPr>
          <w:p w14:paraId="2C4BEFEE" w14:textId="77777777" w:rsidR="008C5C52" w:rsidRDefault="008C5C52">
            <w:pPr>
              <w:pStyle w:val="TableText"/>
            </w:pPr>
          </w:p>
        </w:tc>
        <w:tc>
          <w:tcPr>
            <w:tcW w:w="2376" w:type="dxa"/>
            <w:tcMar>
              <w:top w:w="80" w:type="dxa"/>
              <w:left w:w="90" w:type="dxa"/>
              <w:bottom w:w="80" w:type="dxa"/>
              <w:right w:w="90" w:type="dxa"/>
            </w:tcMar>
            <w:vAlign w:val="center"/>
          </w:tcPr>
          <w:p w14:paraId="78405520" w14:textId="77777777" w:rsidR="008C5C52" w:rsidRDefault="008C5C52">
            <w:pPr>
              <w:pStyle w:val="TableText"/>
            </w:pPr>
          </w:p>
        </w:tc>
        <w:tc>
          <w:tcPr>
            <w:tcW w:w="1800" w:type="dxa"/>
            <w:tcMar>
              <w:top w:w="80" w:type="dxa"/>
              <w:left w:w="90" w:type="dxa"/>
              <w:bottom w:w="80" w:type="dxa"/>
              <w:right w:w="90" w:type="dxa"/>
            </w:tcMar>
            <w:vAlign w:val="center"/>
          </w:tcPr>
          <w:p w14:paraId="570E9A65" w14:textId="77777777" w:rsidR="008C5C52" w:rsidRDefault="008C5C52">
            <w:pPr>
              <w:pStyle w:val="TableText"/>
            </w:pPr>
          </w:p>
        </w:tc>
      </w:tr>
      <w:tr w:rsidR="00F44291" w14:paraId="62C6EDEC" w14:textId="77777777">
        <w:trPr>
          <w:jc w:val="center"/>
        </w:trPr>
        <w:tc>
          <w:tcPr>
            <w:tcW w:w="1728" w:type="dxa"/>
            <w:tcMar>
              <w:top w:w="80" w:type="dxa"/>
              <w:left w:w="90" w:type="dxa"/>
              <w:bottom w:w="80" w:type="dxa"/>
              <w:right w:w="90" w:type="dxa"/>
            </w:tcMar>
            <w:vAlign w:val="center"/>
          </w:tcPr>
          <w:p w14:paraId="1CB9ED3C" w14:textId="77777777" w:rsidR="00F44291" w:rsidRDefault="00F44291">
            <w:pPr>
              <w:pStyle w:val="TableText"/>
            </w:pPr>
          </w:p>
        </w:tc>
        <w:tc>
          <w:tcPr>
            <w:tcW w:w="1944" w:type="dxa"/>
            <w:tcMar>
              <w:top w:w="80" w:type="dxa"/>
              <w:left w:w="90" w:type="dxa"/>
              <w:bottom w:w="80" w:type="dxa"/>
              <w:right w:w="90" w:type="dxa"/>
            </w:tcMar>
            <w:vAlign w:val="center"/>
          </w:tcPr>
          <w:p w14:paraId="23CED849" w14:textId="77777777" w:rsidR="00F44291" w:rsidRDefault="00F44291">
            <w:pPr>
              <w:pStyle w:val="TableText"/>
            </w:pPr>
          </w:p>
        </w:tc>
        <w:tc>
          <w:tcPr>
            <w:tcW w:w="2592" w:type="dxa"/>
            <w:tcMar>
              <w:top w:w="80" w:type="dxa"/>
              <w:left w:w="90" w:type="dxa"/>
              <w:bottom w:w="80" w:type="dxa"/>
              <w:right w:w="90" w:type="dxa"/>
            </w:tcMar>
            <w:vAlign w:val="center"/>
          </w:tcPr>
          <w:p w14:paraId="514C38EB" w14:textId="77777777" w:rsidR="00F44291" w:rsidRDefault="00F44291">
            <w:pPr>
              <w:pStyle w:val="TableText"/>
            </w:pPr>
          </w:p>
        </w:tc>
        <w:tc>
          <w:tcPr>
            <w:tcW w:w="2376" w:type="dxa"/>
            <w:tcMar>
              <w:top w:w="80" w:type="dxa"/>
              <w:left w:w="90" w:type="dxa"/>
              <w:bottom w:w="80" w:type="dxa"/>
              <w:right w:w="90" w:type="dxa"/>
            </w:tcMar>
            <w:vAlign w:val="center"/>
          </w:tcPr>
          <w:p w14:paraId="74306563" w14:textId="77777777" w:rsidR="00F44291" w:rsidRDefault="00F44291">
            <w:pPr>
              <w:pStyle w:val="TableText"/>
            </w:pPr>
          </w:p>
        </w:tc>
        <w:tc>
          <w:tcPr>
            <w:tcW w:w="1800" w:type="dxa"/>
            <w:tcMar>
              <w:top w:w="80" w:type="dxa"/>
              <w:left w:w="90" w:type="dxa"/>
              <w:bottom w:w="80" w:type="dxa"/>
              <w:right w:w="90" w:type="dxa"/>
            </w:tcMar>
            <w:vAlign w:val="center"/>
          </w:tcPr>
          <w:p w14:paraId="7FAE74E2" w14:textId="77777777" w:rsidR="00F44291" w:rsidRDefault="00F44291">
            <w:pPr>
              <w:pStyle w:val="TableText"/>
            </w:pPr>
          </w:p>
        </w:tc>
      </w:tr>
      <w:tr w:rsidR="00F44291" w14:paraId="528BB412" w14:textId="77777777">
        <w:trPr>
          <w:jc w:val="center"/>
        </w:trPr>
        <w:tc>
          <w:tcPr>
            <w:tcW w:w="1728" w:type="dxa"/>
            <w:tcMar>
              <w:top w:w="80" w:type="dxa"/>
              <w:left w:w="90" w:type="dxa"/>
              <w:bottom w:w="80" w:type="dxa"/>
              <w:right w:w="90" w:type="dxa"/>
            </w:tcMar>
            <w:vAlign w:val="center"/>
          </w:tcPr>
          <w:p w14:paraId="6001BAC1" w14:textId="77777777" w:rsidR="00F44291" w:rsidRDefault="00F44291">
            <w:pPr>
              <w:pStyle w:val="TableText"/>
            </w:pPr>
          </w:p>
        </w:tc>
        <w:tc>
          <w:tcPr>
            <w:tcW w:w="1944" w:type="dxa"/>
            <w:tcMar>
              <w:top w:w="80" w:type="dxa"/>
              <w:left w:w="90" w:type="dxa"/>
              <w:bottom w:w="80" w:type="dxa"/>
              <w:right w:w="90" w:type="dxa"/>
            </w:tcMar>
            <w:vAlign w:val="center"/>
          </w:tcPr>
          <w:p w14:paraId="3D667506" w14:textId="77777777" w:rsidR="00F44291" w:rsidRDefault="00F44291">
            <w:pPr>
              <w:pStyle w:val="TableText"/>
            </w:pPr>
          </w:p>
        </w:tc>
        <w:tc>
          <w:tcPr>
            <w:tcW w:w="2592" w:type="dxa"/>
            <w:tcMar>
              <w:top w:w="80" w:type="dxa"/>
              <w:left w:w="90" w:type="dxa"/>
              <w:bottom w:w="80" w:type="dxa"/>
              <w:right w:w="90" w:type="dxa"/>
            </w:tcMar>
            <w:vAlign w:val="center"/>
          </w:tcPr>
          <w:p w14:paraId="1EA44B23" w14:textId="77777777" w:rsidR="00F44291" w:rsidRDefault="00F44291">
            <w:pPr>
              <w:pStyle w:val="TableText"/>
            </w:pPr>
          </w:p>
        </w:tc>
        <w:tc>
          <w:tcPr>
            <w:tcW w:w="2376" w:type="dxa"/>
            <w:tcMar>
              <w:top w:w="80" w:type="dxa"/>
              <w:left w:w="90" w:type="dxa"/>
              <w:bottom w:w="80" w:type="dxa"/>
              <w:right w:w="90" w:type="dxa"/>
            </w:tcMar>
            <w:vAlign w:val="center"/>
          </w:tcPr>
          <w:p w14:paraId="1FE33D08" w14:textId="77777777" w:rsidR="00F44291" w:rsidRDefault="00F44291">
            <w:pPr>
              <w:pStyle w:val="TableText"/>
            </w:pPr>
          </w:p>
        </w:tc>
        <w:tc>
          <w:tcPr>
            <w:tcW w:w="1800" w:type="dxa"/>
            <w:tcMar>
              <w:top w:w="80" w:type="dxa"/>
              <w:left w:w="90" w:type="dxa"/>
              <w:bottom w:w="80" w:type="dxa"/>
              <w:right w:w="90" w:type="dxa"/>
            </w:tcMar>
            <w:vAlign w:val="center"/>
          </w:tcPr>
          <w:p w14:paraId="6BA92209" w14:textId="77777777" w:rsidR="00F44291" w:rsidRDefault="00F44291">
            <w:pPr>
              <w:pStyle w:val="TableText"/>
            </w:pPr>
          </w:p>
        </w:tc>
      </w:tr>
    </w:tbl>
    <w:p w14:paraId="27D5E2CD" w14:textId="77777777" w:rsidR="00AC2447" w:rsidRDefault="00AC2447">
      <w:pPr>
        <w:pStyle w:val="Heading2"/>
      </w:pPr>
    </w:p>
    <w:p w14:paraId="3B256FFB" w14:textId="77777777" w:rsidR="00AC2447" w:rsidRPr="00F44291" w:rsidRDefault="00AC2447">
      <w:pPr>
        <w:pStyle w:val="Heading2"/>
        <w:rPr>
          <w:b w:val="0"/>
          <w:bCs w:val="0"/>
        </w:rPr>
      </w:pPr>
    </w:p>
    <w:p w14:paraId="5DF6DEC4" w14:textId="77777777" w:rsidR="00AC2447" w:rsidRDefault="00AC2447">
      <w:pPr>
        <w:pStyle w:val="Heading2"/>
      </w:pPr>
    </w:p>
    <w:p w14:paraId="68FCF603" w14:textId="77777777" w:rsidR="00AC2447" w:rsidRDefault="00AC2447">
      <w:pPr>
        <w:pStyle w:val="Heading2"/>
      </w:pPr>
    </w:p>
    <w:p w14:paraId="233A761E" w14:textId="77777777" w:rsidR="00AC2447" w:rsidRDefault="00AC2447">
      <w:pPr>
        <w:pStyle w:val="Heading2"/>
      </w:pPr>
    </w:p>
    <w:p w14:paraId="5BADEED2" w14:textId="77777777" w:rsidR="00AC2447" w:rsidRDefault="00AC2447">
      <w:pPr>
        <w:pStyle w:val="Heading2"/>
      </w:pPr>
    </w:p>
    <w:p w14:paraId="2477E219" w14:textId="14D21CF7" w:rsidR="008C5C52" w:rsidRDefault="00852B42">
      <w:pPr>
        <w:pStyle w:val="Heading2"/>
      </w:pPr>
      <w:r>
        <w:t>D3. Compensation, EPP Support, FAFSA, and Other Funding</w:t>
      </w:r>
    </w:p>
    <w:p w14:paraId="7F81FADF" w14:textId="1BE2E741" w:rsidR="00F44291" w:rsidRPr="00F44291" w:rsidRDefault="00F44291" w:rsidP="00964192">
      <w:pPr>
        <w:pStyle w:val="ListParagraph"/>
        <w:numPr>
          <w:ilvl w:val="0"/>
          <w:numId w:val="33"/>
        </w:numPr>
        <w:rPr>
          <w:b/>
          <w:bCs/>
        </w:rPr>
      </w:pPr>
      <w:r w:rsidRPr="00F44291">
        <w:rPr>
          <w:b/>
          <w:bCs/>
        </w:rPr>
        <w:t xml:space="preserve">By checking and signing below, the local school administrative unit agrees to the following required financial conditions. </w:t>
      </w:r>
    </w:p>
    <w:p w14:paraId="262993C1" w14:textId="77777777" w:rsidR="008C5C52" w:rsidRDefault="00852B42" w:rsidP="00F44291">
      <w:pPr>
        <w:ind w:left="720"/>
      </w:pPr>
      <w:r>
        <w:t>☐ Each apprentice will receive annual compensation greater than the average salary paid to a teacher assistant employed by the participating unit.</w:t>
      </w:r>
    </w:p>
    <w:p w14:paraId="24160F35" w14:textId="77777777" w:rsidR="008C5C52" w:rsidRDefault="00852B42" w:rsidP="00F44291">
      <w:pPr>
        <w:ind w:left="720"/>
      </w:pPr>
      <w:r>
        <w:t>☐ Each apprentice will receive financial support for EPP cost of attendance, including subject-specific content courses required for licensure.</w:t>
      </w:r>
    </w:p>
    <w:p w14:paraId="7D5231A7" w14:textId="77777777" w:rsidR="008C5C52" w:rsidRDefault="00852B42" w:rsidP="00F44291">
      <w:pPr>
        <w:ind w:left="720"/>
      </w:pPr>
      <w:r>
        <w:t>☐ Each apprentice supervisor will receive a salary supplement.</w:t>
      </w:r>
    </w:p>
    <w:p w14:paraId="5547C5DC" w14:textId="77777777" w:rsidR="008C5C52" w:rsidRDefault="00852B42" w:rsidP="00F44291">
      <w:pPr>
        <w:ind w:left="720"/>
      </w:pPr>
      <w:r>
        <w:t>☐ Any teacher accepting additional students because of an emergency position conversion will receive the required salary supplement, if applicable.</w:t>
      </w:r>
    </w:p>
    <w:p w14:paraId="4551BBE5" w14:textId="77777777" w:rsidR="00F44291" w:rsidRDefault="00F44291" w:rsidP="00F44291"/>
    <w:p w14:paraId="2091A060" w14:textId="7AA84683" w:rsidR="00F44291" w:rsidRDefault="00F44291" w:rsidP="00F44291">
      <w:r>
        <w:t>Name: ____________________________</w:t>
      </w:r>
      <w:r>
        <w:tab/>
        <w:t>Signature: ______________________________</w:t>
      </w:r>
    </w:p>
    <w:p w14:paraId="12008D30" w14:textId="08C2A67E" w:rsidR="00F44291" w:rsidRDefault="00F44291" w:rsidP="00F44291">
      <w:r>
        <w:t>Title: ______________________________</w:t>
      </w:r>
    </w:p>
    <w:p w14:paraId="3D7E5BDE" w14:textId="08225992" w:rsidR="008C5C52" w:rsidRPr="00F44291" w:rsidRDefault="00F44291" w:rsidP="00F44291">
      <w:pPr>
        <w:pStyle w:val="Question"/>
        <w:keepNext/>
        <w:numPr>
          <w:ilvl w:val="0"/>
          <w:numId w:val="33"/>
        </w:numPr>
        <w:rPr>
          <w:color w:val="auto"/>
        </w:rPr>
      </w:pPr>
      <w:r>
        <w:rPr>
          <w:color w:val="auto"/>
        </w:rPr>
        <w:lastRenderedPageBreak/>
        <w:t xml:space="preserve">Describe the local school administrative unit’s </w:t>
      </w:r>
      <w:r w:rsidR="005E57C6">
        <w:rPr>
          <w:color w:val="auto"/>
        </w:rPr>
        <w:t xml:space="preserve">compensation plan for apprentices. </w:t>
      </w:r>
      <w:r w:rsidR="00852B42" w:rsidRPr="00F44291">
        <w:rPr>
          <w:color w:val="auto"/>
        </w:rPr>
        <w:t>State the unit’s current average teacher assistant salary, the calculation method and date, and the proposed annual compensation for each apprentice.</w:t>
      </w:r>
    </w:p>
    <w:p w14:paraId="3E5C153B" w14:textId="77777777" w:rsidR="00AC2447" w:rsidRDefault="00AC2447" w:rsidP="00AC2447">
      <w:pPr>
        <w:pStyle w:val="Question"/>
        <w:keepNext/>
      </w:pPr>
    </w:p>
    <w:p w14:paraId="48D80469" w14:textId="77777777" w:rsidR="00AC2447" w:rsidRDefault="00AC2447" w:rsidP="00AC2447">
      <w:pPr>
        <w:pStyle w:val="Question"/>
        <w:keepNext/>
      </w:pPr>
    </w:p>
    <w:p w14:paraId="5A226726" w14:textId="77777777" w:rsidR="00AC2447" w:rsidRDefault="00AC2447" w:rsidP="00AC2447">
      <w:pPr>
        <w:pStyle w:val="Question"/>
        <w:keepNext/>
      </w:pPr>
    </w:p>
    <w:p w14:paraId="654D787E" w14:textId="77777777" w:rsidR="00AC2447" w:rsidRDefault="00AC2447" w:rsidP="00AC2447">
      <w:pPr>
        <w:pStyle w:val="Question"/>
        <w:keepNext/>
      </w:pPr>
    </w:p>
    <w:p w14:paraId="71E37CA8" w14:textId="77777777" w:rsidR="00AC2447" w:rsidRDefault="00AC2447" w:rsidP="00AC2447">
      <w:pPr>
        <w:pStyle w:val="Question"/>
        <w:keepNext/>
      </w:pPr>
    </w:p>
    <w:p w14:paraId="04156C9F" w14:textId="77777777" w:rsidR="00AC2447" w:rsidRDefault="00AC2447" w:rsidP="00AC2447">
      <w:pPr>
        <w:pStyle w:val="Question"/>
        <w:keepNext/>
      </w:pPr>
    </w:p>
    <w:p w14:paraId="7B8B7CFF" w14:textId="77777777" w:rsidR="00AC2447" w:rsidRDefault="00AC2447" w:rsidP="00AC2447">
      <w:pPr>
        <w:pStyle w:val="Question"/>
        <w:keepNext/>
      </w:pPr>
    </w:p>
    <w:p w14:paraId="12808A73" w14:textId="77777777" w:rsidR="00AC2447" w:rsidRDefault="00AC2447" w:rsidP="00AC2447">
      <w:pPr>
        <w:pStyle w:val="Question"/>
        <w:keepNext/>
      </w:pPr>
    </w:p>
    <w:p w14:paraId="49DCD52C" w14:textId="77777777" w:rsidR="00AC2447" w:rsidRDefault="00AC2447" w:rsidP="00AC2447">
      <w:pPr>
        <w:pStyle w:val="Question"/>
        <w:keepNext/>
      </w:pPr>
    </w:p>
    <w:p w14:paraId="471C9506" w14:textId="77777777" w:rsidR="00AC2447" w:rsidRDefault="00AC2447" w:rsidP="00AC2447">
      <w:pPr>
        <w:pStyle w:val="Question"/>
        <w:keepNext/>
      </w:pPr>
    </w:p>
    <w:p w14:paraId="119A0A0A" w14:textId="77777777" w:rsidR="00AC2447" w:rsidRDefault="00AC2447" w:rsidP="00AC2447">
      <w:pPr>
        <w:pStyle w:val="Question"/>
        <w:keepNext/>
      </w:pPr>
    </w:p>
    <w:p w14:paraId="0B5ECD83" w14:textId="77777777" w:rsidR="00AC2447" w:rsidRDefault="00AC2447" w:rsidP="00AC2447">
      <w:pPr>
        <w:pStyle w:val="Question"/>
        <w:keepNext/>
      </w:pPr>
    </w:p>
    <w:p w14:paraId="21454790" w14:textId="77777777" w:rsidR="00AC2447" w:rsidRDefault="00AC2447" w:rsidP="00AC2447">
      <w:pPr>
        <w:pStyle w:val="Question"/>
        <w:keepNext/>
      </w:pPr>
    </w:p>
    <w:p w14:paraId="4F794D32" w14:textId="77777777" w:rsidR="00AC2447" w:rsidRDefault="00AC2447" w:rsidP="00AC2447">
      <w:pPr>
        <w:pStyle w:val="Question"/>
        <w:keepNext/>
      </w:pPr>
    </w:p>
    <w:p w14:paraId="5D18EAB9" w14:textId="77777777" w:rsidR="00AC2447" w:rsidRDefault="00AC2447" w:rsidP="00AC2447">
      <w:pPr>
        <w:pStyle w:val="Question"/>
        <w:keepNext/>
      </w:pPr>
    </w:p>
    <w:p w14:paraId="16118F71" w14:textId="77777777" w:rsidR="00AC2447" w:rsidRDefault="00AC2447" w:rsidP="00AC2447">
      <w:pPr>
        <w:pStyle w:val="Question"/>
        <w:keepNext/>
      </w:pPr>
    </w:p>
    <w:p w14:paraId="39C4F93F" w14:textId="77777777" w:rsidR="00AC2447" w:rsidRDefault="00AC2447" w:rsidP="00AC2447">
      <w:pPr>
        <w:pStyle w:val="Question"/>
        <w:keepNext/>
      </w:pPr>
    </w:p>
    <w:p w14:paraId="4E51FEF3" w14:textId="63F9B4D8" w:rsidR="008C5C52" w:rsidRPr="005E57C6" w:rsidRDefault="00852B42" w:rsidP="00F44291">
      <w:pPr>
        <w:pStyle w:val="Question"/>
        <w:keepNext/>
        <w:numPr>
          <w:ilvl w:val="0"/>
          <w:numId w:val="33"/>
        </w:numPr>
        <w:rPr>
          <w:color w:val="auto"/>
        </w:rPr>
      </w:pPr>
      <w:r w:rsidRPr="005E57C6">
        <w:rPr>
          <w:color w:val="auto"/>
        </w:rPr>
        <w:t xml:space="preserve">Explain how the unit will verify annual FAFSA submission and ensure other scholarships and grants, including federal Pell Grants, are exhausted before </w:t>
      </w:r>
      <w:proofErr w:type="spellStart"/>
      <w:r w:rsidRPr="005E57C6">
        <w:rPr>
          <w:color w:val="auto"/>
        </w:rPr>
        <w:t>TeachReadyNC</w:t>
      </w:r>
      <w:proofErr w:type="spellEnd"/>
      <w:r w:rsidRPr="005E57C6">
        <w:rPr>
          <w:color w:val="auto"/>
        </w:rPr>
        <w:t xml:space="preserve"> grant funds are used for EPP cost of attendance.</w:t>
      </w:r>
    </w:p>
    <w:p w14:paraId="46BF5AC7" w14:textId="77777777" w:rsidR="00AC2447" w:rsidRDefault="00AC2447" w:rsidP="00AC2447">
      <w:pPr>
        <w:pStyle w:val="Question"/>
        <w:keepNext/>
      </w:pPr>
    </w:p>
    <w:p w14:paraId="452C22A5" w14:textId="77777777" w:rsidR="00AC2447" w:rsidRDefault="00AC2447" w:rsidP="00AC2447">
      <w:pPr>
        <w:pStyle w:val="Question"/>
        <w:keepNext/>
      </w:pPr>
    </w:p>
    <w:p w14:paraId="51048511" w14:textId="77777777" w:rsidR="00AC2447" w:rsidRDefault="00AC2447" w:rsidP="00AC2447">
      <w:pPr>
        <w:pStyle w:val="Question"/>
        <w:keepNext/>
      </w:pPr>
    </w:p>
    <w:p w14:paraId="65AC6FF4" w14:textId="77777777" w:rsidR="00AC2447" w:rsidRDefault="00AC2447" w:rsidP="00AC2447">
      <w:pPr>
        <w:pStyle w:val="Question"/>
        <w:keepNext/>
      </w:pPr>
    </w:p>
    <w:p w14:paraId="46051F45" w14:textId="77777777" w:rsidR="00AC2447" w:rsidRDefault="00AC2447" w:rsidP="00AC2447">
      <w:pPr>
        <w:pStyle w:val="Question"/>
        <w:keepNext/>
      </w:pPr>
    </w:p>
    <w:p w14:paraId="22B564E5" w14:textId="77777777" w:rsidR="00AC2447" w:rsidRDefault="00AC2447" w:rsidP="00AC2447">
      <w:pPr>
        <w:pStyle w:val="Question"/>
        <w:keepNext/>
      </w:pPr>
    </w:p>
    <w:p w14:paraId="400F0764" w14:textId="77777777" w:rsidR="00AC2447" w:rsidRDefault="00AC2447" w:rsidP="00AC2447">
      <w:pPr>
        <w:pStyle w:val="Question"/>
        <w:keepNext/>
      </w:pPr>
    </w:p>
    <w:p w14:paraId="354CE4E0" w14:textId="77777777" w:rsidR="00AC2447" w:rsidRDefault="00AC2447" w:rsidP="00AC2447">
      <w:pPr>
        <w:pStyle w:val="Question"/>
        <w:keepNext/>
      </w:pPr>
    </w:p>
    <w:p w14:paraId="19C3246E" w14:textId="77777777" w:rsidR="00AC2447" w:rsidRDefault="00AC2447" w:rsidP="00AC2447">
      <w:pPr>
        <w:pStyle w:val="Question"/>
        <w:keepNext/>
      </w:pPr>
    </w:p>
    <w:p w14:paraId="7279E5FA" w14:textId="77777777" w:rsidR="00AC2447" w:rsidRDefault="00AC2447" w:rsidP="00AC2447">
      <w:pPr>
        <w:pStyle w:val="Question"/>
        <w:keepNext/>
      </w:pPr>
    </w:p>
    <w:p w14:paraId="322C5E73" w14:textId="77777777" w:rsidR="00AC2447" w:rsidRDefault="00AC2447" w:rsidP="00AC2447">
      <w:pPr>
        <w:pStyle w:val="Question"/>
        <w:keepNext/>
      </w:pPr>
    </w:p>
    <w:p w14:paraId="31ABADC2" w14:textId="77777777" w:rsidR="00AC2447" w:rsidRDefault="00AC2447" w:rsidP="00AC2447">
      <w:pPr>
        <w:pStyle w:val="Question"/>
        <w:keepNext/>
      </w:pPr>
    </w:p>
    <w:p w14:paraId="7FE5F3E0" w14:textId="77777777" w:rsidR="00AC2447" w:rsidRDefault="00AC2447" w:rsidP="00AC2447">
      <w:pPr>
        <w:pStyle w:val="Question"/>
        <w:keepNext/>
      </w:pPr>
    </w:p>
    <w:p w14:paraId="619D767A" w14:textId="77777777" w:rsidR="00AC2447" w:rsidRDefault="00AC2447" w:rsidP="00AC2447">
      <w:pPr>
        <w:pStyle w:val="Question"/>
        <w:keepNext/>
      </w:pPr>
    </w:p>
    <w:p w14:paraId="04F70202" w14:textId="77777777" w:rsidR="00AC2447" w:rsidRDefault="00AC2447" w:rsidP="00AC2447">
      <w:pPr>
        <w:pStyle w:val="Question"/>
        <w:keepNext/>
      </w:pPr>
    </w:p>
    <w:p w14:paraId="1CB3F484" w14:textId="77777777" w:rsidR="00AC2447" w:rsidRDefault="00AC2447" w:rsidP="00AC2447">
      <w:pPr>
        <w:pStyle w:val="Question"/>
        <w:keepNext/>
      </w:pPr>
    </w:p>
    <w:p w14:paraId="3833154A" w14:textId="77777777" w:rsidR="00AC2447" w:rsidRDefault="00AC2447" w:rsidP="00AC2447">
      <w:pPr>
        <w:pStyle w:val="Question"/>
        <w:keepNext/>
      </w:pPr>
    </w:p>
    <w:p w14:paraId="01428174" w14:textId="77777777" w:rsidR="00AC2447" w:rsidRDefault="00AC2447" w:rsidP="00AC2447">
      <w:pPr>
        <w:pStyle w:val="Question"/>
        <w:keepNext/>
      </w:pPr>
    </w:p>
    <w:p w14:paraId="41486D36" w14:textId="77777777" w:rsidR="00AC2447" w:rsidRDefault="00AC2447" w:rsidP="00AC2447">
      <w:pPr>
        <w:pStyle w:val="Question"/>
        <w:keepNext/>
      </w:pPr>
    </w:p>
    <w:p w14:paraId="7BE87B7F" w14:textId="77777777" w:rsidR="00AC2447" w:rsidRDefault="00AC2447" w:rsidP="00AC2447">
      <w:pPr>
        <w:pStyle w:val="Question"/>
        <w:keepNext/>
      </w:pPr>
    </w:p>
    <w:p w14:paraId="181BDA28" w14:textId="77777777" w:rsidR="008C5C52" w:rsidRDefault="00852B42">
      <w:pPr>
        <w:pStyle w:val="Heading2"/>
      </w:pPr>
      <w:r>
        <w:t>D4. Implementation, Compliance, Data, and Evaluation</w:t>
      </w:r>
    </w:p>
    <w:p w14:paraId="3BFA6261" w14:textId="6F89AC35" w:rsidR="005E57C6" w:rsidRPr="005E57C6" w:rsidRDefault="00400E5F" w:rsidP="00400E5F">
      <w:pPr>
        <w:pStyle w:val="ListParagraph"/>
        <w:numPr>
          <w:ilvl w:val="0"/>
          <w:numId w:val="34"/>
        </w:numPr>
      </w:pPr>
      <w:r>
        <w:rPr>
          <w:b/>
          <w:bCs/>
        </w:rPr>
        <w:t>In the table below, identify the responsible party</w:t>
      </w:r>
      <w:r w:rsidR="009B2570">
        <w:rPr>
          <w:b/>
          <w:bCs/>
        </w:rPr>
        <w:t xml:space="preserve">, target date, and evidence of completion for each required activity. </w:t>
      </w:r>
    </w:p>
    <w:tbl>
      <w:tblPr>
        <w:tblW w:w="0" w:type="auto"/>
        <w:jc w:val="center"/>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Layout w:type="fixed"/>
        <w:tblLook w:val="04A0" w:firstRow="1" w:lastRow="0" w:firstColumn="1" w:lastColumn="0" w:noHBand="0" w:noVBand="1"/>
      </w:tblPr>
      <w:tblGrid>
        <w:gridCol w:w="3744"/>
        <w:gridCol w:w="2304"/>
        <w:gridCol w:w="1728"/>
        <w:gridCol w:w="2664"/>
      </w:tblGrid>
      <w:tr w:rsidR="008C5C52" w14:paraId="5D20A8AE" w14:textId="77777777">
        <w:trPr>
          <w:jc w:val="center"/>
        </w:trPr>
        <w:tc>
          <w:tcPr>
            <w:tcW w:w="3744" w:type="dxa"/>
            <w:shd w:val="clear" w:color="auto" w:fill="173F6B"/>
            <w:tcMar>
              <w:top w:w="80" w:type="dxa"/>
              <w:left w:w="90" w:type="dxa"/>
              <w:bottom w:w="80" w:type="dxa"/>
              <w:right w:w="90" w:type="dxa"/>
            </w:tcMar>
            <w:vAlign w:val="center"/>
          </w:tcPr>
          <w:p w14:paraId="7F8CE966" w14:textId="77777777" w:rsidR="008C5C52" w:rsidRDefault="00852B42">
            <w:pPr>
              <w:pStyle w:val="TableHeader"/>
              <w:jc w:val="center"/>
            </w:pPr>
            <w:r>
              <w:rPr>
                <w:b w:val="0"/>
              </w:rPr>
              <w:t>Milestone</w:t>
            </w:r>
          </w:p>
        </w:tc>
        <w:tc>
          <w:tcPr>
            <w:tcW w:w="2304" w:type="dxa"/>
            <w:shd w:val="clear" w:color="auto" w:fill="173F6B"/>
            <w:tcMar>
              <w:top w:w="80" w:type="dxa"/>
              <w:left w:w="90" w:type="dxa"/>
              <w:bottom w:w="80" w:type="dxa"/>
              <w:right w:w="90" w:type="dxa"/>
            </w:tcMar>
            <w:vAlign w:val="center"/>
          </w:tcPr>
          <w:p w14:paraId="5BE2E916" w14:textId="77777777" w:rsidR="008C5C52" w:rsidRDefault="00852B42">
            <w:pPr>
              <w:pStyle w:val="TableHeader"/>
              <w:jc w:val="center"/>
            </w:pPr>
            <w:r>
              <w:rPr>
                <w:b w:val="0"/>
              </w:rPr>
              <w:t>Responsible party</w:t>
            </w:r>
          </w:p>
        </w:tc>
        <w:tc>
          <w:tcPr>
            <w:tcW w:w="1728" w:type="dxa"/>
            <w:shd w:val="clear" w:color="auto" w:fill="173F6B"/>
            <w:tcMar>
              <w:top w:w="80" w:type="dxa"/>
              <w:left w:w="90" w:type="dxa"/>
              <w:bottom w:w="80" w:type="dxa"/>
              <w:right w:w="90" w:type="dxa"/>
            </w:tcMar>
            <w:vAlign w:val="center"/>
          </w:tcPr>
          <w:p w14:paraId="2B14D4B9" w14:textId="77777777" w:rsidR="008C5C52" w:rsidRDefault="00852B42">
            <w:pPr>
              <w:pStyle w:val="TableHeader"/>
              <w:jc w:val="center"/>
            </w:pPr>
            <w:r>
              <w:rPr>
                <w:b w:val="0"/>
              </w:rPr>
              <w:t>Target date</w:t>
            </w:r>
          </w:p>
        </w:tc>
        <w:tc>
          <w:tcPr>
            <w:tcW w:w="2664" w:type="dxa"/>
            <w:shd w:val="clear" w:color="auto" w:fill="173F6B"/>
            <w:tcMar>
              <w:top w:w="80" w:type="dxa"/>
              <w:left w:w="90" w:type="dxa"/>
              <w:bottom w:w="80" w:type="dxa"/>
              <w:right w:w="90" w:type="dxa"/>
            </w:tcMar>
            <w:vAlign w:val="center"/>
          </w:tcPr>
          <w:p w14:paraId="59318DFB" w14:textId="77777777" w:rsidR="008C5C52" w:rsidRDefault="00852B42">
            <w:pPr>
              <w:pStyle w:val="TableHeader"/>
              <w:jc w:val="center"/>
            </w:pPr>
            <w:r>
              <w:rPr>
                <w:b w:val="0"/>
              </w:rPr>
              <w:t>Evidence of completion</w:t>
            </w:r>
          </w:p>
        </w:tc>
      </w:tr>
      <w:tr w:rsidR="008C5C52" w14:paraId="08D1B5BB" w14:textId="77777777">
        <w:trPr>
          <w:jc w:val="center"/>
        </w:trPr>
        <w:tc>
          <w:tcPr>
            <w:tcW w:w="3744" w:type="dxa"/>
            <w:tcMar>
              <w:top w:w="80" w:type="dxa"/>
              <w:left w:w="90" w:type="dxa"/>
              <w:bottom w:w="80" w:type="dxa"/>
              <w:right w:w="90" w:type="dxa"/>
            </w:tcMar>
            <w:vAlign w:val="center"/>
          </w:tcPr>
          <w:p w14:paraId="48F3F486" w14:textId="77777777" w:rsidR="008C5C52" w:rsidRDefault="00852B42">
            <w:pPr>
              <w:pStyle w:val="TableText"/>
            </w:pPr>
            <w:r>
              <w:t xml:space="preserve">Finalize </w:t>
            </w:r>
            <w:proofErr w:type="spellStart"/>
            <w:r>
              <w:t>ApprenticeshipNC</w:t>
            </w:r>
            <w:proofErr w:type="spellEnd"/>
            <w:r>
              <w:t xml:space="preserve"> collaboration</w:t>
            </w:r>
          </w:p>
        </w:tc>
        <w:tc>
          <w:tcPr>
            <w:tcW w:w="2304" w:type="dxa"/>
            <w:tcMar>
              <w:top w:w="80" w:type="dxa"/>
              <w:left w:w="90" w:type="dxa"/>
              <w:bottom w:w="80" w:type="dxa"/>
              <w:right w:w="90" w:type="dxa"/>
            </w:tcMar>
            <w:vAlign w:val="center"/>
          </w:tcPr>
          <w:p w14:paraId="51F8A64D" w14:textId="77777777" w:rsidR="008C5C52" w:rsidRDefault="008C5C52">
            <w:pPr>
              <w:pStyle w:val="TableText"/>
            </w:pPr>
          </w:p>
        </w:tc>
        <w:tc>
          <w:tcPr>
            <w:tcW w:w="1728" w:type="dxa"/>
            <w:tcMar>
              <w:top w:w="80" w:type="dxa"/>
              <w:left w:w="90" w:type="dxa"/>
              <w:bottom w:w="80" w:type="dxa"/>
              <w:right w:w="90" w:type="dxa"/>
            </w:tcMar>
            <w:vAlign w:val="center"/>
          </w:tcPr>
          <w:p w14:paraId="4B10A7D9" w14:textId="77777777" w:rsidR="008C5C52" w:rsidRDefault="008C5C52">
            <w:pPr>
              <w:pStyle w:val="TableText"/>
            </w:pPr>
          </w:p>
        </w:tc>
        <w:tc>
          <w:tcPr>
            <w:tcW w:w="2664" w:type="dxa"/>
            <w:tcMar>
              <w:top w:w="80" w:type="dxa"/>
              <w:left w:w="90" w:type="dxa"/>
              <w:bottom w:w="80" w:type="dxa"/>
              <w:right w:w="90" w:type="dxa"/>
            </w:tcMar>
            <w:vAlign w:val="center"/>
          </w:tcPr>
          <w:p w14:paraId="5903FB6F" w14:textId="77777777" w:rsidR="008C5C52" w:rsidRDefault="008C5C52">
            <w:pPr>
              <w:pStyle w:val="TableText"/>
            </w:pPr>
          </w:p>
        </w:tc>
      </w:tr>
      <w:tr w:rsidR="008C5C52" w14:paraId="3E95F07A" w14:textId="77777777">
        <w:trPr>
          <w:jc w:val="center"/>
        </w:trPr>
        <w:tc>
          <w:tcPr>
            <w:tcW w:w="3744" w:type="dxa"/>
            <w:tcMar>
              <w:top w:w="80" w:type="dxa"/>
              <w:left w:w="90" w:type="dxa"/>
              <w:bottom w:w="80" w:type="dxa"/>
              <w:right w:w="90" w:type="dxa"/>
            </w:tcMar>
            <w:vAlign w:val="center"/>
          </w:tcPr>
          <w:p w14:paraId="703589B1" w14:textId="77777777" w:rsidR="008C5C52" w:rsidRDefault="00852B42">
            <w:pPr>
              <w:pStyle w:val="TableText"/>
            </w:pPr>
            <w:r>
              <w:t>Obtain USDOL registered apprenticeship recognition</w:t>
            </w:r>
          </w:p>
        </w:tc>
        <w:tc>
          <w:tcPr>
            <w:tcW w:w="2304" w:type="dxa"/>
            <w:tcMar>
              <w:top w:w="80" w:type="dxa"/>
              <w:left w:w="90" w:type="dxa"/>
              <w:bottom w:w="80" w:type="dxa"/>
              <w:right w:w="90" w:type="dxa"/>
            </w:tcMar>
            <w:vAlign w:val="center"/>
          </w:tcPr>
          <w:p w14:paraId="50F0456F" w14:textId="77777777" w:rsidR="008C5C52" w:rsidRDefault="008C5C52">
            <w:pPr>
              <w:pStyle w:val="TableText"/>
            </w:pPr>
          </w:p>
        </w:tc>
        <w:tc>
          <w:tcPr>
            <w:tcW w:w="1728" w:type="dxa"/>
            <w:tcMar>
              <w:top w:w="80" w:type="dxa"/>
              <w:left w:w="90" w:type="dxa"/>
              <w:bottom w:w="80" w:type="dxa"/>
              <w:right w:w="90" w:type="dxa"/>
            </w:tcMar>
            <w:vAlign w:val="center"/>
          </w:tcPr>
          <w:p w14:paraId="2CA49029" w14:textId="77777777" w:rsidR="008C5C52" w:rsidRDefault="008C5C52">
            <w:pPr>
              <w:pStyle w:val="TableText"/>
            </w:pPr>
          </w:p>
        </w:tc>
        <w:tc>
          <w:tcPr>
            <w:tcW w:w="2664" w:type="dxa"/>
            <w:tcMar>
              <w:top w:w="80" w:type="dxa"/>
              <w:left w:w="90" w:type="dxa"/>
              <w:bottom w:w="80" w:type="dxa"/>
              <w:right w:w="90" w:type="dxa"/>
            </w:tcMar>
            <w:vAlign w:val="center"/>
          </w:tcPr>
          <w:p w14:paraId="403B50C2" w14:textId="77777777" w:rsidR="008C5C52" w:rsidRDefault="008C5C52">
            <w:pPr>
              <w:pStyle w:val="TableText"/>
            </w:pPr>
          </w:p>
        </w:tc>
      </w:tr>
      <w:tr w:rsidR="008C5C52" w14:paraId="54787C97" w14:textId="77777777">
        <w:trPr>
          <w:jc w:val="center"/>
        </w:trPr>
        <w:tc>
          <w:tcPr>
            <w:tcW w:w="3744" w:type="dxa"/>
            <w:tcMar>
              <w:top w:w="80" w:type="dxa"/>
              <w:left w:w="90" w:type="dxa"/>
              <w:bottom w:w="80" w:type="dxa"/>
              <w:right w:w="90" w:type="dxa"/>
            </w:tcMar>
            <w:vAlign w:val="center"/>
          </w:tcPr>
          <w:p w14:paraId="19375589" w14:textId="77777777" w:rsidR="008C5C52" w:rsidRDefault="00852B42">
            <w:pPr>
              <w:pStyle w:val="TableText"/>
            </w:pPr>
            <w:r>
              <w:t>Execute/complete EPP agreements</w:t>
            </w:r>
          </w:p>
        </w:tc>
        <w:tc>
          <w:tcPr>
            <w:tcW w:w="2304" w:type="dxa"/>
            <w:tcMar>
              <w:top w:w="80" w:type="dxa"/>
              <w:left w:w="90" w:type="dxa"/>
              <w:bottom w:w="80" w:type="dxa"/>
              <w:right w:w="90" w:type="dxa"/>
            </w:tcMar>
            <w:vAlign w:val="center"/>
          </w:tcPr>
          <w:p w14:paraId="7AD91ABE" w14:textId="77777777" w:rsidR="008C5C52" w:rsidRDefault="008C5C52">
            <w:pPr>
              <w:pStyle w:val="TableText"/>
            </w:pPr>
          </w:p>
        </w:tc>
        <w:tc>
          <w:tcPr>
            <w:tcW w:w="1728" w:type="dxa"/>
            <w:tcMar>
              <w:top w:w="80" w:type="dxa"/>
              <w:left w:w="90" w:type="dxa"/>
              <w:bottom w:w="80" w:type="dxa"/>
              <w:right w:w="90" w:type="dxa"/>
            </w:tcMar>
            <w:vAlign w:val="center"/>
          </w:tcPr>
          <w:p w14:paraId="75E3F124" w14:textId="77777777" w:rsidR="008C5C52" w:rsidRDefault="008C5C52">
            <w:pPr>
              <w:pStyle w:val="TableText"/>
            </w:pPr>
          </w:p>
        </w:tc>
        <w:tc>
          <w:tcPr>
            <w:tcW w:w="2664" w:type="dxa"/>
            <w:tcMar>
              <w:top w:w="80" w:type="dxa"/>
              <w:left w:w="90" w:type="dxa"/>
              <w:bottom w:w="80" w:type="dxa"/>
              <w:right w:w="90" w:type="dxa"/>
            </w:tcMar>
            <w:vAlign w:val="center"/>
          </w:tcPr>
          <w:p w14:paraId="44A6F7AD" w14:textId="77777777" w:rsidR="008C5C52" w:rsidRDefault="008C5C52">
            <w:pPr>
              <w:pStyle w:val="TableText"/>
            </w:pPr>
          </w:p>
        </w:tc>
      </w:tr>
      <w:tr w:rsidR="008C5C52" w14:paraId="2A9F7F4E" w14:textId="77777777">
        <w:trPr>
          <w:jc w:val="center"/>
        </w:trPr>
        <w:tc>
          <w:tcPr>
            <w:tcW w:w="3744" w:type="dxa"/>
            <w:tcMar>
              <w:top w:w="80" w:type="dxa"/>
              <w:left w:w="90" w:type="dxa"/>
              <w:bottom w:w="80" w:type="dxa"/>
              <w:right w:w="90" w:type="dxa"/>
            </w:tcMar>
            <w:vAlign w:val="center"/>
          </w:tcPr>
          <w:p w14:paraId="2D509768" w14:textId="77777777" w:rsidR="008C5C52" w:rsidRDefault="00852B42">
            <w:pPr>
              <w:pStyle w:val="TableText"/>
            </w:pPr>
            <w:r>
              <w:t>Recruit and select apprentices</w:t>
            </w:r>
          </w:p>
        </w:tc>
        <w:tc>
          <w:tcPr>
            <w:tcW w:w="2304" w:type="dxa"/>
            <w:tcMar>
              <w:top w:w="80" w:type="dxa"/>
              <w:left w:w="90" w:type="dxa"/>
              <w:bottom w:w="80" w:type="dxa"/>
              <w:right w:w="90" w:type="dxa"/>
            </w:tcMar>
            <w:vAlign w:val="center"/>
          </w:tcPr>
          <w:p w14:paraId="07CD2F80" w14:textId="77777777" w:rsidR="008C5C52" w:rsidRDefault="008C5C52">
            <w:pPr>
              <w:pStyle w:val="TableText"/>
            </w:pPr>
          </w:p>
        </w:tc>
        <w:tc>
          <w:tcPr>
            <w:tcW w:w="1728" w:type="dxa"/>
            <w:tcMar>
              <w:top w:w="80" w:type="dxa"/>
              <w:left w:w="90" w:type="dxa"/>
              <w:bottom w:w="80" w:type="dxa"/>
              <w:right w:w="90" w:type="dxa"/>
            </w:tcMar>
            <w:vAlign w:val="center"/>
          </w:tcPr>
          <w:p w14:paraId="65A3F63F" w14:textId="77777777" w:rsidR="008C5C52" w:rsidRDefault="008C5C52">
            <w:pPr>
              <w:pStyle w:val="TableText"/>
            </w:pPr>
          </w:p>
        </w:tc>
        <w:tc>
          <w:tcPr>
            <w:tcW w:w="2664" w:type="dxa"/>
            <w:tcMar>
              <w:top w:w="80" w:type="dxa"/>
              <w:left w:w="90" w:type="dxa"/>
              <w:bottom w:w="80" w:type="dxa"/>
              <w:right w:w="90" w:type="dxa"/>
            </w:tcMar>
            <w:vAlign w:val="center"/>
          </w:tcPr>
          <w:p w14:paraId="5E2ACA4B" w14:textId="77777777" w:rsidR="008C5C52" w:rsidRDefault="008C5C52">
            <w:pPr>
              <w:pStyle w:val="TableText"/>
            </w:pPr>
          </w:p>
        </w:tc>
      </w:tr>
      <w:tr w:rsidR="008C5C52" w14:paraId="4C06E79B" w14:textId="77777777">
        <w:trPr>
          <w:jc w:val="center"/>
        </w:trPr>
        <w:tc>
          <w:tcPr>
            <w:tcW w:w="3744" w:type="dxa"/>
            <w:tcMar>
              <w:top w:w="80" w:type="dxa"/>
              <w:left w:w="90" w:type="dxa"/>
              <w:bottom w:w="80" w:type="dxa"/>
              <w:right w:w="90" w:type="dxa"/>
            </w:tcMar>
            <w:vAlign w:val="center"/>
          </w:tcPr>
          <w:p w14:paraId="43E3A7EE" w14:textId="6469E0D6" w:rsidR="008C5C52" w:rsidRDefault="00852B42">
            <w:pPr>
              <w:pStyle w:val="TableText"/>
            </w:pPr>
            <w:r>
              <w:t xml:space="preserve">Select and train </w:t>
            </w:r>
            <w:r w:rsidR="009B2570">
              <w:t xml:space="preserve">apprentice </w:t>
            </w:r>
            <w:r>
              <w:t>supervisors</w:t>
            </w:r>
          </w:p>
        </w:tc>
        <w:tc>
          <w:tcPr>
            <w:tcW w:w="2304" w:type="dxa"/>
            <w:tcMar>
              <w:top w:w="80" w:type="dxa"/>
              <w:left w:w="90" w:type="dxa"/>
              <w:bottom w:w="80" w:type="dxa"/>
              <w:right w:w="90" w:type="dxa"/>
            </w:tcMar>
            <w:vAlign w:val="center"/>
          </w:tcPr>
          <w:p w14:paraId="0FAE3213" w14:textId="77777777" w:rsidR="008C5C52" w:rsidRDefault="008C5C52">
            <w:pPr>
              <w:pStyle w:val="TableText"/>
            </w:pPr>
          </w:p>
        </w:tc>
        <w:tc>
          <w:tcPr>
            <w:tcW w:w="1728" w:type="dxa"/>
            <w:tcMar>
              <w:top w:w="80" w:type="dxa"/>
              <w:left w:w="90" w:type="dxa"/>
              <w:bottom w:w="80" w:type="dxa"/>
              <w:right w:w="90" w:type="dxa"/>
            </w:tcMar>
            <w:vAlign w:val="center"/>
          </w:tcPr>
          <w:p w14:paraId="28C3C9DC" w14:textId="77777777" w:rsidR="008C5C52" w:rsidRDefault="008C5C52">
            <w:pPr>
              <w:pStyle w:val="TableText"/>
            </w:pPr>
          </w:p>
        </w:tc>
        <w:tc>
          <w:tcPr>
            <w:tcW w:w="2664" w:type="dxa"/>
            <w:tcMar>
              <w:top w:w="80" w:type="dxa"/>
              <w:left w:w="90" w:type="dxa"/>
              <w:bottom w:w="80" w:type="dxa"/>
              <w:right w:w="90" w:type="dxa"/>
            </w:tcMar>
            <w:vAlign w:val="center"/>
          </w:tcPr>
          <w:p w14:paraId="7A23D748" w14:textId="77777777" w:rsidR="008C5C52" w:rsidRDefault="008C5C52">
            <w:pPr>
              <w:pStyle w:val="TableText"/>
            </w:pPr>
          </w:p>
        </w:tc>
      </w:tr>
      <w:tr w:rsidR="008C5C52" w14:paraId="1355699D" w14:textId="77777777">
        <w:trPr>
          <w:jc w:val="center"/>
        </w:trPr>
        <w:tc>
          <w:tcPr>
            <w:tcW w:w="3744" w:type="dxa"/>
            <w:tcMar>
              <w:top w:w="80" w:type="dxa"/>
              <w:left w:w="90" w:type="dxa"/>
              <w:bottom w:w="80" w:type="dxa"/>
              <w:right w:w="90" w:type="dxa"/>
            </w:tcMar>
            <w:vAlign w:val="center"/>
          </w:tcPr>
          <w:p w14:paraId="3FF0084A" w14:textId="34756383" w:rsidR="008C5C52" w:rsidRDefault="00852B42">
            <w:pPr>
              <w:pStyle w:val="TableText"/>
            </w:pPr>
            <w:r>
              <w:t xml:space="preserve">Confirm </w:t>
            </w:r>
            <w:r w:rsidR="009B2570">
              <w:t xml:space="preserve">apprentice and supervisor </w:t>
            </w:r>
            <w:r>
              <w:t>compensation and funding</w:t>
            </w:r>
          </w:p>
        </w:tc>
        <w:tc>
          <w:tcPr>
            <w:tcW w:w="2304" w:type="dxa"/>
            <w:tcMar>
              <w:top w:w="80" w:type="dxa"/>
              <w:left w:w="90" w:type="dxa"/>
              <w:bottom w:w="80" w:type="dxa"/>
              <w:right w:w="90" w:type="dxa"/>
            </w:tcMar>
            <w:vAlign w:val="center"/>
          </w:tcPr>
          <w:p w14:paraId="767AD6B2" w14:textId="77777777" w:rsidR="008C5C52" w:rsidRDefault="008C5C52">
            <w:pPr>
              <w:pStyle w:val="TableText"/>
            </w:pPr>
          </w:p>
        </w:tc>
        <w:tc>
          <w:tcPr>
            <w:tcW w:w="1728" w:type="dxa"/>
            <w:tcMar>
              <w:top w:w="80" w:type="dxa"/>
              <w:left w:w="90" w:type="dxa"/>
              <w:bottom w:w="80" w:type="dxa"/>
              <w:right w:w="90" w:type="dxa"/>
            </w:tcMar>
            <w:vAlign w:val="center"/>
          </w:tcPr>
          <w:p w14:paraId="618B665E" w14:textId="77777777" w:rsidR="008C5C52" w:rsidRDefault="008C5C52">
            <w:pPr>
              <w:pStyle w:val="TableText"/>
            </w:pPr>
          </w:p>
        </w:tc>
        <w:tc>
          <w:tcPr>
            <w:tcW w:w="2664" w:type="dxa"/>
            <w:tcMar>
              <w:top w:w="80" w:type="dxa"/>
              <w:left w:w="90" w:type="dxa"/>
              <w:bottom w:w="80" w:type="dxa"/>
              <w:right w:w="90" w:type="dxa"/>
            </w:tcMar>
            <w:vAlign w:val="center"/>
          </w:tcPr>
          <w:p w14:paraId="3BE32028" w14:textId="77777777" w:rsidR="008C5C52" w:rsidRDefault="008C5C52">
            <w:pPr>
              <w:pStyle w:val="TableText"/>
            </w:pPr>
          </w:p>
        </w:tc>
      </w:tr>
      <w:tr w:rsidR="008C5C52" w14:paraId="40C58C42" w14:textId="77777777">
        <w:trPr>
          <w:jc w:val="center"/>
        </w:trPr>
        <w:tc>
          <w:tcPr>
            <w:tcW w:w="3744" w:type="dxa"/>
            <w:tcMar>
              <w:top w:w="80" w:type="dxa"/>
              <w:left w:w="90" w:type="dxa"/>
              <w:bottom w:w="80" w:type="dxa"/>
              <w:right w:w="90" w:type="dxa"/>
            </w:tcMar>
            <w:vAlign w:val="center"/>
          </w:tcPr>
          <w:p w14:paraId="4EC15FA9" w14:textId="22A7426D" w:rsidR="008C5C52" w:rsidRDefault="009B2570">
            <w:pPr>
              <w:pStyle w:val="TableText"/>
            </w:pPr>
            <w:r>
              <w:t>Apprentices b</w:t>
            </w:r>
            <w:r w:rsidR="00852B42">
              <w:t>egin full-time classroom employment</w:t>
            </w:r>
          </w:p>
        </w:tc>
        <w:tc>
          <w:tcPr>
            <w:tcW w:w="2304" w:type="dxa"/>
            <w:tcMar>
              <w:top w:w="80" w:type="dxa"/>
              <w:left w:w="90" w:type="dxa"/>
              <w:bottom w:w="80" w:type="dxa"/>
              <w:right w:w="90" w:type="dxa"/>
            </w:tcMar>
            <w:vAlign w:val="center"/>
          </w:tcPr>
          <w:p w14:paraId="6B7FB600" w14:textId="77777777" w:rsidR="008C5C52" w:rsidRDefault="008C5C52">
            <w:pPr>
              <w:pStyle w:val="TableText"/>
            </w:pPr>
          </w:p>
        </w:tc>
        <w:tc>
          <w:tcPr>
            <w:tcW w:w="1728" w:type="dxa"/>
            <w:tcMar>
              <w:top w:w="80" w:type="dxa"/>
              <w:left w:w="90" w:type="dxa"/>
              <w:bottom w:w="80" w:type="dxa"/>
              <w:right w:w="90" w:type="dxa"/>
            </w:tcMar>
            <w:vAlign w:val="center"/>
          </w:tcPr>
          <w:p w14:paraId="1D761583" w14:textId="77777777" w:rsidR="008C5C52" w:rsidRDefault="008C5C52">
            <w:pPr>
              <w:pStyle w:val="TableText"/>
            </w:pPr>
          </w:p>
        </w:tc>
        <w:tc>
          <w:tcPr>
            <w:tcW w:w="2664" w:type="dxa"/>
            <w:tcMar>
              <w:top w:w="80" w:type="dxa"/>
              <w:left w:w="90" w:type="dxa"/>
              <w:bottom w:w="80" w:type="dxa"/>
              <w:right w:w="90" w:type="dxa"/>
            </w:tcMar>
            <w:vAlign w:val="center"/>
          </w:tcPr>
          <w:p w14:paraId="562411A3" w14:textId="77777777" w:rsidR="008C5C52" w:rsidRDefault="008C5C52">
            <w:pPr>
              <w:pStyle w:val="TableText"/>
            </w:pPr>
          </w:p>
        </w:tc>
      </w:tr>
      <w:tr w:rsidR="008C5C52" w14:paraId="1DEFF89E" w14:textId="77777777">
        <w:trPr>
          <w:jc w:val="center"/>
        </w:trPr>
        <w:tc>
          <w:tcPr>
            <w:tcW w:w="3744" w:type="dxa"/>
            <w:tcMar>
              <w:top w:w="80" w:type="dxa"/>
              <w:left w:w="90" w:type="dxa"/>
              <w:bottom w:w="80" w:type="dxa"/>
              <w:right w:w="90" w:type="dxa"/>
            </w:tcMar>
            <w:vAlign w:val="center"/>
          </w:tcPr>
          <w:p w14:paraId="75A284FC" w14:textId="77777777" w:rsidR="008C5C52" w:rsidRDefault="00852B42">
            <w:pPr>
              <w:pStyle w:val="TableText"/>
            </w:pPr>
            <w:r>
              <w:t>Launch data collection and reporting</w:t>
            </w:r>
          </w:p>
        </w:tc>
        <w:tc>
          <w:tcPr>
            <w:tcW w:w="2304" w:type="dxa"/>
            <w:tcMar>
              <w:top w:w="80" w:type="dxa"/>
              <w:left w:w="90" w:type="dxa"/>
              <w:bottom w:w="80" w:type="dxa"/>
              <w:right w:w="90" w:type="dxa"/>
            </w:tcMar>
            <w:vAlign w:val="center"/>
          </w:tcPr>
          <w:p w14:paraId="76D49C8C" w14:textId="77777777" w:rsidR="008C5C52" w:rsidRDefault="008C5C52">
            <w:pPr>
              <w:pStyle w:val="TableText"/>
            </w:pPr>
          </w:p>
        </w:tc>
        <w:tc>
          <w:tcPr>
            <w:tcW w:w="1728" w:type="dxa"/>
            <w:tcMar>
              <w:top w:w="80" w:type="dxa"/>
              <w:left w:w="90" w:type="dxa"/>
              <w:bottom w:w="80" w:type="dxa"/>
              <w:right w:w="90" w:type="dxa"/>
            </w:tcMar>
            <w:vAlign w:val="center"/>
          </w:tcPr>
          <w:p w14:paraId="5586A15E" w14:textId="77777777" w:rsidR="008C5C52" w:rsidRDefault="008C5C52">
            <w:pPr>
              <w:pStyle w:val="TableText"/>
            </w:pPr>
          </w:p>
        </w:tc>
        <w:tc>
          <w:tcPr>
            <w:tcW w:w="2664" w:type="dxa"/>
            <w:tcMar>
              <w:top w:w="80" w:type="dxa"/>
              <w:left w:w="90" w:type="dxa"/>
              <w:bottom w:w="80" w:type="dxa"/>
              <w:right w:w="90" w:type="dxa"/>
            </w:tcMar>
            <w:vAlign w:val="center"/>
          </w:tcPr>
          <w:p w14:paraId="28E96C64" w14:textId="77777777" w:rsidR="008C5C52" w:rsidRDefault="008C5C52">
            <w:pPr>
              <w:pStyle w:val="TableText"/>
            </w:pPr>
          </w:p>
        </w:tc>
      </w:tr>
    </w:tbl>
    <w:p w14:paraId="1A219965" w14:textId="66097E10" w:rsidR="008C5C52" w:rsidRPr="009B2570" w:rsidRDefault="00852B42" w:rsidP="00A021E6">
      <w:pPr>
        <w:pStyle w:val="Question"/>
        <w:keepNext/>
        <w:numPr>
          <w:ilvl w:val="0"/>
          <w:numId w:val="6"/>
        </w:numPr>
        <w:rPr>
          <w:color w:val="auto"/>
        </w:rPr>
      </w:pPr>
      <w:r w:rsidRPr="009B2570">
        <w:rPr>
          <w:color w:val="auto"/>
        </w:rPr>
        <w:lastRenderedPageBreak/>
        <w:t>Describe internal controls</w:t>
      </w:r>
      <w:r w:rsidR="009B2570" w:rsidRPr="009B2570">
        <w:rPr>
          <w:color w:val="auto"/>
        </w:rPr>
        <w:t xml:space="preserve"> the local school administrative unit will establish</w:t>
      </w:r>
      <w:r w:rsidRPr="009B2570">
        <w:rPr>
          <w:color w:val="auto"/>
        </w:rPr>
        <w:t xml:space="preserve"> for allowable costs, payroll, cost-of-attendance payments, supplements, grant reconciliation, carryforward, and prevention of duplicate payment.</w:t>
      </w:r>
    </w:p>
    <w:p w14:paraId="46F8C508" w14:textId="77777777" w:rsidR="00AC2447" w:rsidRDefault="00AC2447" w:rsidP="00AC2447">
      <w:pPr>
        <w:pStyle w:val="Question"/>
        <w:keepNext/>
      </w:pPr>
    </w:p>
    <w:p w14:paraId="6381B20A" w14:textId="77777777" w:rsidR="00AC2447" w:rsidRDefault="00AC2447" w:rsidP="00AC2447">
      <w:pPr>
        <w:pStyle w:val="Question"/>
        <w:keepNext/>
      </w:pPr>
    </w:p>
    <w:p w14:paraId="41ACF4E7" w14:textId="77777777" w:rsidR="00AC2447" w:rsidRDefault="00AC2447" w:rsidP="00AC2447">
      <w:pPr>
        <w:pStyle w:val="Question"/>
        <w:keepNext/>
      </w:pPr>
    </w:p>
    <w:p w14:paraId="53AB827E" w14:textId="77777777" w:rsidR="00AC2447" w:rsidRDefault="00AC2447" w:rsidP="00AC2447">
      <w:pPr>
        <w:pStyle w:val="Question"/>
        <w:keepNext/>
      </w:pPr>
    </w:p>
    <w:p w14:paraId="7A133993" w14:textId="77777777" w:rsidR="00AC2447" w:rsidRDefault="00AC2447" w:rsidP="00AC2447">
      <w:pPr>
        <w:pStyle w:val="Question"/>
        <w:keepNext/>
      </w:pPr>
    </w:p>
    <w:p w14:paraId="3A67DFD1" w14:textId="77777777" w:rsidR="00AC2447" w:rsidRDefault="00AC2447" w:rsidP="00AC2447">
      <w:pPr>
        <w:pStyle w:val="Question"/>
        <w:keepNext/>
      </w:pPr>
    </w:p>
    <w:p w14:paraId="7292A059" w14:textId="77777777" w:rsidR="00AC2447" w:rsidRDefault="00AC2447" w:rsidP="00AC2447">
      <w:pPr>
        <w:pStyle w:val="Question"/>
        <w:keepNext/>
      </w:pPr>
    </w:p>
    <w:p w14:paraId="72938D7B" w14:textId="77777777" w:rsidR="00AC2447" w:rsidRDefault="00AC2447" w:rsidP="00AC2447">
      <w:pPr>
        <w:pStyle w:val="Question"/>
        <w:keepNext/>
      </w:pPr>
    </w:p>
    <w:p w14:paraId="364293D6" w14:textId="77777777" w:rsidR="00AC2447" w:rsidRDefault="00AC2447" w:rsidP="00AC2447">
      <w:pPr>
        <w:pStyle w:val="Question"/>
        <w:keepNext/>
      </w:pPr>
    </w:p>
    <w:p w14:paraId="35F73BB8" w14:textId="68437B41" w:rsidR="008C5C52" w:rsidRDefault="00852B42" w:rsidP="00A021E6">
      <w:pPr>
        <w:pStyle w:val="Question"/>
        <w:keepNext/>
        <w:numPr>
          <w:ilvl w:val="0"/>
          <w:numId w:val="6"/>
        </w:numPr>
      </w:pPr>
      <w:r>
        <w:t>Describe the data system, responsible staff, data-sharing arrangements, and quality controls for tracking apprentices from application through EPP completion, licensure, employment, and post-licensure retention.</w:t>
      </w:r>
    </w:p>
    <w:p w14:paraId="3CCBC1E6" w14:textId="77777777" w:rsidR="00AC2447" w:rsidRDefault="00AC2447" w:rsidP="00AC2447">
      <w:pPr>
        <w:pStyle w:val="Question"/>
        <w:keepNext/>
      </w:pPr>
    </w:p>
    <w:p w14:paraId="269C6EF7" w14:textId="77777777" w:rsidR="00AC2447" w:rsidRDefault="00AC2447" w:rsidP="00AC2447">
      <w:pPr>
        <w:pStyle w:val="Question"/>
        <w:keepNext/>
      </w:pPr>
    </w:p>
    <w:p w14:paraId="3F958210" w14:textId="77777777" w:rsidR="00AC2447" w:rsidRDefault="00AC2447" w:rsidP="00AC2447">
      <w:pPr>
        <w:pStyle w:val="Question"/>
        <w:keepNext/>
      </w:pPr>
    </w:p>
    <w:p w14:paraId="7B8CAE2F" w14:textId="77777777" w:rsidR="00AC2447" w:rsidRDefault="00AC2447" w:rsidP="00AC2447">
      <w:pPr>
        <w:pStyle w:val="Question"/>
        <w:keepNext/>
      </w:pPr>
    </w:p>
    <w:p w14:paraId="1C7E8070" w14:textId="77777777" w:rsidR="00AC2447" w:rsidRDefault="00AC2447" w:rsidP="00AC2447">
      <w:pPr>
        <w:pStyle w:val="Question"/>
        <w:keepNext/>
      </w:pPr>
    </w:p>
    <w:p w14:paraId="19C44044" w14:textId="77777777" w:rsidR="00AC2447" w:rsidRDefault="00AC2447" w:rsidP="00AC2447">
      <w:pPr>
        <w:pStyle w:val="Question"/>
        <w:keepNext/>
      </w:pPr>
    </w:p>
    <w:p w14:paraId="3B1EF602" w14:textId="77777777" w:rsidR="00AC2447" w:rsidRDefault="00AC2447" w:rsidP="00AC2447">
      <w:pPr>
        <w:pStyle w:val="Question"/>
        <w:keepNext/>
      </w:pPr>
    </w:p>
    <w:p w14:paraId="485514B3" w14:textId="77777777" w:rsidR="00AC2447" w:rsidRDefault="00AC2447" w:rsidP="00AC2447">
      <w:pPr>
        <w:pStyle w:val="Question"/>
        <w:keepNext/>
      </w:pPr>
    </w:p>
    <w:p w14:paraId="6273E909" w14:textId="77777777" w:rsidR="00AC2447" w:rsidRDefault="00AC2447" w:rsidP="00AC2447">
      <w:pPr>
        <w:pStyle w:val="Question"/>
        <w:keepNext/>
      </w:pPr>
    </w:p>
    <w:p w14:paraId="6C06CD1F" w14:textId="77777777" w:rsidR="00A021E6" w:rsidRDefault="00A021E6" w:rsidP="00A021E6">
      <w:pPr>
        <w:pStyle w:val="Heading1"/>
      </w:pPr>
    </w:p>
    <w:p w14:paraId="21B1FAC4" w14:textId="77777777" w:rsidR="00A021E6" w:rsidRDefault="00A021E6" w:rsidP="00A021E6"/>
    <w:p w14:paraId="597D1B83" w14:textId="77777777" w:rsidR="009B2570" w:rsidRDefault="009B2570" w:rsidP="00A021E6"/>
    <w:p w14:paraId="0E6EE2F6" w14:textId="77777777" w:rsidR="009B2570" w:rsidRDefault="009B2570" w:rsidP="00A021E6"/>
    <w:p w14:paraId="2A1E539F" w14:textId="77777777" w:rsidR="009B2570" w:rsidRDefault="009B2570" w:rsidP="00A021E6"/>
    <w:p w14:paraId="492441AC" w14:textId="77777777" w:rsidR="009B2570" w:rsidRDefault="009B2570" w:rsidP="00A021E6"/>
    <w:p w14:paraId="64276CE4" w14:textId="77777777" w:rsidR="009B2570" w:rsidRDefault="009B2570" w:rsidP="00A021E6"/>
    <w:p w14:paraId="4B9342FA" w14:textId="77777777" w:rsidR="009B2570" w:rsidRDefault="009B2570" w:rsidP="00A021E6"/>
    <w:p w14:paraId="413B8057" w14:textId="77777777" w:rsidR="009B2570" w:rsidRDefault="009B2570" w:rsidP="00A021E6"/>
    <w:p w14:paraId="72C4C32F" w14:textId="77777777" w:rsidR="009B2570" w:rsidRDefault="009B2570" w:rsidP="00A021E6"/>
    <w:p w14:paraId="466A6714" w14:textId="77777777" w:rsidR="009B2570" w:rsidRDefault="009B2570" w:rsidP="00A021E6"/>
    <w:p w14:paraId="79038F6F" w14:textId="77777777" w:rsidR="009B2570" w:rsidRDefault="009B2570" w:rsidP="00A021E6"/>
    <w:p w14:paraId="311E247B" w14:textId="77777777" w:rsidR="009B2570" w:rsidRDefault="009B2570" w:rsidP="00A021E6"/>
    <w:p w14:paraId="442D97BA" w14:textId="77777777" w:rsidR="009B2570" w:rsidRDefault="009B2570" w:rsidP="00A021E6"/>
    <w:p w14:paraId="5DD80F7D" w14:textId="77777777" w:rsidR="009B2570" w:rsidRDefault="009B2570" w:rsidP="00A021E6"/>
    <w:p w14:paraId="08B4CD4E" w14:textId="77777777" w:rsidR="009B2570" w:rsidRDefault="009B2570" w:rsidP="00A021E6"/>
    <w:p w14:paraId="55EB2A87" w14:textId="77777777" w:rsidR="009B2570" w:rsidRPr="00A021E6" w:rsidRDefault="009B2570" w:rsidP="00A021E6"/>
    <w:p w14:paraId="76E7A94C" w14:textId="7B439DB9" w:rsidR="00A021E6" w:rsidRDefault="00A021E6" w:rsidP="00A021E6">
      <w:pPr>
        <w:pStyle w:val="Heading1"/>
      </w:pPr>
      <w:r>
        <w:lastRenderedPageBreak/>
        <w:t>Part E. Assurances and NCDPI Determination</w:t>
      </w:r>
    </w:p>
    <w:p w14:paraId="3C509A7E" w14:textId="77777777" w:rsidR="00A021E6" w:rsidRDefault="00A021E6" w:rsidP="00A021E6">
      <w:pPr>
        <w:pBdr>
          <w:bottom w:val="single" w:sz="10" w:space="1" w:color="315F98"/>
        </w:pBdr>
        <w:spacing w:after="40"/>
      </w:pPr>
    </w:p>
    <w:p w14:paraId="661C476B" w14:textId="3056AED0" w:rsidR="008C5C52" w:rsidRDefault="00852B42">
      <w:pPr>
        <w:pStyle w:val="Heading2"/>
      </w:pPr>
      <w:r>
        <w:t>E1. Authorized Assurances</w:t>
      </w:r>
    </w:p>
    <w:p w14:paraId="65ECC323" w14:textId="77777777" w:rsidR="008C5C52" w:rsidRDefault="00852B42">
      <w:r>
        <w:t xml:space="preserve">By signing, the authorized representative certifies that the application is accurate and that, if approved, the unit will comply with applicable </w:t>
      </w:r>
      <w:proofErr w:type="spellStart"/>
      <w:r>
        <w:t>TeachReadyNC</w:t>
      </w:r>
      <w:proofErr w:type="spellEnd"/>
      <w:r>
        <w:t xml:space="preserve"> requirements. Each assurance must be checked.</w:t>
      </w:r>
    </w:p>
    <w:p w14:paraId="47070BCD" w14:textId="77777777" w:rsidR="008C5C52" w:rsidRDefault="00852B42">
      <w:r>
        <w:t>☐ The applicant is an eligible unit and will maintain required eligibility during the approved term.</w:t>
      </w:r>
    </w:p>
    <w:p w14:paraId="745C9B80" w14:textId="77777777" w:rsidR="008C5C52" w:rsidRDefault="00852B42">
      <w:r>
        <w:t>☐ The unit will obtain recognition as a U.S. Department of Labor registered teacher apprenticeship program under applicable requirements.</w:t>
      </w:r>
    </w:p>
    <w:p w14:paraId="1FC66A26" w14:textId="77777777" w:rsidR="008C5C52" w:rsidRDefault="00852B42">
      <w:r>
        <w:t>☐ Each apprentice will work full-time in a classroom with an apprentice supervisor.</w:t>
      </w:r>
    </w:p>
    <w:p w14:paraId="19E2F5F8" w14:textId="77777777" w:rsidR="008C5C52" w:rsidRDefault="00852B42">
      <w:r>
        <w:t>☐ Each apprentice will hold a bachelor’s degree, will not be eligible for an initial professional license or continuing professional license, and will not serve as teacher of record.</w:t>
      </w:r>
    </w:p>
    <w:p w14:paraId="3302ED7B" w14:textId="77777777" w:rsidR="008C5C52" w:rsidRDefault="00852B42">
      <w:r>
        <w:t>☐ Each apprentice will be enrolled in an eligible EPP selected by the unit.</w:t>
      </w:r>
    </w:p>
    <w:p w14:paraId="125D5EFA" w14:textId="77777777" w:rsidR="008C5C52" w:rsidRDefault="00852B42">
      <w:r>
        <w:t>☐ Each apprentice will submit a FAFSA for every year employed as an apprentice.</w:t>
      </w:r>
    </w:p>
    <w:p w14:paraId="231167C0" w14:textId="77777777" w:rsidR="008C5C52" w:rsidRDefault="00852B42">
      <w:r>
        <w:t>☐ No apprentice will engage in substitute teaching for more than eight hours per week or work as an apprentice for more than three years.</w:t>
      </w:r>
    </w:p>
    <w:p w14:paraId="6DC5FCCD" w14:textId="77777777" w:rsidR="008C5C52" w:rsidRDefault="00852B42">
      <w:r>
        <w:t>☐ Annual apprentice compensation will exceed the unit’s average teacher assistant salary.</w:t>
      </w:r>
    </w:p>
    <w:p w14:paraId="5F802C52" w14:textId="77777777" w:rsidR="008C5C52" w:rsidRDefault="00852B42">
      <w:r>
        <w:t>☐ The unit will provide financial support for EPP cost of attendance, including required subject-specific content courses.</w:t>
      </w:r>
    </w:p>
    <w:p w14:paraId="53313CB3" w14:textId="77777777" w:rsidR="008C5C52" w:rsidRDefault="00852B42">
      <w:r>
        <w:t>☐ The unit will provide required supplements to apprentice supervisors and, when applicable, teachers accepting additional students because of an emergency position conversion.</w:t>
      </w:r>
    </w:p>
    <w:p w14:paraId="22F282FC" w14:textId="77777777" w:rsidR="008C5C52" w:rsidRDefault="00852B42">
      <w:r>
        <w:t xml:space="preserve">☐ </w:t>
      </w:r>
      <w:proofErr w:type="spellStart"/>
      <w:r>
        <w:t>TeachReadyNC</w:t>
      </w:r>
      <w:proofErr w:type="spellEnd"/>
      <w:r>
        <w:t xml:space="preserve"> grant funds will be used only for authorized purposes and within statutory maximums.</w:t>
      </w:r>
    </w:p>
    <w:p w14:paraId="4C97BCDC" w14:textId="77777777" w:rsidR="008C5C52" w:rsidRDefault="00852B42">
      <w:r>
        <w:t>☐ EPP attendance grant funds will be used only after all other scholarships and grants, including federal Pell Grants, have been exhausted.</w:t>
      </w:r>
    </w:p>
    <w:p w14:paraId="7435306A" w14:textId="77777777" w:rsidR="008C5C52" w:rsidRDefault="00852B42">
      <w:r>
        <w:t>☐ The unit will provide NCDPI requested information and access for monitoring, evaluation, reporting, renewal review, and fiscal oversight.</w:t>
      </w:r>
    </w:p>
    <w:p w14:paraId="378F534F" w14:textId="77777777" w:rsidR="008C5C52" w:rsidRDefault="00852B42">
      <w:r>
        <w:t>☐ The unit will retain and produce documentation sufficient to substantiate eligibility, services, payments, outcomes, and compliance.</w:t>
      </w:r>
    </w:p>
    <w:p w14:paraId="107BE0D5" w14:textId="77777777" w:rsidR="008C5C52" w:rsidRDefault="00852B42">
      <w:r>
        <w:t>☐ The unit understands that program approval does not guarantee funding for every requested position.</w:t>
      </w:r>
    </w:p>
    <w:p w14:paraId="73BCF30A" w14:textId="77777777" w:rsidR="001072AC" w:rsidRDefault="001072AC"/>
    <w:tbl>
      <w:tblPr>
        <w:tblW w:w="0" w:type="auto"/>
        <w:jc w:val="center"/>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Layout w:type="fixed"/>
        <w:tblLook w:val="04A0" w:firstRow="1" w:lastRow="0" w:firstColumn="1" w:lastColumn="0" w:noHBand="0" w:noVBand="1"/>
      </w:tblPr>
      <w:tblGrid>
        <w:gridCol w:w="3240"/>
        <w:gridCol w:w="2304"/>
        <w:gridCol w:w="3024"/>
        <w:gridCol w:w="1800"/>
      </w:tblGrid>
      <w:tr w:rsidR="008C5C52" w14:paraId="1BE6AA0E" w14:textId="77777777">
        <w:trPr>
          <w:jc w:val="center"/>
        </w:trPr>
        <w:tc>
          <w:tcPr>
            <w:tcW w:w="3240" w:type="dxa"/>
            <w:shd w:val="clear" w:color="auto" w:fill="173F6B"/>
            <w:tcMar>
              <w:top w:w="80" w:type="dxa"/>
              <w:left w:w="90" w:type="dxa"/>
              <w:bottom w:w="80" w:type="dxa"/>
              <w:right w:w="90" w:type="dxa"/>
            </w:tcMar>
            <w:vAlign w:val="center"/>
          </w:tcPr>
          <w:p w14:paraId="7B6D0AC4" w14:textId="77777777" w:rsidR="008C5C52" w:rsidRDefault="00852B42">
            <w:pPr>
              <w:pStyle w:val="TableHeader"/>
              <w:jc w:val="center"/>
            </w:pPr>
            <w:r>
              <w:rPr>
                <w:b w:val="0"/>
              </w:rPr>
              <w:t>Authorized representative</w:t>
            </w:r>
          </w:p>
        </w:tc>
        <w:tc>
          <w:tcPr>
            <w:tcW w:w="2304" w:type="dxa"/>
            <w:shd w:val="clear" w:color="auto" w:fill="173F6B"/>
            <w:tcMar>
              <w:top w:w="80" w:type="dxa"/>
              <w:left w:w="90" w:type="dxa"/>
              <w:bottom w:w="80" w:type="dxa"/>
              <w:right w:w="90" w:type="dxa"/>
            </w:tcMar>
            <w:vAlign w:val="center"/>
          </w:tcPr>
          <w:p w14:paraId="2142F4AB" w14:textId="77777777" w:rsidR="008C5C52" w:rsidRDefault="00852B42">
            <w:pPr>
              <w:pStyle w:val="TableHeader"/>
              <w:jc w:val="center"/>
            </w:pPr>
            <w:r>
              <w:rPr>
                <w:b w:val="0"/>
              </w:rPr>
              <w:t>Title</w:t>
            </w:r>
          </w:p>
        </w:tc>
        <w:tc>
          <w:tcPr>
            <w:tcW w:w="3024" w:type="dxa"/>
            <w:shd w:val="clear" w:color="auto" w:fill="173F6B"/>
            <w:tcMar>
              <w:top w:w="80" w:type="dxa"/>
              <w:left w:w="90" w:type="dxa"/>
              <w:bottom w:w="80" w:type="dxa"/>
              <w:right w:w="90" w:type="dxa"/>
            </w:tcMar>
            <w:vAlign w:val="center"/>
          </w:tcPr>
          <w:p w14:paraId="20B11A84" w14:textId="77777777" w:rsidR="008C5C52" w:rsidRDefault="00852B42">
            <w:pPr>
              <w:pStyle w:val="TableHeader"/>
              <w:jc w:val="center"/>
            </w:pPr>
            <w:r>
              <w:rPr>
                <w:b w:val="0"/>
              </w:rPr>
              <w:t>Signature</w:t>
            </w:r>
          </w:p>
        </w:tc>
        <w:tc>
          <w:tcPr>
            <w:tcW w:w="1800" w:type="dxa"/>
            <w:shd w:val="clear" w:color="auto" w:fill="173F6B"/>
            <w:tcMar>
              <w:top w:w="80" w:type="dxa"/>
              <w:left w:w="90" w:type="dxa"/>
              <w:bottom w:w="80" w:type="dxa"/>
              <w:right w:w="90" w:type="dxa"/>
            </w:tcMar>
            <w:vAlign w:val="center"/>
          </w:tcPr>
          <w:p w14:paraId="4552FDFD" w14:textId="77777777" w:rsidR="008C5C52" w:rsidRDefault="00852B42">
            <w:pPr>
              <w:pStyle w:val="TableHeader"/>
              <w:jc w:val="center"/>
            </w:pPr>
            <w:r>
              <w:rPr>
                <w:b w:val="0"/>
              </w:rPr>
              <w:t>Date</w:t>
            </w:r>
          </w:p>
        </w:tc>
      </w:tr>
      <w:tr w:rsidR="008C5C52" w14:paraId="032BE404" w14:textId="77777777">
        <w:trPr>
          <w:jc w:val="center"/>
        </w:trPr>
        <w:tc>
          <w:tcPr>
            <w:tcW w:w="3240" w:type="dxa"/>
            <w:tcMar>
              <w:top w:w="80" w:type="dxa"/>
              <w:left w:w="90" w:type="dxa"/>
              <w:bottom w:w="80" w:type="dxa"/>
              <w:right w:w="90" w:type="dxa"/>
            </w:tcMar>
            <w:vAlign w:val="center"/>
          </w:tcPr>
          <w:p w14:paraId="7B169813" w14:textId="77777777" w:rsidR="008C5C52" w:rsidRDefault="008C5C52">
            <w:pPr>
              <w:pStyle w:val="TableText"/>
            </w:pPr>
          </w:p>
        </w:tc>
        <w:tc>
          <w:tcPr>
            <w:tcW w:w="2304" w:type="dxa"/>
            <w:tcMar>
              <w:top w:w="80" w:type="dxa"/>
              <w:left w:w="90" w:type="dxa"/>
              <w:bottom w:w="80" w:type="dxa"/>
              <w:right w:w="90" w:type="dxa"/>
            </w:tcMar>
            <w:vAlign w:val="center"/>
          </w:tcPr>
          <w:p w14:paraId="2CD50B90" w14:textId="77777777" w:rsidR="008C5C52" w:rsidRDefault="008C5C52">
            <w:pPr>
              <w:pStyle w:val="TableText"/>
            </w:pPr>
          </w:p>
        </w:tc>
        <w:tc>
          <w:tcPr>
            <w:tcW w:w="3024" w:type="dxa"/>
            <w:tcMar>
              <w:top w:w="80" w:type="dxa"/>
              <w:left w:w="90" w:type="dxa"/>
              <w:bottom w:w="80" w:type="dxa"/>
              <w:right w:w="90" w:type="dxa"/>
            </w:tcMar>
            <w:vAlign w:val="center"/>
          </w:tcPr>
          <w:p w14:paraId="04295421" w14:textId="77777777" w:rsidR="008C5C52" w:rsidRDefault="008C5C52">
            <w:pPr>
              <w:pStyle w:val="TableText"/>
            </w:pPr>
          </w:p>
        </w:tc>
        <w:tc>
          <w:tcPr>
            <w:tcW w:w="1800" w:type="dxa"/>
            <w:tcMar>
              <w:top w:w="80" w:type="dxa"/>
              <w:left w:w="90" w:type="dxa"/>
              <w:bottom w:w="80" w:type="dxa"/>
              <w:right w:w="90" w:type="dxa"/>
            </w:tcMar>
            <w:vAlign w:val="center"/>
          </w:tcPr>
          <w:p w14:paraId="408D2E09" w14:textId="77777777" w:rsidR="008C5C52" w:rsidRDefault="008C5C52">
            <w:pPr>
              <w:pStyle w:val="TableText"/>
            </w:pPr>
          </w:p>
        </w:tc>
      </w:tr>
    </w:tbl>
    <w:p w14:paraId="45D731A3" w14:textId="77777777" w:rsidR="008C5C52" w:rsidRDefault="00852B42">
      <w:r>
        <w:br w:type="page"/>
      </w:r>
    </w:p>
    <w:p w14:paraId="6B981F4B" w14:textId="39B57A2A" w:rsidR="008C5C52" w:rsidRDefault="00852B42">
      <w:pPr>
        <w:pStyle w:val="Heading2"/>
      </w:pPr>
      <w:r>
        <w:lastRenderedPageBreak/>
        <w:t>E2. NCDPI Initial Approval Determination</w:t>
      </w:r>
      <w:r w:rsidR="007F60C8">
        <w:t xml:space="preserve"> (To be completed by NCDPI staff)</w:t>
      </w:r>
    </w:p>
    <w:tbl>
      <w:tblPr>
        <w:tblW w:w="0" w:type="auto"/>
        <w:jc w:val="center"/>
        <w:tblLayout w:type="fixed"/>
        <w:tblLook w:val="04A0" w:firstRow="1" w:lastRow="0" w:firstColumn="1" w:lastColumn="0" w:noHBand="0" w:noVBand="1"/>
      </w:tblPr>
      <w:tblGrid>
        <w:gridCol w:w="4608"/>
        <w:gridCol w:w="1584"/>
        <w:gridCol w:w="2664"/>
        <w:gridCol w:w="1426"/>
        <w:gridCol w:w="158"/>
      </w:tblGrid>
      <w:tr w:rsidR="008C5C52" w14:paraId="743125D6" w14:textId="77777777">
        <w:trPr>
          <w:gridAfter w:val="1"/>
          <w:wAfter w:w="14" w:type="dxa"/>
          <w:jc w:val="center"/>
        </w:trPr>
        <w:tc>
          <w:tcPr>
            <w:tcW w:w="10282" w:type="dxa"/>
            <w:gridSpan w:val="4"/>
            <w:shd w:val="clear" w:color="auto" w:fill="EAF3E4"/>
            <w:tcMar>
              <w:top w:w="100" w:type="dxa"/>
              <w:left w:w="120" w:type="dxa"/>
              <w:bottom w:w="100" w:type="dxa"/>
              <w:right w:w="120" w:type="dxa"/>
            </w:tcMar>
          </w:tcPr>
          <w:p w14:paraId="45F5725D" w14:textId="72A1AE33" w:rsidR="008C5C52" w:rsidRDefault="00852B42">
            <w:r>
              <w:rPr>
                <w:b/>
              </w:rPr>
              <w:t>DECISION SEQUENCE.</w:t>
            </w:r>
            <w:r>
              <w:t xml:space="preserve"> 1) Determine applicant eligibility. 2) Determine whether Part B clearly addresses all six requirements in G.S. 115C-269.67(b). 3) If both are satisfied, approve </w:t>
            </w:r>
            <w:proofErr w:type="gramStart"/>
            <w:r>
              <w:t>for</w:t>
            </w:r>
            <w:proofErr w:type="gramEnd"/>
            <w:r>
              <w:t xml:space="preserve"> a three-year term. 4) Track implementation-readiness items and grant allocation.</w:t>
            </w:r>
          </w:p>
        </w:tc>
      </w:tr>
      <w:tr w:rsidR="008C5C52" w14:paraId="44AAC9C0" w14:textId="77777777">
        <w:tblPrEx>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PrEx>
        <w:trPr>
          <w:tblHeader/>
          <w:jc w:val="center"/>
        </w:trPr>
        <w:tc>
          <w:tcPr>
            <w:tcW w:w="4608" w:type="dxa"/>
            <w:shd w:val="clear" w:color="auto" w:fill="173F6B"/>
            <w:tcMar>
              <w:top w:w="80" w:type="dxa"/>
              <w:left w:w="90" w:type="dxa"/>
              <w:bottom w:w="80" w:type="dxa"/>
              <w:right w:w="90" w:type="dxa"/>
            </w:tcMar>
            <w:vAlign w:val="center"/>
          </w:tcPr>
          <w:p w14:paraId="1C856A98" w14:textId="77777777" w:rsidR="008C5C52" w:rsidRDefault="00852B42">
            <w:pPr>
              <w:pStyle w:val="TableHeader"/>
              <w:jc w:val="center"/>
            </w:pPr>
            <w:r>
              <w:rPr>
                <w:b w:val="0"/>
              </w:rPr>
              <w:t>Review criterion</w:t>
            </w:r>
          </w:p>
        </w:tc>
        <w:tc>
          <w:tcPr>
            <w:tcW w:w="1584" w:type="dxa"/>
            <w:shd w:val="clear" w:color="auto" w:fill="173F6B"/>
            <w:tcMar>
              <w:top w:w="80" w:type="dxa"/>
              <w:left w:w="90" w:type="dxa"/>
              <w:bottom w:w="80" w:type="dxa"/>
              <w:right w:w="90" w:type="dxa"/>
            </w:tcMar>
            <w:vAlign w:val="center"/>
          </w:tcPr>
          <w:p w14:paraId="455719C4" w14:textId="77777777" w:rsidR="008C5C52" w:rsidRDefault="00852B42">
            <w:pPr>
              <w:pStyle w:val="TableHeader"/>
              <w:jc w:val="center"/>
            </w:pPr>
            <w:r>
              <w:rPr>
                <w:b w:val="0"/>
              </w:rPr>
              <w:t>Complete / compliant</w:t>
            </w:r>
          </w:p>
        </w:tc>
        <w:tc>
          <w:tcPr>
            <w:tcW w:w="2664" w:type="dxa"/>
            <w:shd w:val="clear" w:color="auto" w:fill="173F6B"/>
            <w:tcMar>
              <w:top w:w="80" w:type="dxa"/>
              <w:left w:w="90" w:type="dxa"/>
              <w:bottom w:w="80" w:type="dxa"/>
              <w:right w:w="90" w:type="dxa"/>
            </w:tcMar>
            <w:vAlign w:val="center"/>
          </w:tcPr>
          <w:p w14:paraId="39845828" w14:textId="77777777" w:rsidR="008C5C52" w:rsidRDefault="00852B42">
            <w:pPr>
              <w:pStyle w:val="TableHeader"/>
              <w:jc w:val="center"/>
            </w:pPr>
            <w:r>
              <w:rPr>
                <w:b w:val="0"/>
              </w:rPr>
              <w:t>Deficiency / clarification needed</w:t>
            </w:r>
          </w:p>
        </w:tc>
        <w:tc>
          <w:tcPr>
            <w:tcW w:w="1584" w:type="dxa"/>
            <w:gridSpan w:val="2"/>
            <w:shd w:val="clear" w:color="auto" w:fill="173F6B"/>
            <w:tcMar>
              <w:top w:w="80" w:type="dxa"/>
              <w:left w:w="90" w:type="dxa"/>
              <w:bottom w:w="80" w:type="dxa"/>
              <w:right w:w="90" w:type="dxa"/>
            </w:tcMar>
            <w:vAlign w:val="center"/>
          </w:tcPr>
          <w:p w14:paraId="2536DC36" w14:textId="77777777" w:rsidR="008C5C52" w:rsidRDefault="00852B42">
            <w:pPr>
              <w:pStyle w:val="TableHeader"/>
              <w:jc w:val="center"/>
            </w:pPr>
            <w:r>
              <w:rPr>
                <w:b w:val="0"/>
              </w:rPr>
              <w:t>Authority</w:t>
            </w:r>
          </w:p>
        </w:tc>
      </w:tr>
      <w:tr w:rsidR="008C5C52" w14:paraId="43A429ED" w14:textId="77777777">
        <w:tblPrEx>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PrEx>
        <w:trPr>
          <w:jc w:val="center"/>
        </w:trPr>
        <w:tc>
          <w:tcPr>
            <w:tcW w:w="4608" w:type="dxa"/>
            <w:tcMar>
              <w:top w:w="80" w:type="dxa"/>
              <w:left w:w="90" w:type="dxa"/>
              <w:bottom w:w="80" w:type="dxa"/>
              <w:right w:w="90" w:type="dxa"/>
            </w:tcMar>
            <w:vAlign w:val="center"/>
          </w:tcPr>
          <w:p w14:paraId="670AA530" w14:textId="77777777" w:rsidR="008C5C52" w:rsidRDefault="00852B42">
            <w:pPr>
              <w:pStyle w:val="TableText"/>
            </w:pPr>
            <w:r>
              <w:t>Applicant is an eligible unit</w:t>
            </w:r>
          </w:p>
        </w:tc>
        <w:tc>
          <w:tcPr>
            <w:tcW w:w="1584" w:type="dxa"/>
            <w:tcMar>
              <w:top w:w="80" w:type="dxa"/>
              <w:left w:w="90" w:type="dxa"/>
              <w:bottom w:w="80" w:type="dxa"/>
              <w:right w:w="90" w:type="dxa"/>
            </w:tcMar>
            <w:vAlign w:val="center"/>
          </w:tcPr>
          <w:p w14:paraId="1E70057F" w14:textId="77777777" w:rsidR="008C5C52" w:rsidRDefault="00852B42">
            <w:pPr>
              <w:pStyle w:val="TableText"/>
              <w:jc w:val="center"/>
            </w:pPr>
            <w:r>
              <w:t>☐ Yes   ☐ No</w:t>
            </w:r>
          </w:p>
        </w:tc>
        <w:tc>
          <w:tcPr>
            <w:tcW w:w="2664" w:type="dxa"/>
            <w:tcMar>
              <w:top w:w="80" w:type="dxa"/>
              <w:left w:w="90" w:type="dxa"/>
              <w:bottom w:w="80" w:type="dxa"/>
              <w:right w:w="90" w:type="dxa"/>
            </w:tcMar>
            <w:vAlign w:val="center"/>
          </w:tcPr>
          <w:p w14:paraId="4A8F918F" w14:textId="77777777" w:rsidR="008C5C52" w:rsidRDefault="008C5C52">
            <w:pPr>
              <w:pStyle w:val="TableText"/>
            </w:pPr>
          </w:p>
        </w:tc>
        <w:tc>
          <w:tcPr>
            <w:tcW w:w="1584" w:type="dxa"/>
            <w:gridSpan w:val="2"/>
            <w:tcMar>
              <w:top w:w="80" w:type="dxa"/>
              <w:left w:w="90" w:type="dxa"/>
              <w:bottom w:w="80" w:type="dxa"/>
              <w:right w:w="90" w:type="dxa"/>
            </w:tcMar>
            <w:vAlign w:val="center"/>
          </w:tcPr>
          <w:p w14:paraId="00CFEC2D" w14:textId="77777777" w:rsidR="008C5C52" w:rsidRDefault="00852B42">
            <w:pPr>
              <w:pStyle w:val="TableText"/>
              <w:jc w:val="center"/>
            </w:pPr>
            <w:r>
              <w:t>G.S. 115C-269.65(5)</w:t>
            </w:r>
          </w:p>
        </w:tc>
      </w:tr>
      <w:tr w:rsidR="008C5C52" w14:paraId="0A41AD3D" w14:textId="77777777">
        <w:tblPrEx>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PrEx>
        <w:trPr>
          <w:jc w:val="center"/>
        </w:trPr>
        <w:tc>
          <w:tcPr>
            <w:tcW w:w="4608" w:type="dxa"/>
            <w:tcMar>
              <w:top w:w="80" w:type="dxa"/>
              <w:left w:w="90" w:type="dxa"/>
              <w:bottom w:w="80" w:type="dxa"/>
              <w:right w:w="90" w:type="dxa"/>
            </w:tcMar>
            <w:vAlign w:val="center"/>
          </w:tcPr>
          <w:p w14:paraId="0BE9500E" w14:textId="00BA21D6" w:rsidR="008C5C52" w:rsidRDefault="00C034E9">
            <w:pPr>
              <w:pStyle w:val="TableText"/>
            </w:pPr>
            <w:r>
              <w:t>Apprenticeship design plan</w:t>
            </w:r>
            <w:r w:rsidR="00852B42">
              <w:t xml:space="preserve"> and shortage areas clearly addressed</w:t>
            </w:r>
          </w:p>
        </w:tc>
        <w:tc>
          <w:tcPr>
            <w:tcW w:w="1584" w:type="dxa"/>
            <w:tcMar>
              <w:top w:w="80" w:type="dxa"/>
              <w:left w:w="90" w:type="dxa"/>
              <w:bottom w:w="80" w:type="dxa"/>
              <w:right w:w="90" w:type="dxa"/>
            </w:tcMar>
            <w:vAlign w:val="center"/>
          </w:tcPr>
          <w:p w14:paraId="10B0D7B2" w14:textId="77777777" w:rsidR="008C5C52" w:rsidRDefault="00852B42">
            <w:pPr>
              <w:pStyle w:val="TableText"/>
              <w:jc w:val="center"/>
            </w:pPr>
            <w:r>
              <w:t>☐ Yes   ☐ No</w:t>
            </w:r>
          </w:p>
        </w:tc>
        <w:tc>
          <w:tcPr>
            <w:tcW w:w="2664" w:type="dxa"/>
            <w:tcMar>
              <w:top w:w="80" w:type="dxa"/>
              <w:left w:w="90" w:type="dxa"/>
              <w:bottom w:w="80" w:type="dxa"/>
              <w:right w:w="90" w:type="dxa"/>
            </w:tcMar>
            <w:vAlign w:val="center"/>
          </w:tcPr>
          <w:p w14:paraId="6B4F7A63" w14:textId="77777777" w:rsidR="008C5C52" w:rsidRDefault="008C5C52">
            <w:pPr>
              <w:pStyle w:val="TableText"/>
            </w:pPr>
          </w:p>
        </w:tc>
        <w:tc>
          <w:tcPr>
            <w:tcW w:w="1584" w:type="dxa"/>
            <w:gridSpan w:val="2"/>
            <w:tcMar>
              <w:top w:w="80" w:type="dxa"/>
              <w:left w:w="90" w:type="dxa"/>
              <w:bottom w:w="80" w:type="dxa"/>
              <w:right w:w="90" w:type="dxa"/>
            </w:tcMar>
            <w:vAlign w:val="center"/>
          </w:tcPr>
          <w:p w14:paraId="6317270B" w14:textId="77777777" w:rsidR="008C5C52" w:rsidRDefault="00852B42">
            <w:pPr>
              <w:pStyle w:val="TableText"/>
              <w:jc w:val="center"/>
            </w:pPr>
            <w:r>
              <w:t>G.S. 115C-269.67(b)(1)</w:t>
            </w:r>
          </w:p>
        </w:tc>
      </w:tr>
      <w:tr w:rsidR="008C5C52" w14:paraId="15D8A221" w14:textId="77777777">
        <w:tblPrEx>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PrEx>
        <w:trPr>
          <w:jc w:val="center"/>
        </w:trPr>
        <w:tc>
          <w:tcPr>
            <w:tcW w:w="4608" w:type="dxa"/>
            <w:tcMar>
              <w:top w:w="80" w:type="dxa"/>
              <w:left w:w="90" w:type="dxa"/>
              <w:bottom w:w="80" w:type="dxa"/>
              <w:right w:w="90" w:type="dxa"/>
            </w:tcMar>
            <w:vAlign w:val="center"/>
          </w:tcPr>
          <w:p w14:paraId="149FA147" w14:textId="77777777" w:rsidR="008C5C52" w:rsidRDefault="00852B42">
            <w:pPr>
              <w:pStyle w:val="TableText"/>
            </w:pPr>
            <w:r>
              <w:t>Support system, supervisor qualifications, and supervision schedule clearly addressed</w:t>
            </w:r>
          </w:p>
        </w:tc>
        <w:tc>
          <w:tcPr>
            <w:tcW w:w="1584" w:type="dxa"/>
            <w:tcMar>
              <w:top w:w="80" w:type="dxa"/>
              <w:left w:w="90" w:type="dxa"/>
              <w:bottom w:w="80" w:type="dxa"/>
              <w:right w:w="90" w:type="dxa"/>
            </w:tcMar>
            <w:vAlign w:val="center"/>
          </w:tcPr>
          <w:p w14:paraId="4AFAE966" w14:textId="77777777" w:rsidR="008C5C52" w:rsidRDefault="00852B42">
            <w:pPr>
              <w:pStyle w:val="TableText"/>
              <w:jc w:val="center"/>
            </w:pPr>
            <w:r>
              <w:t>☐ Yes   ☐ No</w:t>
            </w:r>
          </w:p>
        </w:tc>
        <w:tc>
          <w:tcPr>
            <w:tcW w:w="2664" w:type="dxa"/>
            <w:tcMar>
              <w:top w:w="80" w:type="dxa"/>
              <w:left w:w="90" w:type="dxa"/>
              <w:bottom w:w="80" w:type="dxa"/>
              <w:right w:w="90" w:type="dxa"/>
            </w:tcMar>
            <w:vAlign w:val="center"/>
          </w:tcPr>
          <w:p w14:paraId="16D8C845" w14:textId="77777777" w:rsidR="008C5C52" w:rsidRDefault="008C5C52">
            <w:pPr>
              <w:pStyle w:val="TableText"/>
            </w:pPr>
          </w:p>
        </w:tc>
        <w:tc>
          <w:tcPr>
            <w:tcW w:w="1584" w:type="dxa"/>
            <w:gridSpan w:val="2"/>
            <w:tcMar>
              <w:top w:w="80" w:type="dxa"/>
              <w:left w:w="90" w:type="dxa"/>
              <w:bottom w:w="80" w:type="dxa"/>
              <w:right w:w="90" w:type="dxa"/>
            </w:tcMar>
            <w:vAlign w:val="center"/>
          </w:tcPr>
          <w:p w14:paraId="1587CD38" w14:textId="77777777" w:rsidR="008C5C52" w:rsidRDefault="00852B42">
            <w:pPr>
              <w:pStyle w:val="TableText"/>
              <w:jc w:val="center"/>
            </w:pPr>
            <w:r>
              <w:t>G.S. 115C-269.67(b)(2)</w:t>
            </w:r>
          </w:p>
        </w:tc>
      </w:tr>
      <w:tr w:rsidR="008C5C52" w14:paraId="36369ECF" w14:textId="77777777">
        <w:tblPrEx>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PrEx>
        <w:trPr>
          <w:jc w:val="center"/>
        </w:trPr>
        <w:tc>
          <w:tcPr>
            <w:tcW w:w="4608" w:type="dxa"/>
            <w:tcMar>
              <w:top w:w="80" w:type="dxa"/>
              <w:left w:w="90" w:type="dxa"/>
              <w:bottom w:w="80" w:type="dxa"/>
              <w:right w:w="90" w:type="dxa"/>
            </w:tcMar>
            <w:vAlign w:val="center"/>
          </w:tcPr>
          <w:p w14:paraId="32D09C16" w14:textId="77777777" w:rsidR="008C5C52" w:rsidRDefault="00852B42">
            <w:pPr>
              <w:pStyle w:val="TableText"/>
            </w:pPr>
            <w:r>
              <w:t>Alternative funding sources identified</w:t>
            </w:r>
          </w:p>
        </w:tc>
        <w:tc>
          <w:tcPr>
            <w:tcW w:w="1584" w:type="dxa"/>
            <w:tcMar>
              <w:top w:w="80" w:type="dxa"/>
              <w:left w:w="90" w:type="dxa"/>
              <w:bottom w:w="80" w:type="dxa"/>
              <w:right w:w="90" w:type="dxa"/>
            </w:tcMar>
            <w:vAlign w:val="center"/>
          </w:tcPr>
          <w:p w14:paraId="0800D881" w14:textId="77777777" w:rsidR="008C5C52" w:rsidRDefault="00852B42">
            <w:pPr>
              <w:pStyle w:val="TableText"/>
              <w:jc w:val="center"/>
            </w:pPr>
            <w:r>
              <w:t>☐ Yes   ☐ No</w:t>
            </w:r>
          </w:p>
        </w:tc>
        <w:tc>
          <w:tcPr>
            <w:tcW w:w="2664" w:type="dxa"/>
            <w:tcMar>
              <w:top w:w="80" w:type="dxa"/>
              <w:left w:w="90" w:type="dxa"/>
              <w:bottom w:w="80" w:type="dxa"/>
              <w:right w:w="90" w:type="dxa"/>
            </w:tcMar>
            <w:vAlign w:val="center"/>
          </w:tcPr>
          <w:p w14:paraId="237E7E8B" w14:textId="77777777" w:rsidR="008C5C52" w:rsidRDefault="008C5C52">
            <w:pPr>
              <w:pStyle w:val="TableText"/>
            </w:pPr>
          </w:p>
        </w:tc>
        <w:tc>
          <w:tcPr>
            <w:tcW w:w="1584" w:type="dxa"/>
            <w:gridSpan w:val="2"/>
            <w:tcMar>
              <w:top w:w="80" w:type="dxa"/>
              <w:left w:w="90" w:type="dxa"/>
              <w:bottom w:w="80" w:type="dxa"/>
              <w:right w:w="90" w:type="dxa"/>
            </w:tcMar>
            <w:vAlign w:val="center"/>
          </w:tcPr>
          <w:p w14:paraId="46C95E62" w14:textId="77777777" w:rsidR="008C5C52" w:rsidRDefault="00852B42">
            <w:pPr>
              <w:pStyle w:val="TableText"/>
              <w:jc w:val="center"/>
            </w:pPr>
            <w:r>
              <w:t>G.S. 115C-269.67(b)(3)</w:t>
            </w:r>
          </w:p>
        </w:tc>
      </w:tr>
      <w:tr w:rsidR="008C5C52" w14:paraId="5DF35763" w14:textId="77777777">
        <w:tblPrEx>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PrEx>
        <w:trPr>
          <w:jc w:val="center"/>
        </w:trPr>
        <w:tc>
          <w:tcPr>
            <w:tcW w:w="4608" w:type="dxa"/>
            <w:tcMar>
              <w:top w:w="80" w:type="dxa"/>
              <w:left w:w="90" w:type="dxa"/>
              <w:bottom w:w="80" w:type="dxa"/>
              <w:right w:w="90" w:type="dxa"/>
            </w:tcMar>
            <w:vAlign w:val="center"/>
          </w:tcPr>
          <w:p w14:paraId="6877306E" w14:textId="77777777" w:rsidR="008C5C52" w:rsidRDefault="00852B42">
            <w:pPr>
              <w:pStyle w:val="TableText"/>
            </w:pPr>
            <w:r>
              <w:t>ATR integration explained</w:t>
            </w:r>
          </w:p>
        </w:tc>
        <w:tc>
          <w:tcPr>
            <w:tcW w:w="1584" w:type="dxa"/>
            <w:tcMar>
              <w:top w:w="80" w:type="dxa"/>
              <w:left w:w="90" w:type="dxa"/>
              <w:bottom w:w="80" w:type="dxa"/>
              <w:right w:w="90" w:type="dxa"/>
            </w:tcMar>
            <w:vAlign w:val="center"/>
          </w:tcPr>
          <w:p w14:paraId="3F89E5DF" w14:textId="77777777" w:rsidR="008C5C52" w:rsidRDefault="00852B42">
            <w:pPr>
              <w:pStyle w:val="TableText"/>
              <w:jc w:val="center"/>
            </w:pPr>
            <w:r>
              <w:t>☐ Yes   ☐ No</w:t>
            </w:r>
          </w:p>
        </w:tc>
        <w:tc>
          <w:tcPr>
            <w:tcW w:w="2664" w:type="dxa"/>
            <w:tcMar>
              <w:top w:w="80" w:type="dxa"/>
              <w:left w:w="90" w:type="dxa"/>
              <w:bottom w:w="80" w:type="dxa"/>
              <w:right w:w="90" w:type="dxa"/>
            </w:tcMar>
            <w:vAlign w:val="center"/>
          </w:tcPr>
          <w:p w14:paraId="284463CB" w14:textId="77777777" w:rsidR="008C5C52" w:rsidRDefault="008C5C52">
            <w:pPr>
              <w:pStyle w:val="TableText"/>
            </w:pPr>
          </w:p>
        </w:tc>
        <w:tc>
          <w:tcPr>
            <w:tcW w:w="1584" w:type="dxa"/>
            <w:gridSpan w:val="2"/>
            <w:tcMar>
              <w:top w:w="80" w:type="dxa"/>
              <w:left w:w="90" w:type="dxa"/>
              <w:bottom w:w="80" w:type="dxa"/>
              <w:right w:w="90" w:type="dxa"/>
            </w:tcMar>
            <w:vAlign w:val="center"/>
          </w:tcPr>
          <w:p w14:paraId="62B53D08" w14:textId="77777777" w:rsidR="008C5C52" w:rsidRDefault="00852B42">
            <w:pPr>
              <w:pStyle w:val="TableText"/>
              <w:jc w:val="center"/>
            </w:pPr>
            <w:r>
              <w:t>G.S. 115C-269.67(b)(4)</w:t>
            </w:r>
          </w:p>
        </w:tc>
      </w:tr>
      <w:tr w:rsidR="008C5C52" w14:paraId="752A53D1" w14:textId="77777777">
        <w:tblPrEx>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PrEx>
        <w:trPr>
          <w:jc w:val="center"/>
        </w:trPr>
        <w:tc>
          <w:tcPr>
            <w:tcW w:w="4608" w:type="dxa"/>
            <w:tcMar>
              <w:top w:w="80" w:type="dxa"/>
              <w:left w:w="90" w:type="dxa"/>
              <w:bottom w:w="80" w:type="dxa"/>
              <w:right w:w="90" w:type="dxa"/>
            </w:tcMar>
            <w:vAlign w:val="center"/>
          </w:tcPr>
          <w:p w14:paraId="5B6C57FD" w14:textId="441E476D" w:rsidR="008C5C52" w:rsidRDefault="00852B42">
            <w:pPr>
              <w:pStyle w:val="TableText"/>
            </w:pPr>
            <w:r>
              <w:t>Candidate</w:t>
            </w:r>
            <w:r w:rsidR="00C034E9">
              <w:t xml:space="preserve"> recruitment and</w:t>
            </w:r>
            <w:r>
              <w:t xml:space="preserve"> acceptance strategies included</w:t>
            </w:r>
          </w:p>
        </w:tc>
        <w:tc>
          <w:tcPr>
            <w:tcW w:w="1584" w:type="dxa"/>
            <w:tcMar>
              <w:top w:w="80" w:type="dxa"/>
              <w:left w:w="90" w:type="dxa"/>
              <w:bottom w:w="80" w:type="dxa"/>
              <w:right w:w="90" w:type="dxa"/>
            </w:tcMar>
            <w:vAlign w:val="center"/>
          </w:tcPr>
          <w:p w14:paraId="66787BBF" w14:textId="77777777" w:rsidR="008C5C52" w:rsidRDefault="00852B42">
            <w:pPr>
              <w:pStyle w:val="TableText"/>
              <w:jc w:val="center"/>
            </w:pPr>
            <w:r>
              <w:t>☐ Yes   ☐ No</w:t>
            </w:r>
          </w:p>
        </w:tc>
        <w:tc>
          <w:tcPr>
            <w:tcW w:w="2664" w:type="dxa"/>
            <w:tcMar>
              <w:top w:w="80" w:type="dxa"/>
              <w:left w:w="90" w:type="dxa"/>
              <w:bottom w:w="80" w:type="dxa"/>
              <w:right w:w="90" w:type="dxa"/>
            </w:tcMar>
            <w:vAlign w:val="center"/>
          </w:tcPr>
          <w:p w14:paraId="37302B60" w14:textId="77777777" w:rsidR="008C5C52" w:rsidRDefault="008C5C52">
            <w:pPr>
              <w:pStyle w:val="TableText"/>
            </w:pPr>
          </w:p>
        </w:tc>
        <w:tc>
          <w:tcPr>
            <w:tcW w:w="1584" w:type="dxa"/>
            <w:gridSpan w:val="2"/>
            <w:tcMar>
              <w:top w:w="80" w:type="dxa"/>
              <w:left w:w="90" w:type="dxa"/>
              <w:bottom w:w="80" w:type="dxa"/>
              <w:right w:w="90" w:type="dxa"/>
            </w:tcMar>
            <w:vAlign w:val="center"/>
          </w:tcPr>
          <w:p w14:paraId="4DFCC54F" w14:textId="77777777" w:rsidR="008C5C52" w:rsidRDefault="00852B42">
            <w:pPr>
              <w:pStyle w:val="TableText"/>
              <w:jc w:val="center"/>
            </w:pPr>
            <w:r>
              <w:t>G.S. 115C-269.67(b)(5)</w:t>
            </w:r>
          </w:p>
        </w:tc>
      </w:tr>
      <w:tr w:rsidR="008C5C52" w14:paraId="69BEC93A" w14:textId="77777777">
        <w:tblPrEx>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PrEx>
        <w:trPr>
          <w:jc w:val="center"/>
        </w:trPr>
        <w:tc>
          <w:tcPr>
            <w:tcW w:w="4608" w:type="dxa"/>
            <w:tcMar>
              <w:top w:w="80" w:type="dxa"/>
              <w:left w:w="90" w:type="dxa"/>
              <w:bottom w:w="80" w:type="dxa"/>
              <w:right w:w="90" w:type="dxa"/>
            </w:tcMar>
            <w:vAlign w:val="center"/>
          </w:tcPr>
          <w:p w14:paraId="73DE7D3F" w14:textId="77777777" w:rsidR="008C5C52" w:rsidRDefault="00852B42">
            <w:pPr>
              <w:pStyle w:val="TableText"/>
            </w:pPr>
            <w:r>
              <w:t>Eligible EPP list included</w:t>
            </w:r>
          </w:p>
        </w:tc>
        <w:tc>
          <w:tcPr>
            <w:tcW w:w="1584" w:type="dxa"/>
            <w:tcMar>
              <w:top w:w="80" w:type="dxa"/>
              <w:left w:w="90" w:type="dxa"/>
              <w:bottom w:w="80" w:type="dxa"/>
              <w:right w:w="90" w:type="dxa"/>
            </w:tcMar>
            <w:vAlign w:val="center"/>
          </w:tcPr>
          <w:p w14:paraId="3977D1B3" w14:textId="77777777" w:rsidR="008C5C52" w:rsidRDefault="00852B42">
            <w:pPr>
              <w:pStyle w:val="TableText"/>
              <w:jc w:val="center"/>
            </w:pPr>
            <w:r>
              <w:t>☐ Yes   ☐ No</w:t>
            </w:r>
          </w:p>
        </w:tc>
        <w:tc>
          <w:tcPr>
            <w:tcW w:w="2664" w:type="dxa"/>
            <w:tcMar>
              <w:top w:w="80" w:type="dxa"/>
              <w:left w:w="90" w:type="dxa"/>
              <w:bottom w:w="80" w:type="dxa"/>
              <w:right w:w="90" w:type="dxa"/>
            </w:tcMar>
            <w:vAlign w:val="center"/>
          </w:tcPr>
          <w:p w14:paraId="44B48496" w14:textId="77777777" w:rsidR="008C5C52" w:rsidRDefault="008C5C52">
            <w:pPr>
              <w:pStyle w:val="TableText"/>
            </w:pPr>
          </w:p>
        </w:tc>
        <w:tc>
          <w:tcPr>
            <w:tcW w:w="1584" w:type="dxa"/>
            <w:gridSpan w:val="2"/>
            <w:tcMar>
              <w:top w:w="80" w:type="dxa"/>
              <w:left w:w="90" w:type="dxa"/>
              <w:bottom w:w="80" w:type="dxa"/>
              <w:right w:w="90" w:type="dxa"/>
            </w:tcMar>
            <w:vAlign w:val="center"/>
          </w:tcPr>
          <w:p w14:paraId="5C4F500C" w14:textId="77777777" w:rsidR="008C5C52" w:rsidRDefault="00852B42">
            <w:pPr>
              <w:pStyle w:val="TableText"/>
              <w:jc w:val="center"/>
            </w:pPr>
            <w:r>
              <w:t>G.S. 115C-269.67(b)(6)</w:t>
            </w:r>
          </w:p>
        </w:tc>
      </w:tr>
    </w:tbl>
    <w:p w14:paraId="573AB359" w14:textId="77777777" w:rsidR="008C5C52" w:rsidRDefault="00852B42">
      <w:pPr>
        <w:pStyle w:val="Heading3"/>
      </w:pPr>
      <w:r>
        <w:t>INITIAL PROGRAM DECISION</w:t>
      </w:r>
    </w:p>
    <w:p w14:paraId="01FF5226" w14:textId="77777777" w:rsidR="008C5C52" w:rsidRDefault="00852B42">
      <w:r>
        <w:t>☐ APPROVE for an initial three-year term.</w:t>
      </w:r>
    </w:p>
    <w:p w14:paraId="3AFF3619" w14:textId="77777777" w:rsidR="008C5C52" w:rsidRDefault="00852B42">
      <w:r>
        <w:t>☐ REQUEST ADDITIONAL INFORMATION / TECHNICAL ASSISTANCE to cure an omission or clarify the statutory strategy.</w:t>
      </w:r>
    </w:p>
    <w:p w14:paraId="6BCB430F" w14:textId="77777777" w:rsidR="008C5C52" w:rsidRDefault="00852B42">
      <w:r>
        <w:t>☐ DENY because the applicant is ineligible or the application remains noncompliant with G.S. 115C-269.67(b) after an opportunity to cure, consistent with applicable agency procedure.</w:t>
      </w:r>
    </w:p>
    <w:p w14:paraId="6FD88F75" w14:textId="77777777" w:rsidR="008C5C52" w:rsidRDefault="00852B42">
      <w:pPr>
        <w:pStyle w:val="FormLabel"/>
        <w:keepNext/>
      </w:pPr>
      <w:r>
        <w:t>Reviewer findings / technical-assistance items:</w:t>
      </w:r>
    </w:p>
    <w:p w14:paraId="620462D4" w14:textId="77777777" w:rsidR="008C5C52" w:rsidRDefault="00852B42">
      <w:pPr>
        <w:spacing w:after="60"/>
      </w:pPr>
      <w:r>
        <w:t>________________________________________________________________________________</w:t>
      </w:r>
    </w:p>
    <w:p w14:paraId="5D504B6F" w14:textId="77777777" w:rsidR="008C5C52" w:rsidRDefault="00852B42">
      <w:pPr>
        <w:spacing w:after="60"/>
      </w:pPr>
      <w:r>
        <w:t>________________________________________________________________________________</w:t>
      </w:r>
    </w:p>
    <w:p w14:paraId="6C6ADB28" w14:textId="77777777" w:rsidR="008C5C52" w:rsidRDefault="00852B42">
      <w:pPr>
        <w:spacing w:after="60"/>
      </w:pPr>
      <w:r>
        <w:t>________________________________________________________________________________</w:t>
      </w:r>
    </w:p>
    <w:p w14:paraId="5A6674B5" w14:textId="77777777" w:rsidR="008C5C52" w:rsidRDefault="00852B42">
      <w:pPr>
        <w:spacing w:after="60"/>
      </w:pPr>
      <w:r>
        <w:t>________________________________________________________________________________</w:t>
      </w:r>
    </w:p>
    <w:tbl>
      <w:tblPr>
        <w:tblW w:w="0" w:type="auto"/>
        <w:jc w:val="center"/>
        <w:tblBorders>
          <w:top w:val="single" w:sz="6" w:space="0" w:color="B9C5D1"/>
          <w:left w:val="single" w:sz="6" w:space="0" w:color="B9C5D1"/>
          <w:bottom w:val="single" w:sz="6" w:space="0" w:color="B9C5D1"/>
          <w:right w:val="single" w:sz="6" w:space="0" w:color="B9C5D1"/>
          <w:insideH w:val="single" w:sz="6" w:space="0" w:color="B9C5D1"/>
          <w:insideV w:val="single" w:sz="6" w:space="0" w:color="B9C5D1"/>
        </w:tblBorders>
        <w:tblLayout w:type="fixed"/>
        <w:tblLook w:val="04A0" w:firstRow="1" w:lastRow="0" w:firstColumn="1" w:lastColumn="0" w:noHBand="0" w:noVBand="1"/>
      </w:tblPr>
      <w:tblGrid>
        <w:gridCol w:w="2736"/>
        <w:gridCol w:w="2592"/>
        <w:gridCol w:w="2880"/>
        <w:gridCol w:w="2232"/>
      </w:tblGrid>
      <w:tr w:rsidR="008C5C52" w14:paraId="0160C8D3" w14:textId="77777777">
        <w:trPr>
          <w:jc w:val="center"/>
        </w:trPr>
        <w:tc>
          <w:tcPr>
            <w:tcW w:w="2736" w:type="dxa"/>
            <w:shd w:val="clear" w:color="auto" w:fill="173F6B"/>
            <w:tcMar>
              <w:top w:w="80" w:type="dxa"/>
              <w:left w:w="90" w:type="dxa"/>
              <w:bottom w:w="80" w:type="dxa"/>
              <w:right w:w="90" w:type="dxa"/>
            </w:tcMar>
            <w:vAlign w:val="center"/>
          </w:tcPr>
          <w:p w14:paraId="2798223E" w14:textId="77777777" w:rsidR="008C5C52" w:rsidRDefault="00852B42">
            <w:pPr>
              <w:pStyle w:val="TableHeader"/>
              <w:jc w:val="center"/>
            </w:pPr>
            <w:r>
              <w:rPr>
                <w:b w:val="0"/>
              </w:rPr>
              <w:t>Lead reviewer</w:t>
            </w:r>
          </w:p>
        </w:tc>
        <w:tc>
          <w:tcPr>
            <w:tcW w:w="2592" w:type="dxa"/>
            <w:shd w:val="clear" w:color="auto" w:fill="173F6B"/>
            <w:tcMar>
              <w:top w:w="80" w:type="dxa"/>
              <w:left w:w="90" w:type="dxa"/>
              <w:bottom w:w="80" w:type="dxa"/>
              <w:right w:w="90" w:type="dxa"/>
            </w:tcMar>
            <w:vAlign w:val="center"/>
          </w:tcPr>
          <w:p w14:paraId="126659E0" w14:textId="77777777" w:rsidR="008C5C52" w:rsidRDefault="00852B42">
            <w:pPr>
              <w:pStyle w:val="TableHeader"/>
              <w:jc w:val="center"/>
            </w:pPr>
            <w:r>
              <w:rPr>
                <w:b w:val="0"/>
              </w:rPr>
              <w:t>Secondary review</w:t>
            </w:r>
          </w:p>
        </w:tc>
        <w:tc>
          <w:tcPr>
            <w:tcW w:w="2880" w:type="dxa"/>
            <w:shd w:val="clear" w:color="auto" w:fill="173F6B"/>
            <w:tcMar>
              <w:top w:w="80" w:type="dxa"/>
              <w:left w:w="90" w:type="dxa"/>
              <w:bottom w:w="80" w:type="dxa"/>
              <w:right w:w="90" w:type="dxa"/>
            </w:tcMar>
            <w:vAlign w:val="center"/>
          </w:tcPr>
          <w:p w14:paraId="7B92A66F" w14:textId="77777777" w:rsidR="008C5C52" w:rsidRDefault="00852B42">
            <w:pPr>
              <w:pStyle w:val="TableHeader"/>
              <w:jc w:val="center"/>
            </w:pPr>
            <w:r>
              <w:rPr>
                <w:b w:val="0"/>
              </w:rPr>
              <w:t>Approval official</w:t>
            </w:r>
          </w:p>
        </w:tc>
        <w:tc>
          <w:tcPr>
            <w:tcW w:w="2232" w:type="dxa"/>
            <w:shd w:val="clear" w:color="auto" w:fill="173F6B"/>
            <w:tcMar>
              <w:top w:w="80" w:type="dxa"/>
              <w:left w:w="90" w:type="dxa"/>
              <w:bottom w:w="80" w:type="dxa"/>
              <w:right w:w="90" w:type="dxa"/>
            </w:tcMar>
            <w:vAlign w:val="center"/>
          </w:tcPr>
          <w:p w14:paraId="4407FC24" w14:textId="77777777" w:rsidR="008C5C52" w:rsidRDefault="00852B42">
            <w:pPr>
              <w:pStyle w:val="TableHeader"/>
              <w:jc w:val="center"/>
            </w:pPr>
            <w:r>
              <w:rPr>
                <w:b w:val="0"/>
              </w:rPr>
              <w:t>Decision date</w:t>
            </w:r>
          </w:p>
        </w:tc>
      </w:tr>
      <w:tr w:rsidR="008C5C52" w14:paraId="2929303D" w14:textId="77777777">
        <w:trPr>
          <w:jc w:val="center"/>
        </w:trPr>
        <w:tc>
          <w:tcPr>
            <w:tcW w:w="2736" w:type="dxa"/>
            <w:tcMar>
              <w:top w:w="80" w:type="dxa"/>
              <w:left w:w="90" w:type="dxa"/>
              <w:bottom w:w="80" w:type="dxa"/>
              <w:right w:w="90" w:type="dxa"/>
            </w:tcMar>
            <w:vAlign w:val="center"/>
          </w:tcPr>
          <w:p w14:paraId="7904EEA9" w14:textId="77777777" w:rsidR="008C5C52" w:rsidRDefault="008C5C52">
            <w:pPr>
              <w:pStyle w:val="TableText"/>
            </w:pPr>
          </w:p>
        </w:tc>
        <w:tc>
          <w:tcPr>
            <w:tcW w:w="2592" w:type="dxa"/>
            <w:tcMar>
              <w:top w:w="80" w:type="dxa"/>
              <w:left w:w="90" w:type="dxa"/>
              <w:bottom w:w="80" w:type="dxa"/>
              <w:right w:w="90" w:type="dxa"/>
            </w:tcMar>
            <w:vAlign w:val="center"/>
          </w:tcPr>
          <w:p w14:paraId="4D44C973" w14:textId="77777777" w:rsidR="008C5C52" w:rsidRDefault="008C5C52">
            <w:pPr>
              <w:pStyle w:val="TableText"/>
            </w:pPr>
          </w:p>
        </w:tc>
        <w:tc>
          <w:tcPr>
            <w:tcW w:w="2880" w:type="dxa"/>
            <w:tcMar>
              <w:top w:w="80" w:type="dxa"/>
              <w:left w:w="90" w:type="dxa"/>
              <w:bottom w:w="80" w:type="dxa"/>
              <w:right w:w="90" w:type="dxa"/>
            </w:tcMar>
            <w:vAlign w:val="center"/>
          </w:tcPr>
          <w:p w14:paraId="62F11020" w14:textId="77777777" w:rsidR="008C5C52" w:rsidRDefault="008C5C52">
            <w:pPr>
              <w:pStyle w:val="TableText"/>
            </w:pPr>
          </w:p>
        </w:tc>
        <w:tc>
          <w:tcPr>
            <w:tcW w:w="2232" w:type="dxa"/>
            <w:tcMar>
              <w:top w:w="80" w:type="dxa"/>
              <w:left w:w="90" w:type="dxa"/>
              <w:bottom w:w="80" w:type="dxa"/>
              <w:right w:w="90" w:type="dxa"/>
            </w:tcMar>
            <w:vAlign w:val="center"/>
          </w:tcPr>
          <w:p w14:paraId="5504832D" w14:textId="77777777" w:rsidR="008C5C52" w:rsidRDefault="008C5C52">
            <w:pPr>
              <w:pStyle w:val="TableText"/>
            </w:pPr>
          </w:p>
        </w:tc>
      </w:tr>
    </w:tbl>
    <w:p w14:paraId="2C2C544D" w14:textId="58A70141" w:rsidR="008C5C52" w:rsidRDefault="008C5C52"/>
    <w:sectPr w:rsidR="008C5C52" w:rsidSect="00034616">
      <w:headerReference w:type="default" r:id="rId12"/>
      <w:footerReference w:type="default" r:id="rId13"/>
      <w:pgSz w:w="12240" w:h="15840"/>
      <w:pgMar w:top="864" w:right="979" w:bottom="792"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931F6" w14:textId="77777777" w:rsidR="00105C13" w:rsidRDefault="00105C13">
      <w:pPr>
        <w:spacing w:after="0" w:line="240" w:lineRule="auto"/>
      </w:pPr>
      <w:r>
        <w:separator/>
      </w:r>
    </w:p>
  </w:endnote>
  <w:endnote w:type="continuationSeparator" w:id="0">
    <w:p w14:paraId="324BFA2D" w14:textId="77777777" w:rsidR="00105C13" w:rsidRDefault="00105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957F3" w14:textId="77777777" w:rsidR="00E661AE" w:rsidRDefault="00E661AE">
    <w:pPr>
      <w:pStyle w:val="Footer"/>
      <w:jc w:val="center"/>
    </w:pPr>
    <w:proofErr w:type="spellStart"/>
    <w:r>
      <w:rPr>
        <w:color w:val="6B7280"/>
        <w:sz w:val="16"/>
      </w:rPr>
      <w:t>TeachReadyNC</w:t>
    </w:r>
    <w:proofErr w:type="spellEnd"/>
    <w:r>
      <w:rPr>
        <w:color w:val="6B7280"/>
        <w:sz w:val="16"/>
      </w:rPr>
      <w:t xml:space="preserve"> Program Approval Application | Revised Implementation Draft |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6858B" w14:textId="77777777" w:rsidR="00105C13" w:rsidRDefault="00105C13">
      <w:pPr>
        <w:spacing w:after="0" w:line="240" w:lineRule="auto"/>
      </w:pPr>
      <w:r>
        <w:separator/>
      </w:r>
    </w:p>
  </w:footnote>
  <w:footnote w:type="continuationSeparator" w:id="0">
    <w:p w14:paraId="0B6A105C" w14:textId="77777777" w:rsidR="00105C13" w:rsidRDefault="00105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2B7BA" w14:textId="1F610D22" w:rsidR="00E661AE" w:rsidRDefault="00E661AE">
    <w:pPr>
      <w:pStyle w:val="SmallNote"/>
      <w:jc w:val="right"/>
    </w:pPr>
    <w:r>
      <w:t xml:space="preserve">NORTH CAROLINA DEPARTMENT OF PUBLIC </w:t>
    </w:r>
    <w:proofErr w:type="gramStart"/>
    <w:r>
      <w:t>INSTRUCTION</w:t>
    </w:r>
    <w:proofErr w:type="gramEnd"/>
  </w:p>
</w:hdr>
</file>

<file path=word/intelligence2.xml><?xml version="1.0" encoding="utf-8"?>
<int2:intelligence xmlns:int2="http://schemas.microsoft.com/office/intelligence/2020/intelligence" xmlns:oel="http://schemas.microsoft.com/office/2019/extlst">
  <int2:observations>
    <int2:textHash int2:hashCode="jZmyqN4VqBFAGN" int2:id="snkgUQJ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0813D1"/>
    <w:multiLevelType w:val="hybridMultilevel"/>
    <w:tmpl w:val="CDFE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367472"/>
    <w:multiLevelType w:val="hybridMultilevel"/>
    <w:tmpl w:val="369A1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207425"/>
    <w:multiLevelType w:val="hybridMultilevel"/>
    <w:tmpl w:val="9DE86912"/>
    <w:lvl w:ilvl="0" w:tplc="070CBF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F60FE5"/>
    <w:multiLevelType w:val="hybridMultilevel"/>
    <w:tmpl w:val="51ACAA10"/>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0577D61"/>
    <w:multiLevelType w:val="hybridMultilevel"/>
    <w:tmpl w:val="86249964"/>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343218F"/>
    <w:multiLevelType w:val="hybridMultilevel"/>
    <w:tmpl w:val="1E2A78DC"/>
    <w:lvl w:ilvl="0" w:tplc="070CBF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931887"/>
    <w:multiLevelType w:val="hybridMultilevel"/>
    <w:tmpl w:val="4904AD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2984FE8"/>
    <w:multiLevelType w:val="hybridMultilevel"/>
    <w:tmpl w:val="2FDC550E"/>
    <w:lvl w:ilvl="0" w:tplc="7B0A9C80">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4FB58AF"/>
    <w:multiLevelType w:val="hybridMultilevel"/>
    <w:tmpl w:val="E1B468B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6AD071C"/>
    <w:multiLevelType w:val="hybridMultilevel"/>
    <w:tmpl w:val="A02AF0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CD241E"/>
    <w:multiLevelType w:val="hybridMultilevel"/>
    <w:tmpl w:val="D2F8FE90"/>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2D643EF"/>
    <w:multiLevelType w:val="hybridMultilevel"/>
    <w:tmpl w:val="BF26A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B375B7"/>
    <w:multiLevelType w:val="hybridMultilevel"/>
    <w:tmpl w:val="6DBAE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FB5FFC"/>
    <w:multiLevelType w:val="hybridMultilevel"/>
    <w:tmpl w:val="D5CA2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9D2090"/>
    <w:multiLevelType w:val="hybridMultilevel"/>
    <w:tmpl w:val="9BF691E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29906AF"/>
    <w:multiLevelType w:val="hybridMultilevel"/>
    <w:tmpl w:val="6D0A8C76"/>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3E010FA"/>
    <w:multiLevelType w:val="hybridMultilevel"/>
    <w:tmpl w:val="42CCF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8C15D7"/>
    <w:multiLevelType w:val="hybridMultilevel"/>
    <w:tmpl w:val="CFB02C6E"/>
    <w:lvl w:ilvl="0" w:tplc="FCCE38C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7E71494"/>
    <w:multiLevelType w:val="hybridMultilevel"/>
    <w:tmpl w:val="35BE217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E1431C"/>
    <w:multiLevelType w:val="hybridMultilevel"/>
    <w:tmpl w:val="1B085ED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64365BB"/>
    <w:multiLevelType w:val="hybridMultilevel"/>
    <w:tmpl w:val="EBE40A3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302A75"/>
    <w:multiLevelType w:val="hybridMultilevel"/>
    <w:tmpl w:val="F9D86CA2"/>
    <w:lvl w:ilvl="0" w:tplc="DDCC9A72">
      <w:numFmt w:val="bullet"/>
      <w:lvlText w:val=""/>
      <w:lvlJc w:val="left"/>
      <w:pPr>
        <w:ind w:left="1019" w:hanging="360"/>
      </w:pPr>
      <w:rPr>
        <w:rFonts w:ascii="Wingdings" w:eastAsia="Wingdings" w:hAnsi="Wingdings" w:cs="Wingdings" w:hint="default"/>
        <w:b w:val="0"/>
        <w:bCs w:val="0"/>
        <w:i w:val="0"/>
        <w:iCs w:val="0"/>
        <w:spacing w:val="0"/>
        <w:w w:val="98"/>
        <w:sz w:val="32"/>
        <w:szCs w:val="32"/>
        <w:lang w:val="en-US" w:eastAsia="en-US" w:bidi="ar-SA"/>
      </w:rPr>
    </w:lvl>
    <w:lvl w:ilvl="1" w:tplc="9C026A96">
      <w:numFmt w:val="bullet"/>
      <w:lvlText w:val="o"/>
      <w:lvlJc w:val="left"/>
      <w:pPr>
        <w:ind w:left="1319" w:hanging="360"/>
      </w:pPr>
      <w:rPr>
        <w:rFonts w:ascii="Courier New" w:eastAsia="Courier New" w:hAnsi="Courier New" w:cs="Courier New" w:hint="default"/>
        <w:b w:val="0"/>
        <w:bCs w:val="0"/>
        <w:i w:val="0"/>
        <w:iCs w:val="0"/>
        <w:spacing w:val="0"/>
        <w:w w:val="100"/>
        <w:sz w:val="22"/>
        <w:szCs w:val="22"/>
        <w:lang w:val="en-US" w:eastAsia="en-US" w:bidi="ar-SA"/>
      </w:rPr>
    </w:lvl>
    <w:lvl w:ilvl="2" w:tplc="9A8EAA10">
      <w:numFmt w:val="bullet"/>
      <w:lvlText w:val="•"/>
      <w:lvlJc w:val="left"/>
      <w:pPr>
        <w:ind w:left="2268" w:hanging="360"/>
      </w:pPr>
      <w:rPr>
        <w:rFonts w:hint="default"/>
        <w:lang w:val="en-US" w:eastAsia="en-US" w:bidi="ar-SA"/>
      </w:rPr>
    </w:lvl>
    <w:lvl w:ilvl="3" w:tplc="BC44110A">
      <w:numFmt w:val="bullet"/>
      <w:lvlText w:val="•"/>
      <w:lvlJc w:val="left"/>
      <w:pPr>
        <w:ind w:left="3217" w:hanging="360"/>
      </w:pPr>
      <w:rPr>
        <w:rFonts w:hint="default"/>
        <w:lang w:val="en-US" w:eastAsia="en-US" w:bidi="ar-SA"/>
      </w:rPr>
    </w:lvl>
    <w:lvl w:ilvl="4" w:tplc="EE0CEDAA">
      <w:numFmt w:val="bullet"/>
      <w:lvlText w:val="•"/>
      <w:lvlJc w:val="left"/>
      <w:pPr>
        <w:ind w:left="4166" w:hanging="360"/>
      </w:pPr>
      <w:rPr>
        <w:rFonts w:hint="default"/>
        <w:lang w:val="en-US" w:eastAsia="en-US" w:bidi="ar-SA"/>
      </w:rPr>
    </w:lvl>
    <w:lvl w:ilvl="5" w:tplc="146E1538">
      <w:numFmt w:val="bullet"/>
      <w:lvlText w:val="•"/>
      <w:lvlJc w:val="left"/>
      <w:pPr>
        <w:ind w:left="5115" w:hanging="360"/>
      </w:pPr>
      <w:rPr>
        <w:rFonts w:hint="default"/>
        <w:lang w:val="en-US" w:eastAsia="en-US" w:bidi="ar-SA"/>
      </w:rPr>
    </w:lvl>
    <w:lvl w:ilvl="6" w:tplc="5706151C">
      <w:numFmt w:val="bullet"/>
      <w:lvlText w:val="•"/>
      <w:lvlJc w:val="left"/>
      <w:pPr>
        <w:ind w:left="6064" w:hanging="360"/>
      </w:pPr>
      <w:rPr>
        <w:rFonts w:hint="default"/>
        <w:lang w:val="en-US" w:eastAsia="en-US" w:bidi="ar-SA"/>
      </w:rPr>
    </w:lvl>
    <w:lvl w:ilvl="7" w:tplc="4B86E370">
      <w:numFmt w:val="bullet"/>
      <w:lvlText w:val="•"/>
      <w:lvlJc w:val="left"/>
      <w:pPr>
        <w:ind w:left="7013" w:hanging="360"/>
      </w:pPr>
      <w:rPr>
        <w:rFonts w:hint="default"/>
        <w:lang w:val="en-US" w:eastAsia="en-US" w:bidi="ar-SA"/>
      </w:rPr>
    </w:lvl>
    <w:lvl w:ilvl="8" w:tplc="C4DA79F2">
      <w:numFmt w:val="bullet"/>
      <w:lvlText w:val="•"/>
      <w:lvlJc w:val="left"/>
      <w:pPr>
        <w:ind w:left="7962" w:hanging="360"/>
      </w:pPr>
      <w:rPr>
        <w:rFonts w:hint="default"/>
        <w:lang w:val="en-US" w:eastAsia="en-US" w:bidi="ar-SA"/>
      </w:rPr>
    </w:lvl>
  </w:abstractNum>
  <w:abstractNum w:abstractNumId="31" w15:restartNumberingAfterBreak="0">
    <w:nsid w:val="76AC68A9"/>
    <w:multiLevelType w:val="hybridMultilevel"/>
    <w:tmpl w:val="58AC3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EF1758"/>
    <w:multiLevelType w:val="hybridMultilevel"/>
    <w:tmpl w:val="4904AD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FBB7135"/>
    <w:multiLevelType w:val="hybridMultilevel"/>
    <w:tmpl w:val="88D285B8"/>
    <w:lvl w:ilvl="0" w:tplc="070CBFD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4421724">
    <w:abstractNumId w:val="33"/>
  </w:num>
  <w:num w:numId="2" w16cid:durableId="1204713154">
    <w:abstractNumId w:val="21"/>
  </w:num>
  <w:num w:numId="3" w16cid:durableId="135612164">
    <w:abstractNumId w:val="4"/>
  </w:num>
  <w:num w:numId="4" w16cid:durableId="1377244375">
    <w:abstractNumId w:val="32"/>
  </w:num>
  <w:num w:numId="5" w16cid:durableId="1394936179">
    <w:abstractNumId w:val="19"/>
  </w:num>
  <w:num w:numId="6" w16cid:durableId="145126412">
    <w:abstractNumId w:val="24"/>
  </w:num>
  <w:num w:numId="7" w16cid:durableId="1459255721">
    <w:abstractNumId w:val="9"/>
  </w:num>
  <w:num w:numId="8" w16cid:durableId="1503423620">
    <w:abstractNumId w:val="28"/>
  </w:num>
  <w:num w:numId="9" w16cid:durableId="1609315104">
    <w:abstractNumId w:val="10"/>
  </w:num>
  <w:num w:numId="10" w16cid:durableId="1627659463">
    <w:abstractNumId w:val="18"/>
  </w:num>
  <w:num w:numId="11" w16cid:durableId="1688210300">
    <w:abstractNumId w:val="30"/>
  </w:num>
  <w:num w:numId="12" w16cid:durableId="1702512722">
    <w:abstractNumId w:val="23"/>
  </w:num>
  <w:num w:numId="13" w16cid:durableId="1909609558">
    <w:abstractNumId w:val="25"/>
  </w:num>
  <w:num w:numId="14" w16cid:durableId="1975593969">
    <w:abstractNumId w:val="29"/>
  </w:num>
  <w:num w:numId="15" w16cid:durableId="2014650104">
    <w:abstractNumId w:val="22"/>
  </w:num>
  <w:num w:numId="16" w16cid:durableId="2058502584">
    <w:abstractNumId w:val="17"/>
  </w:num>
  <w:num w:numId="17" w16cid:durableId="217278084">
    <w:abstractNumId w:val="31"/>
  </w:num>
  <w:num w:numId="18" w16cid:durableId="37357626">
    <w:abstractNumId w:val="6"/>
  </w:num>
  <w:num w:numId="19" w16cid:durableId="40567859">
    <w:abstractNumId w:val="3"/>
  </w:num>
  <w:num w:numId="20" w16cid:durableId="450822920">
    <w:abstractNumId w:val="12"/>
  </w:num>
  <w:num w:numId="21" w16cid:durableId="489062008">
    <w:abstractNumId w:val="0"/>
  </w:num>
  <w:num w:numId="22" w16cid:durableId="505442634">
    <w:abstractNumId w:val="2"/>
  </w:num>
  <w:num w:numId="23" w16cid:durableId="531265758">
    <w:abstractNumId w:val="5"/>
  </w:num>
  <w:num w:numId="24" w16cid:durableId="561869113">
    <w:abstractNumId w:val="15"/>
  </w:num>
  <w:num w:numId="25" w16cid:durableId="698044790">
    <w:abstractNumId w:val="20"/>
  </w:num>
  <w:num w:numId="26" w16cid:durableId="72507630">
    <w:abstractNumId w:val="27"/>
  </w:num>
  <w:num w:numId="27" w16cid:durableId="729495907">
    <w:abstractNumId w:val="26"/>
  </w:num>
  <w:num w:numId="28" w16cid:durableId="739330825">
    <w:abstractNumId w:val="16"/>
  </w:num>
  <w:num w:numId="29" w16cid:durableId="764228816">
    <w:abstractNumId w:val="1"/>
  </w:num>
  <w:num w:numId="30" w16cid:durableId="889146213">
    <w:abstractNumId w:val="7"/>
  </w:num>
  <w:num w:numId="31" w16cid:durableId="889416904">
    <w:abstractNumId w:val="13"/>
  </w:num>
  <w:num w:numId="32" w16cid:durableId="901985413">
    <w:abstractNumId w:val="8"/>
  </w:num>
  <w:num w:numId="33" w16cid:durableId="215550162">
    <w:abstractNumId w:val="14"/>
  </w:num>
  <w:num w:numId="34" w16cid:durableId="9258428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994"/>
    <w:rsid w:val="00023E3A"/>
    <w:rsid w:val="00026895"/>
    <w:rsid w:val="00034616"/>
    <w:rsid w:val="00045B69"/>
    <w:rsid w:val="0005330E"/>
    <w:rsid w:val="000537F0"/>
    <w:rsid w:val="00056693"/>
    <w:rsid w:val="0006063C"/>
    <w:rsid w:val="00064738"/>
    <w:rsid w:val="000812BC"/>
    <w:rsid w:val="000A6505"/>
    <w:rsid w:val="00105C13"/>
    <w:rsid w:val="001072AC"/>
    <w:rsid w:val="0011024B"/>
    <w:rsid w:val="00110B02"/>
    <w:rsid w:val="0015074B"/>
    <w:rsid w:val="00184159"/>
    <w:rsid w:val="00194802"/>
    <w:rsid w:val="001953ED"/>
    <w:rsid w:val="00197A8A"/>
    <w:rsid w:val="001D46BD"/>
    <w:rsid w:val="001E4928"/>
    <w:rsid w:val="002166F7"/>
    <w:rsid w:val="0029639D"/>
    <w:rsid w:val="002B0F7D"/>
    <w:rsid w:val="002B14C9"/>
    <w:rsid w:val="002B374B"/>
    <w:rsid w:val="002C2937"/>
    <w:rsid w:val="002D1F1A"/>
    <w:rsid w:val="002D62CE"/>
    <w:rsid w:val="002D74C0"/>
    <w:rsid w:val="002F0569"/>
    <w:rsid w:val="00326F90"/>
    <w:rsid w:val="00342533"/>
    <w:rsid w:val="0037007B"/>
    <w:rsid w:val="003717F2"/>
    <w:rsid w:val="003910C6"/>
    <w:rsid w:val="003B055E"/>
    <w:rsid w:val="003C407A"/>
    <w:rsid w:val="003D60C3"/>
    <w:rsid w:val="003E3C7C"/>
    <w:rsid w:val="00400E5F"/>
    <w:rsid w:val="0041213C"/>
    <w:rsid w:val="00425C1D"/>
    <w:rsid w:val="00462928"/>
    <w:rsid w:val="004661D0"/>
    <w:rsid w:val="00496151"/>
    <w:rsid w:val="004B756F"/>
    <w:rsid w:val="004B76B4"/>
    <w:rsid w:val="004C6812"/>
    <w:rsid w:val="004C6EB1"/>
    <w:rsid w:val="004E345B"/>
    <w:rsid w:val="00514B01"/>
    <w:rsid w:val="00524D0C"/>
    <w:rsid w:val="00536EDD"/>
    <w:rsid w:val="00540843"/>
    <w:rsid w:val="00540FC1"/>
    <w:rsid w:val="00541DFF"/>
    <w:rsid w:val="00543646"/>
    <w:rsid w:val="0055201A"/>
    <w:rsid w:val="005872E1"/>
    <w:rsid w:val="005A10BB"/>
    <w:rsid w:val="005B3C75"/>
    <w:rsid w:val="005C1C9F"/>
    <w:rsid w:val="005C26D5"/>
    <w:rsid w:val="005C54E9"/>
    <w:rsid w:val="005E57C6"/>
    <w:rsid w:val="00602038"/>
    <w:rsid w:val="00605F2F"/>
    <w:rsid w:val="006143B5"/>
    <w:rsid w:val="00625FE9"/>
    <w:rsid w:val="00631B73"/>
    <w:rsid w:val="0063581C"/>
    <w:rsid w:val="00640633"/>
    <w:rsid w:val="006454D2"/>
    <w:rsid w:val="00652EC5"/>
    <w:rsid w:val="00653D98"/>
    <w:rsid w:val="006967F7"/>
    <w:rsid w:val="006A1364"/>
    <w:rsid w:val="006A32CC"/>
    <w:rsid w:val="006A46E2"/>
    <w:rsid w:val="006B0734"/>
    <w:rsid w:val="006B0809"/>
    <w:rsid w:val="006B0A29"/>
    <w:rsid w:val="006B15E5"/>
    <w:rsid w:val="006D2FF3"/>
    <w:rsid w:val="006E5D07"/>
    <w:rsid w:val="00717643"/>
    <w:rsid w:val="0072794B"/>
    <w:rsid w:val="007333E5"/>
    <w:rsid w:val="00742B2A"/>
    <w:rsid w:val="0074659B"/>
    <w:rsid w:val="00747144"/>
    <w:rsid w:val="00754CD3"/>
    <w:rsid w:val="00776B1E"/>
    <w:rsid w:val="007A1D92"/>
    <w:rsid w:val="007A1E47"/>
    <w:rsid w:val="007B0B70"/>
    <w:rsid w:val="007B5085"/>
    <w:rsid w:val="007C0013"/>
    <w:rsid w:val="007C439A"/>
    <w:rsid w:val="007C4D0E"/>
    <w:rsid w:val="007D30CE"/>
    <w:rsid w:val="007F60C8"/>
    <w:rsid w:val="00815479"/>
    <w:rsid w:val="00816107"/>
    <w:rsid w:val="0082705F"/>
    <w:rsid w:val="008327BF"/>
    <w:rsid w:val="00852B42"/>
    <w:rsid w:val="00875A8D"/>
    <w:rsid w:val="00875D86"/>
    <w:rsid w:val="008849C9"/>
    <w:rsid w:val="008A7FE6"/>
    <w:rsid w:val="008C0CF8"/>
    <w:rsid w:val="008C5C52"/>
    <w:rsid w:val="008D1363"/>
    <w:rsid w:val="008D79C2"/>
    <w:rsid w:val="008E7E78"/>
    <w:rsid w:val="008F3EBA"/>
    <w:rsid w:val="00907894"/>
    <w:rsid w:val="00923FA4"/>
    <w:rsid w:val="009428C0"/>
    <w:rsid w:val="00953D20"/>
    <w:rsid w:val="00957F8A"/>
    <w:rsid w:val="00960C90"/>
    <w:rsid w:val="00964192"/>
    <w:rsid w:val="00984E0C"/>
    <w:rsid w:val="009B2570"/>
    <w:rsid w:val="009D4D0E"/>
    <w:rsid w:val="009D662B"/>
    <w:rsid w:val="009E473F"/>
    <w:rsid w:val="00A021E6"/>
    <w:rsid w:val="00A10136"/>
    <w:rsid w:val="00A83DDF"/>
    <w:rsid w:val="00A90AC0"/>
    <w:rsid w:val="00A91BDB"/>
    <w:rsid w:val="00A92A12"/>
    <w:rsid w:val="00AA1D8D"/>
    <w:rsid w:val="00AB27B9"/>
    <w:rsid w:val="00AB3BFE"/>
    <w:rsid w:val="00AB64A4"/>
    <w:rsid w:val="00AC071C"/>
    <w:rsid w:val="00AC2447"/>
    <w:rsid w:val="00AC7529"/>
    <w:rsid w:val="00AD722F"/>
    <w:rsid w:val="00AE55FC"/>
    <w:rsid w:val="00B41726"/>
    <w:rsid w:val="00B47730"/>
    <w:rsid w:val="00B72AA7"/>
    <w:rsid w:val="00B85CAA"/>
    <w:rsid w:val="00B92684"/>
    <w:rsid w:val="00BB587A"/>
    <w:rsid w:val="00BD7CBF"/>
    <w:rsid w:val="00BE2F73"/>
    <w:rsid w:val="00BF6D7F"/>
    <w:rsid w:val="00C034E9"/>
    <w:rsid w:val="00C05341"/>
    <w:rsid w:val="00C22415"/>
    <w:rsid w:val="00C23AC6"/>
    <w:rsid w:val="00C72158"/>
    <w:rsid w:val="00C761D0"/>
    <w:rsid w:val="00C80BC2"/>
    <w:rsid w:val="00CA0AB8"/>
    <w:rsid w:val="00CB0664"/>
    <w:rsid w:val="00CE4093"/>
    <w:rsid w:val="00D52E65"/>
    <w:rsid w:val="00D86853"/>
    <w:rsid w:val="00DA491D"/>
    <w:rsid w:val="00DC082B"/>
    <w:rsid w:val="00DC2C28"/>
    <w:rsid w:val="00DD00D0"/>
    <w:rsid w:val="00E01423"/>
    <w:rsid w:val="00E05199"/>
    <w:rsid w:val="00E46625"/>
    <w:rsid w:val="00E47796"/>
    <w:rsid w:val="00E661AE"/>
    <w:rsid w:val="00E66B02"/>
    <w:rsid w:val="00E770DA"/>
    <w:rsid w:val="00E87496"/>
    <w:rsid w:val="00EA44EB"/>
    <w:rsid w:val="00EE64BD"/>
    <w:rsid w:val="00F023EA"/>
    <w:rsid w:val="00F12D33"/>
    <w:rsid w:val="00F154EE"/>
    <w:rsid w:val="00F20217"/>
    <w:rsid w:val="00F44291"/>
    <w:rsid w:val="00F74477"/>
    <w:rsid w:val="00F77173"/>
    <w:rsid w:val="00F80AE9"/>
    <w:rsid w:val="00F9168E"/>
    <w:rsid w:val="00FA4F14"/>
    <w:rsid w:val="00FC693F"/>
    <w:rsid w:val="00FF6E9F"/>
    <w:rsid w:val="098CB7ED"/>
    <w:rsid w:val="14A79085"/>
    <w:rsid w:val="25D3DB38"/>
    <w:rsid w:val="26CD7F45"/>
    <w:rsid w:val="2A33E0CF"/>
    <w:rsid w:val="2D78E650"/>
    <w:rsid w:val="3357BB1D"/>
    <w:rsid w:val="46F4A614"/>
    <w:rsid w:val="50776988"/>
    <w:rsid w:val="5238ECE6"/>
    <w:rsid w:val="551B1C74"/>
    <w:rsid w:val="633BB414"/>
    <w:rsid w:val="673CDE68"/>
    <w:rsid w:val="67EC9B69"/>
    <w:rsid w:val="7BFAE5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A89009"/>
  <w14:defaultImageDpi w14:val="300"/>
  <w15:docId w15:val="{C90F28F2-4177-47C0-99BA-0C006E09B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hAnsi="Aptos"/>
      <w:color w:val="1F2937"/>
      <w:sz w:val="19"/>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173F6B"/>
      <w:sz w:val="3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173F6B"/>
      <w:sz w:val="27"/>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b/>
      <w:bCs/>
      <w:color w:val="315F9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173F6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2"/>
      </w:numPr>
      <w:contextualSpacing/>
    </w:pPr>
  </w:style>
  <w:style w:type="paragraph" w:styleId="ListBullet2">
    <w:name w:val="List Bullet 2"/>
    <w:basedOn w:val="Normal"/>
    <w:uiPriority w:val="99"/>
    <w:unhideWhenUsed/>
    <w:rsid w:val="00326F90"/>
    <w:pPr>
      <w:numPr>
        <w:numId w:val="18"/>
      </w:numPr>
      <w:contextualSpacing/>
    </w:pPr>
  </w:style>
  <w:style w:type="paragraph" w:styleId="ListBullet3">
    <w:name w:val="List Bullet 3"/>
    <w:basedOn w:val="Normal"/>
    <w:uiPriority w:val="99"/>
    <w:unhideWhenUsed/>
    <w:rsid w:val="00326F90"/>
    <w:pPr>
      <w:numPr>
        <w:numId w:val="23"/>
      </w:numPr>
      <w:contextualSpacing/>
    </w:pPr>
  </w:style>
  <w:style w:type="paragraph" w:styleId="ListNumber">
    <w:name w:val="List Number"/>
    <w:basedOn w:val="Normal"/>
    <w:uiPriority w:val="99"/>
    <w:unhideWhenUsed/>
    <w:rsid w:val="00326F90"/>
    <w:pPr>
      <w:numPr>
        <w:numId w:val="30"/>
      </w:numPr>
      <w:contextualSpacing/>
    </w:pPr>
  </w:style>
  <w:style w:type="paragraph" w:styleId="ListNumber2">
    <w:name w:val="List Number 2"/>
    <w:basedOn w:val="Normal"/>
    <w:uiPriority w:val="99"/>
    <w:unhideWhenUsed/>
    <w:rsid w:val="0029639D"/>
    <w:pPr>
      <w:numPr>
        <w:numId w:val="19"/>
      </w:numPr>
      <w:contextualSpacing/>
    </w:pPr>
  </w:style>
  <w:style w:type="paragraph" w:styleId="ListNumber3">
    <w:name w:val="List Number 3"/>
    <w:basedOn w:val="Normal"/>
    <w:uiPriority w:val="99"/>
    <w:unhideWhenUsed/>
    <w:rsid w:val="0029639D"/>
    <w:pPr>
      <w:numPr>
        <w:numId w:val="2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Label">
    <w:name w:val="FormLabel"/>
    <w:pPr>
      <w:spacing w:after="40"/>
    </w:pPr>
    <w:rPr>
      <w:rFonts w:ascii="Aptos" w:hAnsi="Aptos"/>
      <w:b/>
      <w:color w:val="173F6B"/>
      <w:sz w:val="19"/>
    </w:rPr>
  </w:style>
  <w:style w:type="paragraph" w:customStyle="1" w:styleId="SmallNote">
    <w:name w:val="SmallNote"/>
    <w:pPr>
      <w:spacing w:after="40"/>
    </w:pPr>
    <w:rPr>
      <w:rFonts w:ascii="Aptos" w:hAnsi="Aptos"/>
      <w:color w:val="6B7280"/>
      <w:sz w:val="16"/>
    </w:rPr>
  </w:style>
  <w:style w:type="paragraph" w:customStyle="1" w:styleId="TableText">
    <w:name w:val="TableText"/>
    <w:pPr>
      <w:spacing w:after="0"/>
    </w:pPr>
    <w:rPr>
      <w:rFonts w:ascii="Aptos" w:hAnsi="Aptos"/>
      <w:color w:val="1F2937"/>
      <w:sz w:val="17"/>
    </w:rPr>
  </w:style>
  <w:style w:type="paragraph" w:customStyle="1" w:styleId="TableHeader">
    <w:name w:val="TableHeader"/>
    <w:pPr>
      <w:spacing w:after="0"/>
    </w:pPr>
    <w:rPr>
      <w:rFonts w:ascii="Aptos" w:hAnsi="Aptos"/>
      <w:b/>
      <w:color w:val="FFFFFF"/>
      <w:sz w:val="16"/>
    </w:rPr>
  </w:style>
  <w:style w:type="paragraph" w:customStyle="1" w:styleId="Question">
    <w:name w:val="Question"/>
    <w:pPr>
      <w:spacing w:after="80"/>
    </w:pPr>
    <w:rPr>
      <w:rFonts w:ascii="Aptos" w:hAnsi="Aptos"/>
      <w:b/>
      <w:color w:val="173F6B"/>
      <w:sz w:val="19"/>
    </w:rPr>
  </w:style>
  <w:style w:type="paragraph" w:styleId="Revision">
    <w:name w:val="Revision"/>
    <w:hidden/>
    <w:uiPriority w:val="99"/>
    <w:semiHidden/>
    <w:rsid w:val="00AE55FC"/>
    <w:pPr>
      <w:spacing w:after="0" w:line="240" w:lineRule="auto"/>
    </w:pPr>
    <w:rPr>
      <w:rFonts w:ascii="Aptos" w:hAnsi="Aptos"/>
      <w:color w:val="1F2937"/>
      <w:sz w:val="19"/>
    </w:rPr>
  </w:style>
  <w:style w:type="character" w:styleId="CommentReference">
    <w:name w:val="annotation reference"/>
    <w:basedOn w:val="DefaultParagraphFont"/>
    <w:uiPriority w:val="99"/>
    <w:semiHidden/>
    <w:unhideWhenUsed/>
    <w:rsid w:val="00AE55FC"/>
    <w:rPr>
      <w:sz w:val="16"/>
      <w:szCs w:val="16"/>
    </w:rPr>
  </w:style>
  <w:style w:type="paragraph" w:styleId="CommentText">
    <w:name w:val="annotation text"/>
    <w:basedOn w:val="Normal"/>
    <w:link w:val="CommentTextChar"/>
    <w:uiPriority w:val="99"/>
    <w:unhideWhenUsed/>
    <w:rsid w:val="00AE55FC"/>
    <w:pPr>
      <w:spacing w:line="240" w:lineRule="auto"/>
    </w:pPr>
    <w:rPr>
      <w:sz w:val="20"/>
      <w:szCs w:val="20"/>
    </w:rPr>
  </w:style>
  <w:style w:type="character" w:customStyle="1" w:styleId="CommentTextChar">
    <w:name w:val="Comment Text Char"/>
    <w:basedOn w:val="DefaultParagraphFont"/>
    <w:link w:val="CommentText"/>
    <w:uiPriority w:val="99"/>
    <w:rsid w:val="00AE55FC"/>
    <w:rPr>
      <w:rFonts w:ascii="Aptos" w:hAnsi="Aptos"/>
      <w:color w:val="1F2937"/>
      <w:sz w:val="20"/>
      <w:szCs w:val="20"/>
    </w:rPr>
  </w:style>
  <w:style w:type="paragraph" w:styleId="CommentSubject">
    <w:name w:val="annotation subject"/>
    <w:basedOn w:val="CommentText"/>
    <w:next w:val="CommentText"/>
    <w:link w:val="CommentSubjectChar"/>
    <w:uiPriority w:val="99"/>
    <w:semiHidden/>
    <w:unhideWhenUsed/>
    <w:rsid w:val="00AE55FC"/>
    <w:rPr>
      <w:b/>
      <w:bCs/>
    </w:rPr>
  </w:style>
  <w:style w:type="character" w:customStyle="1" w:styleId="CommentSubjectChar">
    <w:name w:val="Comment Subject Char"/>
    <w:basedOn w:val="CommentTextChar"/>
    <w:link w:val="CommentSubject"/>
    <w:uiPriority w:val="99"/>
    <w:semiHidden/>
    <w:rsid w:val="00AE55FC"/>
    <w:rPr>
      <w:rFonts w:ascii="Aptos" w:hAnsi="Aptos"/>
      <w:b/>
      <w:bCs/>
      <w:color w:val="1F2937"/>
      <w:sz w:val="20"/>
      <w:szCs w:val="20"/>
    </w:rPr>
  </w:style>
  <w:style w:type="character" w:styleId="Hyperlink">
    <w:name w:val="Hyperlink"/>
    <w:basedOn w:val="DefaultParagraphFont"/>
    <w:uiPriority w:val="99"/>
    <w:unhideWhenUsed/>
    <w:rsid w:val="001E4928"/>
    <w:rPr>
      <w:color w:val="0000FF" w:themeColor="hyperlink"/>
      <w:u w:val="single"/>
    </w:rPr>
  </w:style>
  <w:style w:type="character" w:styleId="UnresolvedMention">
    <w:name w:val="Unresolved Mention"/>
    <w:basedOn w:val="DefaultParagraphFont"/>
    <w:uiPriority w:val="99"/>
    <w:semiHidden/>
    <w:unhideWhenUsed/>
    <w:rsid w:val="001E4928"/>
    <w:rPr>
      <w:color w:val="605E5C"/>
      <w:shd w:val="clear" w:color="auto" w:fill="E1DFDD"/>
    </w:rPr>
  </w:style>
  <w:style w:type="character" w:styleId="FollowedHyperlink">
    <w:name w:val="FollowedHyperlink"/>
    <w:basedOn w:val="DefaultParagraphFont"/>
    <w:uiPriority w:val="99"/>
    <w:semiHidden/>
    <w:unhideWhenUsed/>
    <w:rsid w:val="001E49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leg.gov/Sessions/2025/Bills/Senate/PDF/S257v8.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yperlink xmlns="404c62fe-d53b-4c4c-bd74-31be39dd2526">
      <Url xsi:nil="true"/>
      <Description xsi:nil="true"/>
    </Hyperlink>
    <_ip_UnifiedCompliancePolicyUIAction xmlns="http://schemas.microsoft.com/sharepoint/v3" xsi:nil="true"/>
    <_ip_UnifiedCompliancePolicyProperties xmlns="http://schemas.microsoft.com/sharepoint/v3" xsi:nil="true"/>
    <TaxCatchAll xmlns="e31a3ada-991a-4791-8793-04cdc4dbe385" xsi:nil="true"/>
    <lcf76f155ced4ddcb4097134ff3c332f xmlns="404c62fe-d53b-4c4c-bd74-31be39dd252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2A21D40257D247B88A41B77A45A13C" ma:contentTypeVersion="19" ma:contentTypeDescription="Create a new document." ma:contentTypeScope="" ma:versionID="457df277547e6da80ca0c8eff9e5bd15">
  <xsd:schema xmlns:xsd="http://www.w3.org/2001/XMLSchema" xmlns:xs="http://www.w3.org/2001/XMLSchema" xmlns:p="http://schemas.microsoft.com/office/2006/metadata/properties" xmlns:ns1="http://schemas.microsoft.com/sharepoint/v3" xmlns:ns2="e31a3ada-991a-4791-8793-04cdc4dbe385" xmlns:ns3="404c62fe-d53b-4c4c-bd74-31be39dd2526" targetNamespace="http://schemas.microsoft.com/office/2006/metadata/properties" ma:root="true" ma:fieldsID="a623610b2243af99736d45b873c1180f" ns1:_="" ns2:_="" ns3:_="">
    <xsd:import namespace="http://schemas.microsoft.com/sharepoint/v3"/>
    <xsd:import namespace="e31a3ada-991a-4791-8793-04cdc4dbe385"/>
    <xsd:import namespace="404c62fe-d53b-4c4c-bd74-31be39dd252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1:_ip_UnifiedCompliancePolicyProperties" minOccurs="0"/>
                <xsd:element ref="ns1:_ip_UnifiedCompliancePolicyUIAction" minOccurs="0"/>
                <xsd:element ref="ns2:TaxCatchAll" minOccurs="0"/>
                <xsd:element ref="ns3:MediaServiceGenerationTime" minOccurs="0"/>
                <xsd:element ref="ns3:MediaServiceEventHashCode" minOccurs="0"/>
                <xsd:element ref="ns3:lcf76f155ced4ddcb4097134ff3c332f" minOccurs="0"/>
                <xsd:element ref="ns3:MediaServiceDateTaken" minOccurs="0"/>
                <xsd:element ref="ns3:MediaServiceOCR" minOccurs="0"/>
                <xsd:element ref="ns3:Hyperlink"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1a3ada-991a-4791-8793-04cdc4dbe38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9397a59-69d9-42e3-8ba4-36deeb387eec}" ma:internalName="TaxCatchAll" ma:showField="CatchAllData" ma:web="e31a3ada-991a-4791-8793-04cdc4dbe3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4c62fe-d53b-4c4c-bd74-31be39dd25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f04b984-fa73-4293-9547-6fa4c72eebf3"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Hyperlink" ma:index="21"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971E15-53F8-4366-9602-38E6073ABA66}">
  <ds:schemaRefs>
    <ds:schemaRef ds:uri="http://schemas.microsoft.com/office/2006/metadata/properties"/>
    <ds:schemaRef ds:uri="http://schemas.microsoft.com/office/infopath/2007/PartnerControls"/>
    <ds:schemaRef ds:uri="404c62fe-d53b-4c4c-bd74-31be39dd2526"/>
    <ds:schemaRef ds:uri="http://schemas.microsoft.com/sharepoint/v3"/>
    <ds:schemaRef ds:uri="e31a3ada-991a-4791-8793-04cdc4dbe385"/>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AA630C44-8296-4F96-81DA-66A41ECEE30E}">
  <ds:schemaRefs>
    <ds:schemaRef ds:uri="http://schemas.microsoft.com/sharepoint/v3/contenttype/forms"/>
  </ds:schemaRefs>
</ds:datastoreItem>
</file>

<file path=customXml/itemProps4.xml><?xml version="1.0" encoding="utf-8"?>
<ds:datastoreItem xmlns:ds="http://schemas.openxmlformats.org/officeDocument/2006/customXml" ds:itemID="{3A0A916E-4545-4365-995B-2843B87AA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1a3ada-991a-4791-8793-04cdc4dbe385"/>
    <ds:schemaRef ds:uri="404c62fe-d53b-4c4c-bd74-31be39dd25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18</Pages>
  <Words>2934</Words>
  <Characters>16729</Characters>
  <Application>Microsoft Office Word</Application>
  <DocSecurity>0</DocSecurity>
  <Lines>139</Lines>
  <Paragraphs>39</Paragraphs>
  <ScaleCrop>false</ScaleCrop>
  <Manager/>
  <Company/>
  <LinksUpToDate>false</LinksUpToDate>
  <CharactersWithSpaces>19624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TeachReadyNC Program Approval Application - Revised</dc:title>
  <dc:subject>Revised implementation draft separating statutory approval, grant allocation, and post-approval readiness</dc:subject>
  <dc:creator>OpenAI</dc:creator>
  <cp:keywords/>
  <dc:description>generated by python-docx</dc:description>
  <cp:lastModifiedBy>Leah Sutton</cp:lastModifiedBy>
  <cp:revision>31</cp:revision>
  <dcterms:created xsi:type="dcterms:W3CDTF">2026-09-30T16:11:00Z</dcterms:created>
  <dcterms:modified xsi:type="dcterms:W3CDTF">2026-10-01T01:50:00Z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0x010100E62A21D40257D247B88A41B77A45A13C</vt:lpwstr>
  </property>
  <property fmtid="{D5CDD505-2E9C-101B-9397-08002B2CF9AE}" pid="3" name="MediaServiceImageTags">
    <vt:lpwstr/>
  </property>
  <property fmtid="{D5CDD505-2E9C-101B-9397-08002B2CF9AE}" pid="4" name="docLang">
    <vt:lpwstr>en</vt:lpwstr>
  </property>
</Properties>
</file>